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Performer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Agreement dated as of [date] between [name of performer] ("Performer") and [name of motion picture studio] ("Studio"),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regarding the motion picture currently-entitled [name of motion picture]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Performer agrees to perform, and Studio agrees to employ Performer to perform upon the terms and conditions herein specified, services in connection with the portrayal of the role of [character to be played] in the production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consecutive period of Performer's services hereunder shall commence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to be hereafter designated by Studio, which date shall be [on or about [date] / not earlier than [date] nor later than [date]] and shall be preceded by the period of Performer's services in connection with rehearsal and other pre-production services as set forth in Subclause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below. The consecutive period of Performer's exclusive performing services shall continue thereafter from such date of commencement and continue throughout the period during which Studio may require Performer's consecutive services for the principal photography of Performer's role in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Guaranty.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compensation in full for the period hereinafter designated and for the rights granted and/or agreed to be granted to Studio pursuant to this Agreement, [provided Performer is not in default and has performed all [material] services required hereunder,] Studio shall pay to Performer the sum of [amount] for Performer's services required during the "Guaranteed Period of Services." The Guaranteed Period of Services shall consist of required pre-production services and the scheduled period of [seven (7)] weeks of principal photography. [Said Guaranteed Period of Services shall also include [two (2)] free weeks immediately following said scheduled period of principal photography.] The compensation payable for the Guaranteed Period of Services is sometimes herein referred to as the "Guaranteed Compensation." The Guaranteed Compensation shall be payable to Performer as follows: [payment amounts and dates (e.g., in weekly installments on Studio's regular payment day over the scheduled period of principal photography, commencing with the start of principal photography)].</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any time after the expiration of the Guaranteed Period of Services, Studio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[five (5)] "free days" of Performer's services (which need not be consecutive) for dubbing, looping, and wild lines. [Studio will [endeavor to] schedule such additional services so that Performer will be able to render such additional services on consecutive days. / Such additional services will be subject to Performer's professional availability.] For all other services of Performer rendered after the expiration of the Guaranteed Period of Services, Performer shall receive compensation payable at the rate set forth in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 below.</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expressly provided herein, Performer's services shall be rendered exclusively for Studio during the Guaranteed Period of Services and Performer shall not undertake any obligation that would interfere with the full and timely performance of such services.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any period of Performer's services under this Agreement which is less than one (1) week, the compensation provided for in Subclause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shall be computed and paid upon the pro rata basis that one (1) day is equal to one-fifth (1/5) of one (1) week in the case of any "studio work week" and on the basis that one (1) day is equal to one-sixth (1/6) of one (1) week in the case of any "location work week." No additional compensation other than as required by law shall be paid for any services required of Performer hereunder on any Saturday, Sunday, or holidays [or in the making of promotional films (promoting the Picture) not exceeding [twelve (12)] minutes each in length or the use therein of clips from the Picture]. [Performer's services for such promotional films shall be subject to Performer's approval.]</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Studio shall not be obligated to pay Performer any compensation hereunder for any period of failure, refusal, or inability on Performer's part to render services for Studio hereunder or to comply with any terms or conditions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suspension of compensation shall not reduce the Guaranteed Compensation payable to Performer hereunder unless this Agreement, pursuant to provisions elsewhere contained herein, is terminated prior to the expiration of the Guaranteed Period of Services.</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Studio shall not be obligated to utilize Performer's services on or in connection with the Picture hereunder, Studio's sole obligation, subject to the terms and conditions of this Agreement, being to pay Performer the Guaranteed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to the contrary contained in this Agreement, if this Agreement has not been terminated because of Performer Default or Performer Incapacity (as such terms are defined herein below) and if Performer appears readily recognizable in the Picture to the general public as released, Performer shall be paid the Guaranteed Compensation set forth in Subclause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and the Contingent Compensation set forth in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below.</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Compensation.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Subject to Performer's performance and compliance with the material terms and conditions of this Agreement and if Performer appears recognizably in the Picture [and to the general public in the Picture as released], Studio shall pay to Performer in addition to the Guaranteed Compensation set forth in Subclause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the following Contingent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[five percent (5%)] of one hundred percent (100%) of the Gross Proceeds of the Picture which are in excess of [amount (e.g., $100,000,000)] of Gross Proceeds up to [amount (e.g., $120,000,000)] of Gross Proceeds plus,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[Five percent (5%)] of one hundred percent (100%) of the Gross Proceeds of the Picture which are in excess of [amount (e.g., $100,000,000)] of Gross Proceeds up to [amount (e.g., $120,000,000)] of Gross Proceeds which shall accrue but not be payable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Statement indicates that Gross Proceeds of the Picture equal [amount (e.g., $120,000,000)], at which time such accrued [five percent (5%)] participation shall be paid;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[seven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half percent (71/2%)] of one hundred percent (100%) of Gross Proceeds of the Picture in excess of [amount (e.g., $120,000,000)] of the Gross Proceeds.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PARTICIPATION TERMINOLOGY: For purposes of this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the terms "Gross Receipts," "Gross Proceeds," "Conversion/Transmission Costs," "Taxes," "Checking Costs," "Collection Costs," "Trade Association Fees," and "Guild Payments" shall be defined and computed in accordance with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by this reference incorporated herein.</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Carryover.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the expiration of the Guaranteed Period of Services, Studio has failed to complete the use of Performer's services in the Picture, and if such failure has not been caused by Performer's mental or physical incapacity or failure or refusal of Performer to render services upon the terms and conditions hereof, then, if Studio desires, it may require Performer to continue to render services exclusively hereunder for so long as Studio may require Performer's services or for the additional consecutive period of time necessary to complete the Picture, whichever shall be the shorter period; and, if Studio requires Performer to do so, Studio shall pay Performer, during such additional period, compensation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weekly pro rata basis determined by dividing [amount] by the number of weeks set forth in the scheduled period of principal photography of the Picture referred to in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Payments made to Performer pursuant to this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not be applied against the Contingent Compensation payable to Performer in accordance with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above.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such failure to complete the Picture within the Guaranteed Period of Services is caused by Performer's Incapacity or Performer's Default (as such terms are defined hereinbelow), then Performer shall render services hereunder (as and when required by Studio) without compensation other than the Guaranteed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or non-consecutive period or periods equal to the aggregate period of such incapacity, failure, or refusal to render services for Studio upon the terms and conditions hereof.</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after Performer has rendered services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or non-consecutive period or periods equal to the aggregate period of such Performer Incapacity or Performer Default, Studio requires additional services hereunder, Studio shall pay Performer for such additional services compensation at the rate set forth in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or pro rata for any period of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on the basis set forth in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 above. The Performer shall cooperate in every way possible in order to make such services provided in this clause available to Studio at such times as Studio requires, and if Performer is unable to report to Studio at such times as Studio requires, Performer shall make such services available to Studio at the earliest reasonable possible date thereafter.</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Retakes, Etc.</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after the end of the Guaranteed Period of Services or after the completion of principal photography of the Picture, whichever shall be later, Studio requires Performer's services for retakes, changes, transparencies, added scenes, trailers, sound tracks, process shots, and/or other language versions (herein collectively called "retakes, etc.") for the Picture, Performer shall report to Studio for such retakes, etc., at such place or places and on such day or days as Studio may designate, provided Performer's services are not unavailable to Studio due to other contractual commitments of Performer to render services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[actor/actress].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additional services referred to above are required of Performer during the Guaranteed Period of Services, Studio shall not be obligated to pay any compensation for such services other than the Guaranteed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such additional services are required after the expiration of the Guaranteed Period of Services, Studio shall compensate Performer therefor at the rate provided in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for the day or days upon which Performer is engaged in rendering such additional services, except the first [number] days (which need not be consecutive) of Performer's services in connection with dubbing, looping and wild lines shall be rendered without additional compensation. [However, Studio shall endeavor to schedule such additional services so that Performer shall be able to render such additional services on consecutive days.] Performer will cooperate in every way possible to make such additional services available to Studio upon the day or days Studio shall first request the same; and, if Performer shall be unable to so arrange Performer's other engagements to return upon the day or days so requested by Studio, Performer will endeavor to make Performer's services available to Studio at the earliest possible date thereafter.</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Tests, Fittings, Rehearsals, Etc.</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During the pre-production period of the Picture, prior to the commencement of the consecutive period of Performer's services hereunder, when Performer is not rendering services for others, and at all times during the consecutive period of Performer's services hereunder, Performer shall report (if and when requested by Studio) to such place or places as Studio designates for publicity interviews, publicity photograph sittings, still pictures, tests, fittings, rehearsals, auditions, and story, song and production conferences. [Subject to Performer's availability,] after the expiration of the consecutive period of Performer's services hereunder, Performer, if requested by Studio to do so, shall render similar services; however, no compensation shall be payable for any such services rendered prior to the beginning or after the expiration of such period. [The identity of the person with whom the publicity interviews are to be scheduled shall be subject to the prior approval of Performer, which approval shall not be unreasonably withheld.]</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Pre-recordings.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Studio requires Performer's services in connection with pre-recordings for the Picture prior to the commencement of the consecutive period of Performer's services hereunder, Performer shall, subject to Performer's availability, render services for Studio in connection therewith at such time or times as Studio may request; and the rendition of such services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commencement of the Guaranteed Period of Services. However, Studio shall compensate Performer for each day of such services at the rate provided in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and such compensation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Guaranteed Compensation payable to Performer under this Agreement, and each day of such services shall be counted as one (1) day of the Guaranteed Period of Services.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Nature of Services.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Performer shall render all services as Studio may require in connection with the portrayal of Performer's role in the Picture. Said services shall be rendered in such manner as Studio may direct, at the times and places required by Studio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conscientious and artistic manner, to the best of Performer's ability, with due regard to the efficient production of motion pictures[; it being understood that such production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art and taste to be exercised by Studio and that Performer's services and the manner of rendition thereof are to be governed entirely by Studio].</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the exploitation of the Picture, Studio shall also have the right to record, produce, reproduce, amplify, enlarge, broadcast, use, perform, and distribute reproductions of Performer's voice and all other sounds of any kind or nature, whether such sounds shall have been created by Performer or by others. Studio shall have the right to substitute the voice of another or others for Performer's voice, (i) when necessary to expeditiously meet the requirements of foreign exhibition; (ii) when necessary to expeditiously meet censorship requirements both foreign and domestic; (iii) when Performer is not available; and (iv) when Performer is unable to meet certain requirements of the role, such as singing or other similar or comparable services requiring special talents or abilities other than those possessed by Performer. Studio shall also have the right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"double" for Performer's acts, poses, plays and appearances to such extent as Studio may desire.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Injunctive Relief; Exclusive Services.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Performer's services to be furnished hereunder 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unique, unusual, extraordinary, and intellectual character and of great and peculiar value to Studio, and Studio could not,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at law, be reasonably or adequately compensated in damages for the loss thereof. Performer hereby grants to Studio the exclusive right and property in and to Performer's services rendered hereunder and the product thereof.</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any period in which Studio shall be entitled to Performer's services exclusively hereunder, Performer shall not render services for any person, firm, or corporation other than Studio.</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Results and Proceeds.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Performer's services rendered hereunder, Studio shall solely and exclusively own all results, products and proceeds thereof (including, but not limited to, all rights of whatever kind and character throughout the universe, in perpetuity, in any and all languages of production, manufacture, recordation, reproduction, performance, and exhibition in any manner and by any art, device, or method, now known or hereafter devised, including without limitation radio broadcasting, theatrical and non-theatrical exhibition and exhibition by the medium of television or otherwise, on home video media, and of copyright, trademark and patent) whether such results, products and proceeds consist of literary, dramatic, musical, motion picture, mechanical or any other form of works, themes, ideas, compositions, creations or products. Studio's acquisition hereunder shall also include all rights generally known in the field of literary and musical endeavor as the "moral rights of authors" in and/or to any musical and/or literary proceeds of Performer's services. Studio shall also have the right, in respect to such proceeds, to add to, subtract from, change, arrange, revise, adapt, rearrange, translate into any and all languages, change the sequence, change the characters and the descriptions thereof, change the title of the same, record and photograph the same with or without sound (including spoken words, dialogue and music synchronously recorded), use said title or any of its components in connection with works or motion pictures wholly or partially independent thereof, [and to vend, copy and publish the same as Studio may desire;] and Performer hereby assigns to Studio all the foregoing without reservation, conditions or limitations and no right of any kind, nature or description is reserved by Performer. If Studio shall desire to secure separate assignments of or for any of the foregoing, Performer shall execute the same upon Studio's request. If Performer shall [unreasonably] fail or refuse to execute and deliver any such separate assignments [or other documents], Studio shall have and is hereby granted the right and authority, coupled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to execute the same in Performer's name as Performer's attorney-in-fact. Studio acknowledges that the aforesaid results, product, and proceeds of Performer's services hereunder are required in connection with the Picture and that such results, product, and proceeds shall not be utilized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integral or substantial portion of another motion picture.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Studio shall always have the [sole and exclusive] right[, but only in connection with the Picture or in connection with the character portrayed by Performer in the Picture,] to use and display Performer's name, voice, and likeness for advertising, publicizing and exploiting the Picture, including without limitation souvenir programs, commercial tie-ups, paperback editions of the literary property directly relating to and on which the Picture is based, or any sound recordings. However, such advertising, publicizing, and exploiting may not include the direct endorsement of any product [or service or commodity] (other than the Picture) without Performer's consent. The use of Performer's name, [approved] voice or [approved] likeness in connection with any commercial tie-ups, or on any products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paperback edition of the literary property on which the Picture is based, or on any packaging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multimedia product (whether CD-ROM, CD-I or otherwise) based on the Picture, or on any sound recording, or the cover thereof, containing the score or songs used in the Picture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 of any product other than the Picture. The exhibition of the Picture by any media, even 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sponsored program,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 of any nature.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Performer hereby irrevocably assigns, licenses and grants to Studio, exclusively, throughout the universe, and in perpetuity, the rights, if any, of Performer to authorize, prohibit and/or control the renting, lending, fixation, reproduction and/or other exploitation of any motion picture produced based upon the Picture (or any rights therein) by any media and means now known or hereafter devised as may be conferred upon Performer under applicable laws, regulations or directives including, without limitation, any so-called "Rental Lending Rights" pursuant to any European Union ("EU") directives and/or enabling or implementing legislation, laws, or regulations enacted by the member nations of the EU.</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rights granted or agreed to be granted hereunder shall vest in Studio immediately and shall remain vested whether this Agreement expires in normal course or is terminated for any cause or reason. All the rights granted herein, including, without limitation, all material created, composed, submitted, added or interpolated by Performer hereunder shall automatically become Studio's property, and Studio, for this purpose, shall be deemed author thereof with Performer acting entirely as Studio's employee. The Performer does hereby assign and transfer to Studio all the rights herein granted without reservation, condition or limitation, and no right of any kind, nature or description is reserved by Performer. Notwithstanding the foregoing, if any of the rights granted are hereafter subject to termination under Section 203 of the Copyright Act, or any similar provisions of this Act or subsequent revision thereof, then Performer agrees not to make any further grant without giving Studio the first opportunity to acquire such rights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right of first negotiation/first refusal.</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Performer and Studio agree wherever in this Agreement the terms "motion picture" or "motion picture production" or terms of similar tenor are used, such terms shall be conclusively deemed and construed to include the present and future developments of the motion picture, television, videogram, computer, electronics and telephone industries, including talking motion pictures, videograms, television productions, any and all kinds of electronic and other interactive uses of the Picture and the components thereof, including, but not limited to, CD-ROM, CD-I, interactive multi-media devices, computer discs, and any new variations thereon, and all forms of motion pictures, television, videograms, CD-ROM, CD-I, interactive multimedia devices and similar uses, whether now known or unknown, and their accompanying devices which reproduce words, music and/or other sounds in synchronization with, accompaniment of, or supplementary to photography.</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Merchandising.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addition to the rights granted to Studio in this Agreement, Studio shall have and is hereby granted the further exclusive right and license, but only in connection with the Picture or in connection with the character portrayed by Performer in the Picture, to use and simulate and to license others to use and simulate Performer's name, [approved] likeness and [approved] voice in and in connection with any merchandising and/or publishing endeavors whatsoever in which Studio or its licensees may be or become engaged and commercial tie-ups[; provided, however, Studio shall first obtain Performer's prior written consent [not to be unreasonably withheld] in connection with each such merchandising item and/or commercial tie-up]. The rights and licenses granted to Studio in this clause shall extend throughout the universe.</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Transportation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Performer's services are required by Studio to be rendered [during the consecutive period of Performer's services hereunder]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more than [fifty (50)] miles [outside of city/county / from Performer's principal place of residence] which Performer represents is [city and state], Studio shall furnish Performer with [two (2)] round trip airplane transportations,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class nature (if used and if available), from [location (e.g., Performer's principal residence)] to any such location for Performer [and,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time only basis, [number] additional round trip airplane transportations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class nature (if used and if available) to and from [location (e.g., Performer's principal residence)]].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Performer's services are required by Studio to be rendered hereunder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more than [fifty (50)] miles [outside of city/county / from Performer's principal place of residence], Studio shall reimburse Performer for Performer's living expenses in the amount of [dollar amount (e.g., $3,000 per week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urban area such as New York or London, $2,000 per week in other metropolitan areas, and $1,500 per week elsewhere)]. [If Performer can demonstrate to Studio's satisfaction that the living expense allowance set forth above is insufficient for any location, Studio shall, at such time, give good faith consideration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[For any period that is less than one (1) week, said reimbursement shall be upon the pro-rata basis that one (1) day is equal to one-seventh (1/7th) of one (1) week.] [Performer agrees to furnish Studio with itemized accountings for all such expenditures, which shall comply with the Internal Revenue Service regulations, including substantiating vouchers, invoices, and receipts relating to such expenses.]</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Wardrobe.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Performer will furnish, at Performer's expense, all wardrobe owned or possessed by Performer which is used or worn by Performer in the portrayal of Performer's role hereunder, except costumes for roles or parts known as costume parts which are not possessed by Performer.</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costumes, apparel or other articles paid for or furnished by Studio [shall be returned to Studio promptly upon its demand therefor / may be retained by Performer upon completion of Performer's services in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 Restrictions.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Performer shall not by means of press agents or publicity or advertising agencies or others, employed or paid by Performer or otherwise, circulate, publish, or otherwise disseminate any news stories or articles, books, or other publicity containing Performer's name relating [directly or indirectly] to the Performer's employment, the subject matter of this Agreement, the Picture, or the services to be rendered by Performer or others for the Picture unless the same are first approved by Studio. Performer shall not transfer or attempt to transfer any right, privilege, title, or interest in or to any of the things above specified, nor shall Performer authorize or willingly permit any person, firm or corporation in any way to infringe upon such rights hereby granted to Studio, and Performer authorizes Studio, at Studio's expense, in Performer's name or otherwise, to institute any proper legal proceedings to prevent any infringement.</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Capacity to Contract.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Performer hereby warrants and represents that Performer is not under any obligation or disability, created by law or otherwise, which would in any manner or to any extent prevent or restrict Performer from entering into and fully performing this Agreement. Performer warrants and represents that Performer has not entered into any agreement or commitment that would prevent Performer's fulfilling Performer's commitments to Studio hereunder and that Performer will not enter into any such agreement or commitment without Studio's specific written approval[; and Performer hereby agrees that Performer shall devote Performer's entire time and attention and best talents and ability exclusively to Studio as specified herein, and to observe and to be governed by the rules of conduct established by Studio for the conduct of its employees].</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Performer appears recognizably in the Picture to the general public as released, and this Agreement has not been terminated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Performer's refusal or willful failure to perform Performer's [material] services, then Performer shall be accorded credit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in [second] position of the entire cast of the Picture [above or below the title / in the main titles (if any are used to identify cast members)] on all positive prints of the Picture and in the billing portion of all paid advertising issued by Studio herewith, except: group, list, teaser, trailer, special advertising, billboards of three (3) sheets or more, and advertisements of eight (8) column inches or less (herein, collectively, "excluded ads"). With respect to such credit the following conditions shall apply: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screen, Performer's name shall be displayed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not less than [forty percent (40%)] of the size of type used to display the title of the Picture[, but in no event less than the size of type used for [any other performer in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paid advertisements (other than excluded ads) issued by Studio or under its control, Performer's name shall be displayed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not less than [thirty-five percent (35%)] of the size of type used to display the title of the Picture[, but in no event less than the size of type used for [any other performer in the Picture]], provided, however, that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both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"artwork" title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title are used in any such advertisement, the position and percentage requirements shall relate to the regular title, and</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"artwork" title is used in any such advertisements, then the size of type used for Performer's name shall be equal to [thirty-five percent (35%)] of the average height and width of the letters used in the "artwork" title.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casual or inadvertent failure to comply with the provisions of this clause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Studio. Performer hereby recognizes and confirms that in the event of failure or omission by Studio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its obligations under this clause, the damages, if any, caused Performer by Studio are not irreparable or sufficient to entitle Performer to injunctive or other equitable relief. Consequently, Performer's rights and remedies hereunder shall be limited to the right, if any, to obtain damages at law and Performer shall have no right in such event to rescind this Agreement or any rights granted to Studio hereunder or to enjoin or restrain the distribution or exhibition of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Garnishment.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by reason of any garnishment or levy, or by the terms of any contract or assignment executed by Performer, Studio shall be required to pay any of Performer's compensation hereunder to any person, firm, or corporation, or to withhold the same from Performer, Studio's compliance with any such garnishment, levy, contract, or assignment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its obligations hereunder.</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by reason of fire, earthquake, labor dispute or strike, act of God or public enemy, any municipal ordinance, any state or federal law, governmental order or regulation, or other cause beyond Studio's control, [which would excuse Studio's performance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Studio is prevented from or hampered in the production of the Picture, or if, by reason of the closing of substantially all the theaters in the United States for any of the aforesaid or any other causes, [which would excuse Studio's performance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Studio's production of the Picture is postponed or suspended, or if, by reason of any of the aforesaid contingencies or any other cause or occurrence outside Studio's control, [including, without limitation, death, illness or incapacity of any other principal member of the cast of the Picture or the director,] the preparation, commencement, production, or completion of the Picture is hampered, interrupted or interfered with [and/or if Studio's normal business operations are hampered or otherwise interfered with by virtue of any disruptive events which are beyond Studio's control] ("Studio Disability"), then Studio may postpone the commencement of or suspend the rendition of services by Performer and the running of time hereunder for such time as the Studio Disability shall continue [(but any such suspension based upon the death, illness or incapacity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member of the cast shall not exceed four (4) consecutive weeks)] and no compensation shall accrue or become payable to Performer hereunder during the period of such suspension.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 Termination Right.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Disability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exceeding [four (4)] weeks due to the incapacity or unavailability of the director or of any other principal member of the cast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Disability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exceeding [eight (8)] weeks [due to any other contingency], Studio may terminate this Agreement upon written notice to Performer.</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Performer's Termination Right.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Disability results in the payment of compensation being suspended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exceeding [eight (8)] week(s), Performer may terminate this Agreement upon written notice to Studio.</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 Re-Establishment Right.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Despite Performer's election to terminate this Agreement, within [five (5)] days after Studio's actual receipt of such written notice from Performer, Studio may elect to re-establish the operation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Performer's Incapacity.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Performer's Incapacity.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(i) Performer shall suffer any facial or other physical injury, impairment, or disfigurement [materially] detracting from Performer's appearance or [materially] impairing Performer's ability to perform Performer's role hereunder, or (ii) by reason of mental or physical disability, Performer shall be incapacitated from performing or complying with any terms or conditions hereof ("Performer's Incapacity")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period exceeding [seven (7)] days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period exceeding [ten (10)] days, Studio may terminate this Agreement upon written notice to Performer.</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Examination.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claim of mental or physical disability is made by Performer or on Performer's behalf, Studio may have Performer examined by such physicians as Studio designates.</w:t>
      </w:r>
    </w:p>
    <w:p>
      <w:pPr>
        <w:keepNext w:val="0"/>
        <w:spacing w:before="120" w:after="0" w:line="260" w:lineRule="exact"/>
        <w:ind w:left="36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Performer Default.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Performer fails or refuses to perform or comply with any [material] terms or conditions hereof other than by reason of Performer's Incapacity ("Performer Default"), then Studio shall have the right to terminate this Agreement upon written notice thereof to Performer.</w:t>
      </w:r>
    </w:p>
    <w:p>
      <w:pPr>
        <w:keepNext w:val="0"/>
        <w:spacing w:before="120" w:after="0" w:line="260" w:lineRule="exact"/>
        <w:ind w:left="36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Termination of this Agreement, whether by lapse of time, mutual consent, operation of law,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termination or otherwise shall:</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Terminate Studio's obligations to pay Performer any further compensation. Nevertheless, if the termination is not for Performer Default, Studio shall pay Performer ([in accordance with Subclause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 any compensation due and unpaid prior to the termination]), and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Studio nor Performer shall be deemed / Studio shall not be deemed] to have waived any other rights [they/it] may have or alter Studio's rights or any of Performer's agreements or warranties in connection with the rendition of Performer's services prior to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 Right to Suspend.</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event of Performer's Incapacity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Performer Default, Studio may postpone the commencement of or suspend rendition of services by Performer and the running of time hereunder so long as any such Performer's Incapacity or Performer Default shall continue; and no compensation shall accrue or become payable to Performer during the period of such suspension.</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Performer's Right to Cure.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Performer's Incapacity or Performer Default shall be deemed to continue until Studio's receipt of written notice from Performer specifying that Performer is ready, willing and able to perform the services required hereunder; provided that any such notice from Performer to Studio shall not preclude Studio from exercising any rights or remedies it may have hereunder or at law or in equity by reason of Performer's Incapacity or the Performer Default.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Alternative Services Restricted.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any period of suspension hereunder, Performer shall not render services for any person, firm or corporation other than Studio[; provided, however, that Performer may render services to third parties during any period of suspension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Disability, subject, however, to Studio's right to require Performer to resume the rendition of services hereunder upon [forty-eight (48)] hours prior notice]. [If the period of suspension is not terminated within [two (2)] months, this Agreement shall thereafter be terminated as provided hereinabove.] </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 Right to Extend.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Studio elects to suspend the rendition of services by Performer as herein specified, Studio may (at any time) extend the period of services required of Performer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equal to the period of suspension.</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Services.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Studio has paid compensation to Performer during any period of Performer's Incapacity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Performer Default, then Studio may (at any time) require Performer's services hereunder without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equal to the period for which Studio shall have paid compensation to Performer during such Performer's Incapacity or Performer Default.</w:t>
      </w:r>
    </w:p>
    <w:p>
      <w:pPr>
        <w:keepNext w:val="0"/>
        <w:spacing w:before="120" w:after="0" w:line="260" w:lineRule="exact"/>
        <w:ind w:left="36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remedies accorded herein or otherwise available to [either] Studio [or Performer] shall be cumulative, and no one such remedy shall be exclusive of any other. Without waiving any rights or remedies under this Agreement or otherwise, Studio [or Performer] may, from time to time, recover, by action, any damages arising out of any breach of this Agreement by Performer [or Studio, as applicable,] and may institute and maintain subsequent actions for additional damages which may arise from the same or other breaches. The commencement or maintenance of any such action or actions by Studio [or Performer] shall not constitute or result in the termination of Studio's use of Performer's services hereunder unless Studio [or Performer] shall expressly so elect by written notice to Performer [or Studio, as applicable]. The pursuit by Studio [or Performer] of any remedy under this Agreement or otherwise shall not be deemed to waive any other or different remedy which may be available under this Agreement or otherwise, either at law or in equity, unless specifically limited herein.</w:t>
      </w:r>
    </w:p>
    <w:p>
      <w:pPr>
        <w:keepNext w:val="0"/>
        <w:spacing w:before="120" w:after="0" w:line="260" w:lineRule="exact"/>
        <w:ind w:left="36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Studio may secure life, health, accident, cast or other insurance covering Performer at Studio's sole expense and for Studio's sole benefit with Studio being the beneficiary thereof, and Performer shall not have any interest in the proceeds thereof. Performer shall assist Studio in procuring such insurance by submitting to required examinations and tests and by preparing, signing, and delivering such applications and other documents as may be reasonably required. Performer, to the best of Performer's ability, shall observe all terms and conditions of such insurance of which Studio notifies Performer as being necessary for continuing such insurance in effect. [If Studio is unable to obtain pre-production or cast insurance covering Performer at prevailing standard rates and without any exclusions, restrictions, conditions or exceptions of any kind, Performer shall have the right to pay any premium in excess of the prevailing standard rates in order for Studio to obtain such insurance. If Performer fails, refuses, or is unable for any reason whatsoever to pay such excess premium, or if, having obtained such insurance, Performer fails to observe all terms and conditions necessary to maintain such insurance in effect, Studio shall have the right to terminate this Agreement without any obligation to Performer by giving Performer written notice of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Guild Membership.</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During the rendition of Performer's services hereunder, at such time or times and during such period or periods as it may be lawful for Studio to require Performer so to do, Performer, at Performer's sole cost and expense, and at Studio's request, shall remain or become and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good standing of the then properly designated labor organization or organizations (as defined and determined under the then applicable law) representing persons performing services of the kind to be performed by Performer hereunder.</w:t>
      </w:r>
    </w:p>
    <w:p>
      <w:pPr>
        <w:keepNext w:val="0"/>
        <w:spacing w:before="120" w:after="0" w:line="260" w:lineRule="exact"/>
        <w:ind w:left="36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of Others.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Performer agrees not to employ any person to serve in any capacity, nor to contract for the purchase or rental of any article or material, nor make any agreement committing Studio to pay any sum of money for any reason whatsoever in connection with the Picture or services to be rendered by Performer hereunder or otherwise, without the prior written consent of Studio.</w:t>
      </w:r>
    </w:p>
    <w:p>
      <w:pPr>
        <w:keepNext w:val="0"/>
        <w:spacing w:before="120" w:after="0" w:line="260" w:lineRule="exact"/>
        <w:ind w:left="36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Lending.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Studio shall have the right to lend Performer's services hereunder to (</w:t>
      </w:r>
      <w:r>
        <w:rPr>
          <w:rFonts w:ascii="Times New Roman" w:hAnsi="Times New Roman" w:eastAsia="Times New Roman" w:cs="Times New Roman"/>
          <w:b/>
          <w:sz w:val="24"/>
        </w:rPr>
        <w:t>a</w:t>
      </w:r>
      <w:r>
        <w:rPr>
          <w:rFonts w:ascii="Times New Roman" w:hAnsi="Times New Roman" w:eastAsia="Times New Roman" w:cs="Times New Roman"/>
          <w:b w:val="0"/>
          <w:sz w:val="24"/>
        </w:rPr>
        <w:t>) any of its subsidiary or affiliated companies or (b) any other producer of motion pictures, provided such producer shall have granted to Studio the right to distribute the Picture. Such lending of Performer's services shall not relieve Studio of its obligations hereunder.</w:t>
      </w:r>
    </w:p>
    <w:p>
      <w:pPr>
        <w:keepNext w:val="0"/>
        <w:spacing w:before="120" w:after="0" w:line="260" w:lineRule="exact"/>
        <w:ind w:left="36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at Studio's election, shall inure to the benefit of its successors, assigns, licensees, grantees, and associated, affiliated and subsidiary companies, and Performer agrees that Studio and any subsequent assignee may freely assign this Agreement and grant the rights obtained hereunder, in whole or in part, to any person, firm or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replace and supersede all previous arrangements, understandings, representations, or agreements, either oral or written, regarding the subject matter hereof and expresses the entire agreement between Performer and Studio with reference to the terms and conditions for the rendition of Performer's services for Studio in connection with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Eligibility.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of Studio's obligations herein are expressly conditioned upon Performer's completion, to Studio's satisfaction, of the I-9 form (Employee Eligibility Verification Form), and upon Performer's submission to Studio of original documents satisfactory to demonstrate to Studio Performer's employment eligibility.</w:t>
      </w:r>
    </w:p>
    <w:p>
      <w:pPr>
        <w:keepNext w:val="0"/>
        <w:spacing w:before="120" w:after="0" w:line="260" w:lineRule="exact"/>
        <w:ind w:left="36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Performer's Address.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notices from Studio to Performer in connection with this Agreement may be given in writing by addressing the same to Performer in care of [name and address of recipient of notice] and by depositing same, so addressed, postage prepaid, in the mail, or, at Studio's option, Studio may deliver such notice to Performer personally, either orally or in writing, or by email or facsimile transmission. Studio shall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 [name and address of attorney]. [All such notices shall be deemed given when deposited, postage prepaid, in the U.S. Mail, when transmitted by email or facsimile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by U.S. Mail), or when personally delivered. / Three (3) days after the date of mailing, one day after the date of email transmission (with proof of receipt) or facsimile transmission (with proof of receipt), and the date of personal delivery shall be the date of the giving of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Writing Requirement.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notice given in respect to any right of termination, suspension, or extension under this Agreement shall be confirmed in writing. [If any notice is delivered to Performer personally,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shall be sent to Performer at the above address.]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Studio's Address.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notices from Performer to Studio hereunder shall be given in writing, addressed to Studio as follows: [name and address of Studio and, if applicable, individual designated to receive notices] and by depositing same, so addressed, postage prepaid, in the mail, or, at Performer's option, Performer may deliver such notice to Studio personally.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shall be sent to [name and address of attorney]. Unless otherwise expressly provided, the date of mailing shall be deemed to be the date of service of such notice.</w:t>
      </w:r>
    </w:p>
    <w:p>
      <w:pPr>
        <w:keepNext w:val="0"/>
        <w:spacing w:before="120" w:after="0" w:line="260" w:lineRule="exact"/>
        <w:ind w:left="36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construed in accordance with the laws of the State of [name of state] applicable to agreements which are executed and fully performed within said State.</w:t>
      </w:r>
    </w:p>
    <w:p>
      <w:pPr>
        <w:keepNext w:val="0"/>
        <w:spacing w:before="120" w:after="0" w:line="260" w:lineRule="exact"/>
        <w:ind w:left="36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captions used in this Agreement with the clauses and subclauses are inserted only for the purpose of reference. Such captions shall not be deemed to govern, limit, modify, or otherwise affect the scope, meaning, or intent of the provisions of this Agreement or any part thereof; nor shall such captions otherwise be given any legal effect.</w:t>
      </w:r>
    </w:p>
    <w:p>
      <w:pPr>
        <w:keepNext w:val="0"/>
        <w:spacing w:before="120" w:after="0" w:line="260" w:lineRule="exact"/>
        <w:ind w:left="36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of Process.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any action or proceeding commenced in any court in the State of [name of state] for the purpose of enforcing this Agreement or any right granted herein or growing out hereof, or any order or decree predicated hereon, any summons, order to show cause, writ, judgment, decree, or other process, issued by such court, may be delivered to Performer personally without the State of [name of state]; and upon which delivery Performer shall be subject to the jurisdiction of such court, and amenable to the process so delivered as though the same had been served within the State of [name of state], but outside the county in which such action or proceeding is pending.</w:t>
      </w:r>
    </w:p>
    <w:p>
      <w:pPr>
        <w:keepNext w:val="0"/>
        <w:spacing w:before="120" w:after="0" w:line="260" w:lineRule="exact"/>
        <w:ind w:left="36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Illegality.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Nothing contained in this Agreement shall require the commission of any act, or payment of any monies, which is contrary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provision of law or contrary to public policy, or to any provision of applicable guild or collective bargaining agreements. If there shall exist any conflict between any provisions contained herein and any such law, policy or agreement, the latter shall prevail; and the provision or provisions herein affected shall be curtailed, limited or eliminated to the extent (but only to the extent) necessary to remove such conflict; and as so modified this Agreement shall continue in full force and effect.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By signing in the spaces provided below, Performer and Studio accept and agree to all the terms and conditions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[name of studio]</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signor]</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performer]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signor]</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[definition of Gross Proceeds and related terms]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