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Permission to Use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[REQUESTOR NAME]</w:t>
      </w:r>
    </w:p>
    <w:p>
      <w:pPr>
        <w:keepNext w:val="0"/>
        <w:spacing w:before="200" w:after="0" w:line="260" w:lineRule="exact"/>
        <w:ind w:left="360" w:right="0" w:firstLine="0"/>
        <w:jc w:val="both"/>
      </w:pPr>
      <w:r>
        <w:rPr>
          <w:rFonts w:ascii="Times New Roman" w:hAnsi="Times New Roman" w:eastAsia="Times New Roman" w:cs="Times New Roman"/>
          <w:b w:val="0"/>
          <w:sz w:val="24"/>
        </w:rPr>
        <w:t>[REQUESTOR ADDRESS]</w:t>
      </w:r>
    </w:p>
    <w:p>
      <w:pPr>
        <w:keepNext w:val="0"/>
        <w:spacing w:before="200" w:after="0" w:line="260" w:lineRule="exact"/>
        <w:ind w:left="360" w:right="0" w:firstLine="0"/>
        <w:jc w:val="both"/>
      </w:pPr>
      <w:r>
        <w:rPr>
          <w:rFonts w:ascii="Times New Roman" w:hAnsi="Times New Roman" w:eastAsia="Times New Roman" w:cs="Times New Roman"/>
          <w:b w:val="0"/>
          <w:sz w:val="24"/>
        </w:rPr>
        <w:t>Re: Permission to Use the [TRADEMARK] Mark</w:t>
      </w:r>
    </w:p>
    <w:p>
      <w:pPr>
        <w:keepNext w:val="0"/>
        <w:spacing w:before="200" w:after="0" w:line="260" w:lineRule="exact"/>
        <w:ind w:left="360" w:right="0" w:firstLine="0"/>
        <w:jc w:val="both"/>
      </w:pPr>
      <w:r>
        <w:rPr>
          <w:rFonts w:ascii="Times New Roman" w:hAnsi="Times New Roman" w:eastAsia="Times New Roman" w:cs="Times New Roman"/>
          <w:b w:val="0"/>
          <w:sz w:val="24"/>
        </w:rPr>
        <w:t>Dear [REQUESTOR],</w:t>
      </w:r>
    </w:p>
    <w:p>
      <w:pPr>
        <w:keepNext w:val="0"/>
        <w:spacing w:before="200" w:after="0" w:line="260" w:lineRule="exact"/>
        <w:ind w:left="360" w:right="0" w:firstLine="0"/>
        <w:jc w:val="both"/>
      </w:pPr>
      <w:r>
        <w:rPr>
          <w:rFonts w:ascii="Times New Roman" w:hAnsi="Times New Roman" w:eastAsia="Times New Roman" w:cs="Times New Roman"/>
          <w:b w:val="0"/>
          <w:sz w:val="24"/>
        </w:rPr>
        <w:t>We are trademark counsel for [CLIENT'S NAME]. We have received and reviewed your request to use its trademark, [TRADEMARK], in connection with [PURPOSE OF USE].</w:t>
      </w:r>
    </w:p>
    <w:p>
      <w:pPr>
        <w:keepNext w:val="0"/>
        <w:spacing w:before="200" w:after="0" w:line="260" w:lineRule="exact"/>
        <w:ind w:left="360" w:right="0" w:firstLine="0"/>
        <w:jc w:val="both"/>
      </w:pPr>
      <w:r>
        <w:rPr>
          <w:rFonts w:ascii="Times New Roman" w:hAnsi="Times New Roman" w:eastAsia="Times New Roman" w:cs="Times New Roman"/>
          <w:b w:val="0"/>
          <w:sz w:val="24"/>
        </w:rPr>
        <w:t>In view of the information you provided, namely [LIST OF INFORMATION PROVIDED], [CLIENT] has decided to allow the proposed use according to the terms below.</w:t>
      </w:r>
    </w:p>
    <w:p>
      <w:pPr>
        <w:keepNext w:val="0"/>
        <w:spacing w:before="200" w:after="0" w:line="260" w:lineRule="exact"/>
        <w:ind w:left="360" w:right="0" w:firstLine="0"/>
        <w:jc w:val="both"/>
      </w:pPr>
      <w:r>
        <w:rPr>
          <w:rFonts w:ascii="Times New Roman" w:hAnsi="Times New Roman" w:eastAsia="Times New Roman" w:cs="Times New Roman"/>
          <w:b w:val="0"/>
          <w:sz w:val="24"/>
        </w:rPr>
        <w:t>Your use of the [TRADEMARK] mark shall be only in connection with [PURPOSE OF USE] and only as requested in your letter of [DATE OF LETTER]. Any additional use of the [TRADEMARK] must first be approved in writing by [CLIENT].</w:t>
      </w:r>
    </w:p>
    <w:p>
      <w:pPr>
        <w:keepNext w:val="0"/>
        <w:spacing w:before="200" w:after="0" w:line="260" w:lineRule="exact"/>
        <w:ind w:left="360" w:right="0" w:firstLine="0"/>
        <w:jc w:val="both"/>
      </w:pPr>
      <w:r>
        <w:rPr>
          <w:rFonts w:ascii="Times New Roman" w:hAnsi="Times New Roman" w:eastAsia="Times New Roman" w:cs="Times New Roman"/>
          <w:b w:val="0"/>
          <w:sz w:val="24"/>
        </w:rPr>
        <w:t>You must use the [TRADEMARK] mark accurately and properly to identify [CLIENT] or [CLIENT'S] goods and/or services. If you have any questions as to the accuracy or propriety of your intended use, please contact us prior to any publication of materials containing the [TRADEMARK] mark.</w:t>
      </w:r>
    </w:p>
    <w:p>
      <w:pPr>
        <w:keepNext w:val="0"/>
        <w:spacing w:before="200" w:after="0" w:line="260" w:lineRule="exact"/>
        <w:ind w:left="360" w:right="0" w:firstLine="0"/>
        <w:jc w:val="both"/>
      </w:pPr>
      <w:r>
        <w:rPr>
          <w:rFonts w:ascii="Times New Roman" w:hAnsi="Times New Roman" w:eastAsia="Times New Roman" w:cs="Times New Roman"/>
          <w:b w:val="0"/>
          <w:sz w:val="24"/>
        </w:rPr>
        <w:t>This permission is granted only to [REQUESTOR] and is not transferrable or sublicensable. No other parties (other than vendors or sub-contractors who make or publish materials on your behalf) may use the [TRADEMARK] mark, even in connection with [PURPOSE OF USE].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Your permission to use the [TRADEMARK] mark expires after the [PURPOSE OF USE] is completed. You may make no further use without first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grant of permission.</w:t>
      </w:r>
    </w:p>
    <w:p>
      <w:pPr>
        <w:keepNext w:val="0"/>
        <w:spacing w:before="200" w:after="0" w:line="260" w:lineRule="exact"/>
        <w:ind w:left="360" w:right="0" w:firstLine="0"/>
        <w:jc w:val="both"/>
      </w:pPr>
      <w:r>
        <w:rPr>
          <w:rFonts w:ascii="Times New Roman" w:hAnsi="Times New Roman" w:eastAsia="Times New Roman" w:cs="Times New Roman"/>
          <w:b w:val="0"/>
          <w:sz w:val="24"/>
        </w:rPr>
        <w:t>You acknowledge [CLIENT'S] exclusive right, title, and interest in and to the [TRADEMARK] in the United States and its territories and possessions, and will not at any time do or cause to be done any act or thing contesting or in any way impairing or tending to impair any part of such right, title, and interest. Further, you will not in any manner represent that you have any ownership in the [TRADEMARK] and you acknowledge that the use of the [TRADEMARK] does not and will not create any right, title, or interest in or to the Trademark in your favor, but that all uses of the [TRADEMARK] by you shall inure to the benefit of [CLIENT].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you agree with these terms, please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authorized to bind [REQUESTOR] sign the acknowledgement below. This permission will be effective only upon our receipt of the fully executed copy.</w:t>
      </w:r>
    </w:p>
    <w:p>
      <w:pPr>
        <w:keepNext w:val="0"/>
        <w:spacing w:before="120" w:after="0" w:line="260" w:lineRule="exact"/>
        <w:ind w:left="360" w:right="0" w:firstLine="0"/>
        <w:jc w:val="lef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[TRADEMARK COUNSEL'S SIGNATURE]</w:t>
      </w:r>
    </w:p>
    <w:p>
      <w:pPr>
        <w:keepNext w:val="0"/>
        <w:spacing w:before="120" w:after="0" w:line="260" w:lineRule="exact"/>
        <w:ind w:left="360" w:right="0" w:firstLine="0"/>
        <w:jc w:val="left"/>
      </w:pPr>
      <w:r>
        <w:rPr>
          <w:rFonts w:ascii="Times New Roman" w:hAnsi="Times New Roman" w:eastAsia="Times New Roman" w:cs="Times New Roman"/>
          <w:b w:val="0"/>
          <w:sz w:val="24"/>
        </w:rPr>
        <w:t>[TRADEMARK COUNSEL'S NAME]</w:t>
      </w:r>
    </w:p>
    <w:p>
      <w:pPr>
        <w:keepNext w:val="0"/>
        <w:spacing w:before="120" w:after="0" w:line="260" w:lineRule="exact"/>
        <w:ind w:left="360" w:right="0" w:firstLine="0"/>
        <w:jc w:val="left"/>
      </w:pPr>
      <w:r>
        <w:rPr>
          <w:rFonts w:ascii="Times New Roman" w:hAnsi="Times New Roman" w:eastAsia="Times New Roman" w:cs="Times New Roman"/>
          <w:b w:val="0"/>
          <w:sz w:val="24"/>
        </w:rPr>
        <w:t>[FIRM]</w:t>
      </w:r>
    </w:p>
    <w:p>
      <w:pPr/>
    </w:p>
    <w:p>
      <w:pPr>
        <w:keepNext w:val="0"/>
        <w:spacing w:before="120" w:after="0" w:line="260" w:lineRule="exact"/>
        <w:ind w:left="360" w:right="0" w:firstLine="0"/>
        <w:jc w:val="left"/>
      </w:pPr>
      <w:r>
        <w:rPr>
          <w:rFonts w:ascii="Times New Roman" w:hAnsi="Times New Roman" w:eastAsia="Times New Roman" w:cs="Times New Roman"/>
          <w:b/>
          <w:sz w:val="24"/>
        </w:rPr>
        <w:t>ACKNOWLEDGEMENT</w:t>
      </w:r>
    </w:p>
    <w:p>
      <w:pPr>
        <w:keepNext w:val="0"/>
        <w:spacing w:before="200" w:after="0" w:line="260" w:lineRule="exact"/>
        <w:ind w:left="720" w:right="0" w:firstLine="0"/>
        <w:jc w:val="both"/>
      </w:pPr>
      <w:r>
        <w:rPr>
          <w:rFonts w:ascii="Times New Roman" w:hAnsi="Times New Roman" w:eastAsia="Times New Roman" w:cs="Times New Roman"/>
          <w:b w:val="0"/>
          <w:sz w:val="24"/>
        </w:rPr>
        <w:t>I am authorized to bind [REQUESTOR], I have read the above Permission to Use the [TRADEMARK] mark, and I agree to its terms. I understand that failure to abide by these terms will constitute trademark infringement under the law.</w:t>
      </w:r>
    </w:p>
    <w:p>
      <w:pPr>
        <w:keepNext w:val="0"/>
        <w:spacing w:before="120" w:after="0" w:line="260" w:lineRule="exact"/>
        <w:ind w:left="720" w:right="0" w:firstLine="0"/>
        <w:jc w:val="left"/>
      </w:pPr>
      <w:r>
        <w:rPr>
          <w:rFonts w:ascii="Times New Roman" w:hAnsi="Times New Roman" w:eastAsia="Times New Roman" w:cs="Times New Roman"/>
          <w:b w:val="0"/>
          <w:sz w:val="24"/>
        </w:rPr>
        <w:t>Signature: 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Printed Name: 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