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REQUEST TO RETURN PERSONAL PROPERTY</w:t>
      </w:r>
    </w:p>
    <w:p>
      <w:pPr/>
    </w:p>
    <w:p>
      <w:pPr/>
    </w:p>
    <w:p>
      <w:pPr/>
      <w:r>
        <w:rPr>
          <w:rFonts w:ascii="Times New Roman" w:hAnsi="Times New Roman" w:eastAsia="Times New Roman" w:cs="Times New Roman"/>
          <w:sz w:val="24"/>
        </w:rPr>
        <w:t>From</w:t>
      </w:r>
    </w:p>
    <w:p>
      <w:pPr/>
      <w:r>
        <w:rPr>
          <w:rFonts w:ascii="Times New Roman" w:hAnsi="Times New Roman" w:eastAsia="Times New Roman" w:cs="Times New Roman"/>
          <w:sz w:val="24"/>
        </w:rPr>
        <w:t>[NAME OF SENDER]</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[CITY, STATE]</w:t>
      </w:r>
    </w:p>
    <w:p>
      <w:pPr/>
      <w:r>
        <w:rPr>
          <w:rFonts w:ascii="Times New Roman" w:hAnsi="Times New Roman" w:eastAsia="Times New Roman" w:cs="Times New Roman"/>
          <w:sz w:val="24"/>
        </w:rPr>
        <w:t>[ZIPCODE]</w:t>
      </w:r>
    </w:p>
    <w:p>
      <w:pPr/>
    </w:p>
    <w:p>
      <w:pP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Dear </w:t>
      </w:r>
      <w:r>
        <w:rPr>
          <w:rFonts w:ascii="Times New Roman" w:hAnsi="Times New Roman" w:eastAsia="Times New Roman" w:cs="Times New Roman"/>
          <w:sz w:val="24"/>
        </w:rPr>
        <w:t>[RECIPIENT]</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This is an official notice to make it known that you are in unlawful possession of the following property: </w:t>
      </w:r>
      <w:r>
        <w:rPr>
          <w:rFonts w:ascii="Times New Roman" w:hAnsi="Times New Roman" w:eastAsia="Times New Roman" w:cs="Times New Roman"/>
          <w:sz w:val="24"/>
        </w:rPr>
        <w:t>[DETAILS OF 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[OWNER OF PERSONAL PROPERTY]</w:t>
      </w:r>
      <w:r>
        <w:rPr>
          <w:rFonts w:ascii="Times New Roman" w:hAnsi="Times New Roman" w:eastAsia="Times New Roman" w:cs="Times New Roman"/>
          <w:sz w:val="24"/>
        </w:rPr>
        <w:t>, demand that you return the aforementioned property immediately.</w:t>
      </w:r>
    </w:p>
    <w:p>
      <w:pPr/>
    </w:p>
    <w:p>
      <w:pPr/>
      <w:r>
        <w:rPr>
          <w:rFonts w:ascii="Times New Roman" w:hAnsi="Times New Roman" w:eastAsia="Times New Roman" w:cs="Times New Roman"/>
          <w:sz w:val="24"/>
        </w:rPr>
        <w:t xml:space="preserve">You do not have the right to keep my property and you are legally required to return it at your expense. If there is no response to this letter, all legal rights will be explored, including, but not limited to, legal proceedings necessary to recover the property. </w:t>
      </w:r>
    </w:p>
    <w:p>
      <w:pPr/>
    </w:p>
    <w:p>
      <w:pPr/>
      <w:r>
        <w:rPr>
          <w:rFonts w:ascii="Times New Roman" w:hAnsi="Times New Roman" w:eastAsia="Times New Roman" w:cs="Times New Roman"/>
          <w:sz w:val="24"/>
        </w:rPr>
        <w:t>As already mentioned, this demand letter for personal property serves as official notice to you and may be tendered in court as evidence of your failure to return the property. If legal action is to occur to resolve this matter, it may involve having you pay attorney’s fees.</w:t>
      </w:r>
    </w:p>
    <w:p>
      <w:pPr/>
    </w:p>
    <w:p>
      <w:pPr/>
      <w:r>
        <w:rPr>
          <w:rFonts w:ascii="Times New Roman" w:hAnsi="Times New Roman" w:eastAsia="Times New Roman" w:cs="Times New Roman"/>
          <w:sz w:val="24"/>
        </w:rPr>
        <w:t>It is in the best interest of all parties to resolve this matter as soon as possible.</w:t>
      </w:r>
    </w:p>
    <w:p>
      <w:pPr/>
    </w:p>
    <w:p>
      <w:pPr/>
    </w:p>
    <w:p>
      <w:pPr/>
      <w:r>
        <w:rPr>
          <w:rFonts w:ascii="Times New Roman" w:hAnsi="Times New Roman" w:eastAsia="Times New Roman" w:cs="Times New Roman"/>
          <w:sz w:val="24"/>
        </w:rPr>
        <w:t>Sincerely,</w:t>
      </w:r>
    </w:p>
    <w:p>
      <w:pPr/>
    </w:p>
    <w:p>
      <w:pPr/>
      <w:r>
        <w:rPr>
          <w:rFonts w:ascii="Times New Roman" w:hAnsi="Times New Roman" w:eastAsia="Times New Roman" w:cs="Times New Roman"/>
          <w:sz w:val="24"/>
        </w:rPr>
        <w:t>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