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Personnel File Access Request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Please complete all applicable sections.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(1)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____ (</w:t>
      </w:r>
      <w:r>
        <w:rPr>
          <w:rFonts w:ascii="Times New Roman" w:hAnsi="Times New Roman" w:eastAsia="Times New Roman" w:cs="Times New Roman"/>
          <w:b w:val="0"/>
          <w:sz w:val="24"/>
        </w:rPr>
        <w:t>Check if applicable</w:t>
      </w:r>
      <w:r>
        <w:rPr>
          <w:rFonts w:ascii="Times New Roman" w:hAnsi="Times New Roman" w:eastAsia="Times New Roman" w:cs="Times New Roman"/>
          <w:b w:val="0"/>
          <w:sz w:val="24"/>
        </w:rPr>
        <w:t>) I request to inspect and review my personnel file. I understand that, in accordance with applicable law, the Company will exclude certain documents from my review, such as letters of reference and any documents obtained on the grounds of confidentiality.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(2)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____ (</w:t>
      </w:r>
      <w:r>
        <w:rPr>
          <w:rFonts w:ascii="Times New Roman" w:hAnsi="Times New Roman" w:eastAsia="Times New Roman" w:cs="Times New Roman"/>
          <w:b w:val="0"/>
          <w:sz w:val="24"/>
        </w:rPr>
        <w:t>Check if applicable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) I request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copy of my personnel file. I understand that I will not be provided with copies of any documents excludable under Colorado law. I further understand that the Company may require me to pay the cost of reproduction.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(3)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I also understand that the Company will grant me access to or provide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copy of my personnel file at the Company’s offices and at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reasonable and mutually convenient time as determined by the Company and in accordance with applicable law.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Employee’s Printed Name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Employee’s Signature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Date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************************************************************************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/>
          <w:sz w:val="24"/>
        </w:rPr>
        <w:t>For Human Resources use only: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Review scheduled for: ___________________________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Company Representative’s Printed Name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Company Representative’s Signature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Company Representative’s Title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Date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************************************************************************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/>
          <w:sz w:val="24"/>
        </w:rPr>
        <w:t>For Human Resources use only: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Date copy of personnel file mailed to Employee: ___________________________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Company Representative’s Printed Name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Company Representative’s Signature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Company Representative’s Title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Date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************************************************************************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/>
          <w:sz w:val="24"/>
        </w:rPr>
        <w:t>Confirmation of Viewing the Personnel File by Employee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Please complete applicable parts below: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 I confirm that I viewed my personnel file on [date].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Employee’s Printed Name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Employee’s Signature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Date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/>
          <w:sz w:val="24"/>
        </w:rPr>
        <w:t>Confirmation of Receiving Copy of Personnel File by Employee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Please complete applicable parts below: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___ I confirm that I received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copy of my personnel file on [date].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Employee’s Printed Name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Employee’s Signature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Date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