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Personnel File Access Request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form contains my request for me to inspect and review my personnel file. I understand that I will not be able to access any confidential documents, such as letters of reference and any documents obtained on the grounds of confidentiality.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Please complete if applicable: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 I am unable to review my personnel file at my place of employment because: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_______________________________________________________________________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_______________________________________________________________________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Accordingly, I request that the employer mail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my file to me at the following address: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_______________________________________________________________________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employee involved 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pending grievance against the employer may designate, in writing,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representative to inspect the employee's personnel records that may affect the resolution of the grievance. If inapplicable, write “N/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” below. If applicable, I designate the following representative to inspect my file: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 understand that in accordance with applicable law, the Company will grant access 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reasonable and mutually convenient time as determined by the Company and in accordance with applicable law.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After reviewing his or her personnel file,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employee may request copies of all or some of the documents in the file. Human Resources employees will make those copies during or within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reasonable time following the employee’s review of his or her file. The Company may require the employee to pay the costs of reproduction.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Printed Name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Representative’s Signature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************************************************************************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For Human Resources use only</w:t>
      </w:r>
      <w:r>
        <w:rPr>
          <w:rFonts w:ascii="Times New Roman" w:hAnsi="Times New Roman" w:eastAsia="Times New Roman" w:cs="Times New Roman"/>
          <w:b w:val="0"/>
          <w:sz w:val="24"/>
        </w:rPr>
        <w:t>: Review scheduled for: 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Printed Name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Signature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Title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************************************************************************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For Human Resources use only</w:t>
      </w:r>
      <w:r>
        <w:rPr>
          <w:rFonts w:ascii="Times New Roman" w:hAnsi="Times New Roman" w:eastAsia="Times New Roman" w:cs="Times New Roman"/>
          <w:b w:val="0"/>
          <w:sz w:val="24"/>
        </w:rPr>
        <w:t>: Date copy of personnel file documents mailed to Employee:________________________________________________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Printed Name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Signature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Title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************************************************************************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Confirmation of Viewing the Personnel File by Employee or Employee’s Representative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complete applicable parts below: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 I confirm that I viewed my personnel file on [date].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 I confirm that I am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authorized representative of [name of employee] and that I viewed [name of employee]’s personnel file on [date].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or Employee’s Representative’s Printed Name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or Employee’s Representative’s Signature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Request for Copies of Documents in Personnel File by Employee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complete applicable parts below: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 hereby request copies of the following documents from my personnel file. I understand that the Company may require me to pay the costs of reproduction.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______________________________________________________________________________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______________________________________________________________________________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______________________________________________________________________________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Printed Name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Representative’s Signature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Confirmation of Receiving Copies of Documents in Personnel File by Employee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complete applicable parts below: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 I confirm that I received copies of the documents I requested from my personnel file on [date].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Printed Name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Representative’s Signature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