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form contains my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Human Resources use only: 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confirm that I viewed my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