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Petition for Retroactive Foreign Filing License</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right"/>
      </w:pPr>
      <w:r>
        <w:rPr>
          <w:rFonts w:ascii="Times New Roman" w:hAnsi="Times New Roman" w:eastAsia="Times New Roman" w:cs="Times New Roman"/>
          <w:b w:val="0"/>
          <w:sz w:val="24"/>
        </w:rPr>
        <w:t>Attorney Docket No. [attorney docket number]</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PATENT AND TRADEMARK OFFICE</w:t>
      </w:r>
    </w:p>
    <w:p>
      <w:pPr>
        <w:keepNext w:val="0"/>
        <w:spacing w:before="200" w:after="0" w:line="260" w:lineRule="exact"/>
        <w:ind w:left="360" w:right="0" w:firstLine="0"/>
        <w:jc w:val="both"/>
      </w:pPr>
      <w:r>
        <w:rPr>
          <w:rFonts w:ascii="Times New Roman" w:hAnsi="Times New Roman" w:eastAsia="Times New Roman" w:cs="Times New Roman"/>
          <w:b w:val="0"/>
          <w:sz w:val="24"/>
        </w:rPr>
        <w:t>IN THE PATENT APPLICATION OF:</w:t>
      </w:r>
    </w:p>
    <w:p>
      <w:pPr>
        <w:keepNext w:val="0"/>
        <w:spacing w:before="200" w:after="0" w:line="260" w:lineRule="exact"/>
        <w:ind w:left="360" w:right="0" w:firstLine="0"/>
        <w:jc w:val="both"/>
      </w:pPr>
      <w:r>
        <w:rPr>
          <w:rFonts w:ascii="Times New Roman" w:hAnsi="Times New Roman" w:eastAsia="Times New Roman" w:cs="Times New Roman"/>
          <w:b w:val="0"/>
          <w:sz w:val="24"/>
        </w:rPr>
        <w:t>FIRST NAMED INVENTOR: [name of the first-named inventor]</w:t>
      </w:r>
    </w:p>
    <w:p>
      <w:pPr>
        <w:keepNext w:val="0"/>
        <w:spacing w:before="200" w:after="0" w:line="260" w:lineRule="exact"/>
        <w:ind w:left="360" w:right="0" w:firstLine="0"/>
        <w:jc w:val="both"/>
      </w:pPr>
      <w:r>
        <w:rPr>
          <w:rFonts w:ascii="Times New Roman" w:hAnsi="Times New Roman" w:eastAsia="Times New Roman" w:cs="Times New Roman"/>
          <w:b w:val="0"/>
          <w:sz w:val="24"/>
        </w:rPr>
        <w:t>U.S. APPL. NO.: [U.S. application number]</w:t>
      </w:r>
    </w:p>
    <w:p>
      <w:pPr>
        <w:keepNext w:val="0"/>
        <w:spacing w:before="200" w:after="0" w:line="260" w:lineRule="exact"/>
        <w:ind w:left="360" w:right="0" w:firstLine="0"/>
        <w:jc w:val="both"/>
      </w:pPr>
      <w:r>
        <w:rPr>
          <w:rFonts w:ascii="Times New Roman" w:hAnsi="Times New Roman" w:eastAsia="Times New Roman" w:cs="Times New Roman"/>
          <w:b w:val="0"/>
          <w:sz w:val="24"/>
        </w:rPr>
        <w:t>U.S. APPLICATION FILED: [U.S. application filing date]</w:t>
      </w:r>
    </w:p>
    <w:p>
      <w:pPr>
        <w:keepNext w:val="0"/>
        <w:spacing w:before="200" w:after="0" w:line="260" w:lineRule="exact"/>
        <w:ind w:left="360" w:right="0" w:firstLine="0"/>
        <w:jc w:val="both"/>
      </w:pPr>
      <w:r>
        <w:rPr>
          <w:rFonts w:ascii="Times New Roman" w:hAnsi="Times New Roman" w:eastAsia="Times New Roman" w:cs="Times New Roman"/>
          <w:b w:val="0"/>
          <w:sz w:val="24"/>
        </w:rPr>
        <w:t>CONFIRMATION NO.: [confirmation number]</w:t>
      </w:r>
    </w:p>
    <w:p>
      <w:pPr>
        <w:keepNext w:val="0"/>
        <w:spacing w:before="200" w:after="0" w:line="260" w:lineRule="exact"/>
        <w:ind w:left="360" w:right="0" w:firstLine="0"/>
        <w:jc w:val="both"/>
      </w:pPr>
      <w:r>
        <w:rPr>
          <w:rFonts w:ascii="Times New Roman" w:hAnsi="Times New Roman" w:eastAsia="Times New Roman" w:cs="Times New Roman"/>
          <w:b w:val="0"/>
          <w:sz w:val="24"/>
        </w:rPr>
        <w:t>EXAMINER: [U.S. examiner name]</w:t>
      </w:r>
    </w:p>
    <w:p>
      <w:pPr>
        <w:keepNext w:val="0"/>
        <w:spacing w:before="200" w:after="0" w:line="260" w:lineRule="exact"/>
        <w:ind w:left="360" w:right="0" w:firstLine="0"/>
        <w:jc w:val="both"/>
      </w:pPr>
      <w:r>
        <w:rPr>
          <w:rFonts w:ascii="Times New Roman" w:hAnsi="Times New Roman" w:eastAsia="Times New Roman" w:cs="Times New Roman"/>
          <w:b w:val="0"/>
          <w:sz w:val="24"/>
        </w:rPr>
        <w:t>ART UNIT: [USPTO art unit number]</w:t>
      </w:r>
    </w:p>
    <w:p>
      <w:pPr>
        <w:keepNext w:val="0"/>
        <w:spacing w:before="200" w:after="0" w:line="260" w:lineRule="exact"/>
        <w:ind w:left="360" w:right="0" w:firstLine="0"/>
        <w:jc w:val="both"/>
      </w:pPr>
      <w:r>
        <w:rPr>
          <w:rFonts w:ascii="Times New Roman" w:hAnsi="Times New Roman" w:eastAsia="Times New Roman" w:cs="Times New Roman"/>
          <w:b w:val="0"/>
          <w:sz w:val="24"/>
        </w:rPr>
        <w:t>[country] APPL. NO.: [foreign application number]</w:t>
      </w:r>
    </w:p>
    <w:p>
      <w:pPr>
        <w:keepNext w:val="0"/>
        <w:spacing w:before="200" w:after="0" w:line="260" w:lineRule="exact"/>
        <w:ind w:left="360" w:right="0" w:firstLine="0"/>
        <w:jc w:val="both"/>
      </w:pPr>
      <w:r>
        <w:rPr>
          <w:rFonts w:ascii="Times New Roman" w:hAnsi="Times New Roman" w:eastAsia="Times New Roman" w:cs="Times New Roman"/>
          <w:b w:val="0"/>
          <w:sz w:val="24"/>
        </w:rPr>
        <w:t>[country] APPLICATION FILED: [foreign application filing date]</w:t>
      </w:r>
    </w:p>
    <w:p>
      <w:pPr>
        <w:keepNext w:val="0"/>
        <w:spacing w:before="200" w:after="0" w:line="260" w:lineRule="exact"/>
        <w:ind w:left="360" w:right="0" w:firstLine="0"/>
        <w:jc w:val="both"/>
      </w:pPr>
      <w:r>
        <w:rPr>
          <w:rFonts w:ascii="Times New Roman" w:hAnsi="Times New Roman" w:eastAsia="Times New Roman" w:cs="Times New Roman"/>
          <w:b w:val="0"/>
          <w:sz w:val="24"/>
        </w:rPr>
        <w:t>FOR: [title of U.S. patent application]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MAIL STOP </w:t>
      </w:r>
      <w:r>
        <w:rPr>
          <w:rFonts w:ascii="Times New Roman" w:hAnsi="Times New Roman" w:eastAsia="Times New Roman" w:cs="Times New Roman"/>
          <w:b/>
          <w:sz w:val="24"/>
        </w:rPr>
        <w:t>L &amp; R</w:t>
      </w:r>
    </w:p>
    <w:p>
      <w:pPr>
        <w:keepNext w:val="0"/>
        <w:spacing w:before="200" w:after="0" w:line="260" w:lineRule="exact"/>
        <w:ind w:left="360" w:right="0" w:firstLine="0"/>
        <w:jc w:val="both"/>
      </w:pPr>
      <w:r>
        <w:rPr>
          <w:rFonts w:ascii="Times New Roman" w:hAnsi="Times New Roman" w:eastAsia="Times New Roman" w:cs="Times New Roman"/>
          <w:b w:val="0"/>
          <w:sz w:val="24"/>
        </w:rPr>
        <w:t>COMMISSIONER FOR PATENTS</w:t>
      </w:r>
    </w:p>
    <w:p>
      <w:pPr>
        <w:keepNext w:val="0"/>
        <w:spacing w:before="200" w:after="0" w:line="260" w:lineRule="exact"/>
        <w:ind w:left="360" w:right="0" w:firstLine="0"/>
        <w:jc w:val="both"/>
      </w:pPr>
      <w:r>
        <w:rPr>
          <w:rFonts w:ascii="Times New Roman" w:hAnsi="Times New Roman" w:eastAsia="Times New Roman" w:cs="Times New Roman"/>
          <w:b w:val="0"/>
          <w:sz w:val="24"/>
        </w:rPr>
        <w:t>P.O. BOX 1450</w:t>
      </w:r>
    </w:p>
    <w:p>
      <w:pPr>
        <w:keepNext w:val="0"/>
        <w:spacing w:before="200" w:after="0" w:line="260" w:lineRule="exact"/>
        <w:ind w:left="360" w:right="0" w:firstLine="0"/>
        <w:jc w:val="both"/>
      </w:pPr>
      <w:r>
        <w:rPr>
          <w:rFonts w:ascii="Times New Roman" w:hAnsi="Times New Roman" w:eastAsia="Times New Roman" w:cs="Times New Roman"/>
          <w:b w:val="0"/>
          <w:sz w:val="24"/>
        </w:rPr>
        <w:t>ALEXANDRIA, VA 22313-1450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ATTENTION: </w:t>
      </w:r>
      <w:r>
        <w:rPr>
          <w:rFonts w:ascii="Times New Roman" w:hAnsi="Times New Roman" w:eastAsia="Times New Roman" w:cs="Times New Roman"/>
          <w:b/>
          <w:sz w:val="24"/>
        </w:rPr>
        <w:t>LICENSING AND REVIEW (LICENSE PETITIONS)</w:t>
      </w:r>
    </w:p>
    <w:p>
      <w:pPr>
        <w:keepNext w:val="0"/>
        <w:spacing w:before="120" w:after="0" w:line="260" w:lineRule="exact"/>
        <w:ind w:left="360" w:right="0" w:firstLine="0"/>
        <w:jc w:val="left"/>
      </w:pPr>
      <w:r>
        <w:rPr>
          <w:rFonts w:ascii="Times New Roman" w:hAnsi="Times New Roman" w:eastAsia="Times New Roman" w:cs="Times New Roman"/>
          <w:b/>
          <w:sz w:val="24"/>
        </w:rPr>
        <w:t>PETITION FOR RETROACTIVE FOREIGN FILING LICENSE PURSUANT TO</w:t>
      </w:r>
      <w:r>
        <w:rPr>
          <w:rFonts w:ascii="Times New Roman" w:hAnsi="Times New Roman" w:eastAsia="Times New Roman" w:cs="Times New Roman"/>
          <w:sz w:val="24"/>
        </w:rPr>
        <w:br/>
      </w:r>
      <w:r>
        <w:rPr>
          <w:rFonts w:ascii="Times New Roman" w:hAnsi="Times New Roman" w:eastAsia="Times New Roman" w:cs="Times New Roman"/>
          <w:b/>
          <w:sz w:val="24"/>
        </w:rPr>
        <w:t>37 C.F.R. § 5.25 AND 35 U.S.C. § 184</w:t>
      </w:r>
    </w:p>
    <w:p>
      <w:pPr>
        <w:keepNext w:val="0"/>
        <w:spacing w:before="200" w:after="0" w:line="260" w:lineRule="exact"/>
        <w:ind w:left="720" w:right="0" w:firstLine="0"/>
        <w:jc w:val="both"/>
      </w:pPr>
      <w:r>
        <w:rPr>
          <w:rFonts w:ascii="Times New Roman" w:hAnsi="Times New Roman" w:eastAsia="Times New Roman" w:cs="Times New Roman"/>
          <w:b w:val="0"/>
          <w:sz w:val="24"/>
        </w:rPr>
        <w:t>Dear Commissioner: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petition is filed pursuant to 37 C.F.R. § 5.25 and 35 U.S.C. § 184 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Retroactive Foreign Filing License.</w:t>
      </w:r>
    </w:p>
    <w:p>
      <w:pPr>
        <w:keepNext w:val="0"/>
        <w:spacing w:before="120" w:after="0" w:line="260" w:lineRule="exact"/>
        <w:ind w:left="720" w:right="0" w:firstLine="0"/>
        <w:jc w:val="left"/>
      </w:pPr>
      <w:r>
        <w:rPr>
          <w:rFonts w:ascii="Times New Roman" w:hAnsi="Times New Roman" w:eastAsia="Times New Roman" w:cs="Times New Roman"/>
          <w:b/>
          <w:sz w:val="24"/>
        </w:rPr>
        <w:t>Facts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[Detailed facts showing that the failure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petition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filing license was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error]</w:t>
      </w:r>
    </w:p>
    <w:p>
      <w:pPr>
        <w:keepNext w:val="0"/>
        <w:spacing w:before="120" w:after="0" w:line="260" w:lineRule="exact"/>
        <w:ind w:left="720" w:right="0" w:firstLine="0"/>
        <w:jc w:val="left"/>
      </w:pPr>
      <w:r>
        <w:rPr>
          <w:rFonts w:ascii="Times New Roman" w:hAnsi="Times New Roman" w:eastAsia="Times New Roman" w:cs="Times New Roman"/>
          <w:b/>
          <w:sz w:val="24"/>
        </w:rPr>
        <w:t>Remarks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view of the above facts and the attached documents, it is requested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Retroactive Foreign Filing License be granted. Attached hereto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verified statement made by [name(s) of inventor(s) or authorized representative of the applicant], attesting to the fact that the subject matter in question was not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secrecy order at the time it was filed abroad, and that it is not currently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secrecy order, as well as confirming the accuracy of the above showing that the license was diligently sought after the discovery of the proscribed foreign filing, and confirming the accuracy of the above explanation of why the material was filed abroad through error without the required license under 37 C.F.R. § 5.11 first having been obtained. See Attachment [attachment number].</w:t>
      </w:r>
    </w:p>
    <w:p>
      <w:pPr>
        <w:keepNext w:val="0"/>
        <w:spacing w:before="200" w:after="0" w:line="260" w:lineRule="exact"/>
        <w:ind w:left="1080" w:right="0" w:firstLine="0"/>
        <w:jc w:val="both"/>
      </w:pPr>
      <w:r>
        <w:rPr>
          <w:rFonts w:ascii="Times New Roman" w:hAnsi="Times New Roman" w:eastAsia="Times New Roman" w:cs="Times New Roman"/>
          <w:b w:val="0"/>
          <w:sz w:val="24"/>
        </w:rPr>
        <w:t>The fee under 37 C.F.R. § 1.17(g) accompanies this Petition. The Commissioner is hereby authorized to charge any additional fees or credit any overpayment to deposit account number [attorney deposit account number].</w:t>
      </w:r>
    </w:p>
    <w:p>
      <w:pPr>
        <w:keepNext w:val="0"/>
        <w:spacing w:before="200" w:after="0" w:line="260" w:lineRule="exact"/>
        <w:ind w:left="1080" w:right="0" w:firstLine="0"/>
        <w:jc w:val="both"/>
      </w:pPr>
      <w:r>
        <w:rPr>
          <w:rFonts w:ascii="Times New Roman" w:hAnsi="Times New Roman" w:eastAsia="Times New Roman" w:cs="Times New Roman"/>
          <w:b w:val="0"/>
          <w:sz w:val="24"/>
        </w:rPr>
        <w:t>It is further respectfully requested that the number of the foreign filing license be provided to the attorney of record below by [calling/facsimile] at [phone number].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Registration No. [Attorney registration no.]</w:t>
      </w:r>
    </w:p>
    <w:p>
      <w:pPr>
        <w:keepNext w:val="0"/>
        <w:spacing w:before="120" w:after="0" w:line="260" w:lineRule="exact"/>
        <w:ind w:left="360" w:right="0" w:firstLine="0"/>
        <w:jc w:val="left"/>
      </w:pPr>
      <w:r>
        <w:rPr>
          <w:rFonts w:ascii="Times New Roman" w:hAnsi="Times New Roman" w:eastAsia="Times New Roman" w:cs="Times New Roman"/>
          <w:b w:val="0"/>
          <w:sz w:val="24"/>
        </w:rPr>
        <w:t>Customer No. [Attorney customer no.]</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Firm/Attorney]</w:t>
      </w:r>
    </w:p>
    <w:p>
      <w:pPr>
        <w:keepNext w:val="0"/>
        <w:spacing w:before="200" w:after="0" w:line="260" w:lineRule="exact"/>
        <w:ind w:left="360" w:right="0" w:firstLine="0"/>
        <w:jc w:val="both"/>
      </w:pPr>
      <w:r>
        <w:rPr>
          <w:rFonts w:ascii="Times New Roman" w:hAnsi="Times New Roman" w:eastAsia="Times New Roman" w:cs="Times New Roman"/>
          <w:b w:val="0"/>
          <w:sz w:val="24"/>
        </w:rPr>
        <w:t>[Address of Firm/Attorney]</w:t>
      </w:r>
    </w:p>
    <w:p>
      <w:pPr>
        <w:keepNext w:val="0"/>
        <w:spacing w:before="200" w:after="0" w:line="260" w:lineRule="exact"/>
        <w:ind w:left="360" w:right="0" w:firstLine="0"/>
        <w:jc w:val="both"/>
      </w:pPr>
      <w:r>
        <w:rPr>
          <w:rFonts w:ascii="Times New Roman" w:hAnsi="Times New Roman" w:eastAsia="Times New Roman" w:cs="Times New Roman"/>
          <w:b w:val="0"/>
          <w:sz w:val="24"/>
        </w:rPr>
        <w:t>Tel: [Firm/Attorney telephone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