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PHOTO CONSENT FORM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 OF RELEASOR]</w:t>
      </w:r>
      <w:r>
        <w:rPr>
          <w:rFonts w:ascii="Times New Roman" w:hAnsi="Times New Roman" w:eastAsia="Times New Roman" w:cs="Times New Roman"/>
          <w:sz w:val="24"/>
        </w:rPr>
        <w:t xml:space="preserve"> (the “Releasor”), with a mailing address of </w:t>
      </w:r>
      <w:r>
        <w:rPr>
          <w:rFonts w:ascii="Times New Roman" w:hAnsi="Times New Roman" w:eastAsia="Times New Roman" w:cs="Times New Roman"/>
          <w:sz w:val="24"/>
        </w:rPr>
        <w:t>[STREET ADDRESS]</w:t>
      </w:r>
      <w:r>
        <w:rPr>
          <w:rFonts w:ascii="Times New Roman" w:hAnsi="Times New Roman" w:eastAsia="Times New Roman" w:cs="Times New Roman"/>
          <w:sz w:val="24"/>
        </w:rPr>
        <w:t xml:space="preserve">, City of </w:t>
      </w:r>
      <w:r>
        <w:rPr>
          <w:rFonts w:ascii="Times New Roman" w:hAnsi="Times New Roman" w:eastAsia="Times New Roman" w:cs="Times New Roman"/>
          <w:sz w:val="24"/>
        </w:rPr>
        <w:t>[CITY]</w:t>
      </w:r>
      <w:r>
        <w:rPr>
          <w:rFonts w:ascii="Times New Roman" w:hAnsi="Times New Roman" w:eastAsia="Times New Roman" w:cs="Times New Roman"/>
          <w:sz w:val="24"/>
        </w:rPr>
        <w:t xml:space="preserve">, State of </w:t>
      </w:r>
      <w:r>
        <w:rPr>
          <w:rFonts w:ascii="Times New Roman" w:hAnsi="Times New Roman" w:eastAsia="Times New Roman" w:cs="Times New Roman"/>
          <w:sz w:val="24"/>
        </w:rPr>
        <w:t>[STATE]</w:t>
      </w:r>
      <w:r>
        <w:rPr>
          <w:rFonts w:ascii="Times New Roman" w:hAnsi="Times New Roman" w:eastAsia="Times New Roman" w:cs="Times New Roman"/>
          <w:sz w:val="24"/>
        </w:rPr>
        <w:t xml:space="preserve">, grant permission and give my consent to </w:t>
      </w:r>
      <w:r>
        <w:rPr>
          <w:rFonts w:ascii="Times New Roman" w:hAnsi="Times New Roman" w:eastAsia="Times New Roman" w:cs="Times New Roman"/>
          <w:sz w:val="24"/>
        </w:rPr>
        <w:t>[NAME OF RELEASEE]</w:t>
      </w:r>
      <w:r>
        <w:rPr>
          <w:rFonts w:ascii="Times New Roman" w:hAnsi="Times New Roman" w:eastAsia="Times New Roman" w:cs="Times New Roman"/>
          <w:sz w:val="24"/>
        </w:rPr>
        <w:t xml:space="preserve"> (the “Releasee”) for the use of the following photograph(s) or electronic media images as identified below for presentation under any legal use:</w:t>
      </w:r>
    </w:p>
    <w:p>
      <w:pPr/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[DESCRIPTION OF PHOTOS]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Describe Photo(s)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Revocation </w:t>
      </w:r>
      <w:r>
        <w:rPr>
          <w:rFonts w:ascii="Times New Roman" w:hAnsi="Times New Roman" w:eastAsia="Times New Roman" w:cs="Times New Roman"/>
          <w:sz w:val="24"/>
        </w:rPr>
        <w:t>(check one)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I understand that with my authorization below the photograph(s) may never be revoked.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I understand that I may revoke this authorization at any time by notifying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in writing. The revocation will not affect any actions taken before the receipt of this written notification. Images will be stored in a secure location and only authorized staff will have access to them. They will be kept as long as they are relevant and after that time destroyed or archived.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Releasor’s Signature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Releasee’s Signature </w:t>
      </w:r>
      <w:r>
        <w:rPr>
          <w:rFonts w:ascii="Times New Roman" w:hAnsi="Times New Roman" w:eastAsia="Times New Roman" w:cs="Times New Roman"/>
          <w:sz w:val="24"/>
        </w:rPr>
        <w:t>______________________</w:t>
      </w:r>
      <w:r>
        <w:rPr>
          <w:rFonts w:ascii="Times New Roman" w:hAnsi="Times New Roman" w:eastAsia="Times New Roman" w:cs="Times New Roman"/>
          <w:sz w:val="24"/>
        </w:rPr>
        <w:t xml:space="preserve"> Date 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 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