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PHOTOGRAPHY COPYRIGHT RELEASE</w:t>
      </w:r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Date: _________________</w:t>
      </w: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Dear _____________________,</w:t>
      </w: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I, _____________________, am the owner and copyright holder of the photo(s) / image(s) described as: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[Photo(s) / Image(s) Description]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hereby grant you the right of possession of the above-described image(s) / photo(s) shot by me and have my permission to make unlimited printed or developed photographs, for their personal or commercial use.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If you should have any questions regarding the authenticity of this document or the terms herewith, please contact me.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 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Name _____________________</w:t>
      </w:r>
    </w:p>
    <w:p>
      <w:pPr/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