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Plaintiff's Affidavit for Service by Publication or Posting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IN THE CIRCUIT COURT OF THE [number] JUDICIAL CIRCUIT</w:t>
      </w:r>
    </w:p>
    <w:p>
      <w:pPr>
        <w:keepNext w:val="0"/>
        <w:spacing w:before="60" w:after="0" w:line="260" w:lineRule="exact"/>
        <w:ind w:left="360" w:right="0" w:firstLine="0"/>
        <w:jc w:val="both"/>
      </w:pPr>
      <w:r>
        <w:rPr>
          <w:rFonts w:ascii="Times New Roman" w:hAnsi="Times New Roman" w:eastAsia="Times New Roman" w:cs="Times New Roman"/>
          <w:b w:val="0"/>
          <w:sz w:val="24"/>
        </w:rPr>
        <w:t>[county name] COUNTY, ILLINOIS</w:t>
      </w:r>
    </w:p>
    <w:p>
      <w:pPr>
        <w:keepNext w:val="0"/>
        <w:spacing w:before="120" w:after="0" w:line="260" w:lineRule="exact"/>
        <w:ind w:left="360" w:right="0" w:firstLine="0"/>
        <w:jc w:val="left"/>
      </w:pPr>
      <w:r>
        <w:rPr>
          <w:rFonts w:ascii="Times New Roman" w:hAnsi="Times New Roman" w:eastAsia="Times New Roman" w:cs="Times New Roman"/>
          <w:b/>
          <w:sz w:val="24"/>
        </w:rPr>
        <w:t>PLAINTIFF'S AFFIDAVIT FOR SERVICE BY PUBLICATION OR POSTING</w:t>
      </w:r>
    </w:p>
    <w:p>
      <w:pPr>
        <w:keepNext w:val="0"/>
        <w:spacing w:before="200" w:after="0" w:line="260" w:lineRule="exact"/>
        <w:ind w:left="720" w:right="0" w:firstLine="0"/>
        <w:jc w:val="both"/>
      </w:pPr>
      <w:r>
        <w:rPr>
          <w:rFonts w:ascii="Times New Roman" w:hAnsi="Times New Roman" w:eastAsia="Times New Roman" w:cs="Times New Roman"/>
          <w:b w:val="0"/>
          <w:sz w:val="24"/>
        </w:rPr>
        <w:t>I, [name], under the penalties as provided by law pursuant to Section 1-109 of the Illinois Code of Civil Procedure, certify that the statements set forth below are true and correct, except as to matters stated to be on information and belief and as to such matters I certify that I believe them to be true:</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to [Defendant name], I state as follows:</w:t>
      </w:r>
    </w:p>
    <w:p>
      <w:pPr>
        <w:keepNext w:val="0"/>
        <w:spacing w:before="200" w:after="0" w:line="260" w:lineRule="exact"/>
        <w:ind w:left="1440" w:right="0" w:firstLine="0"/>
        <w:jc w:val="both"/>
      </w:pPr>
      <w:r>
        <w:rPr>
          <w:rFonts w:ascii="Times New Roman" w:hAnsi="Times New Roman" w:eastAsia="Times New Roman" w:cs="Times New Roman"/>
          <w:b w:val="0"/>
          <w:sz w:val="24"/>
        </w:rPr>
        <w:t>☐ The Defendant resides outside of Illinois so that summons cannot be served upon them.</w:t>
      </w:r>
    </w:p>
    <w:p>
      <w:pPr>
        <w:keepNext w:val="0"/>
        <w:spacing w:before="200" w:after="0" w:line="260" w:lineRule="exact"/>
        <w:ind w:left="1440" w:right="0" w:firstLine="0"/>
        <w:jc w:val="both"/>
      </w:pPr>
      <w:r>
        <w:rPr>
          <w:rFonts w:ascii="Times New Roman" w:hAnsi="Times New Roman" w:eastAsia="Times New Roman" w:cs="Times New Roman"/>
          <w:b w:val="0"/>
          <w:sz w:val="24"/>
        </w:rPr>
        <w:t>☐ The Defendant has gone outside of Illinois so that summons cannot be served upon them.</w:t>
      </w:r>
    </w:p>
    <w:p>
      <w:pPr>
        <w:keepNext w:val="0"/>
        <w:spacing w:before="200" w:after="0" w:line="260" w:lineRule="exact"/>
        <w:ind w:left="1440" w:right="0" w:firstLine="0"/>
        <w:jc w:val="both"/>
      </w:pPr>
      <w:r>
        <w:rPr>
          <w:rFonts w:ascii="Times New Roman" w:hAnsi="Times New Roman" w:eastAsia="Times New Roman" w:cs="Times New Roman"/>
          <w:b w:val="0"/>
          <w:sz w:val="24"/>
        </w:rPr>
        <w:t>☐ On due inquiry, the Defendant cannot be found so that summons cannot be served upon them.</w:t>
      </w:r>
    </w:p>
    <w:p>
      <w:pPr>
        <w:keepNext w:val="0"/>
        <w:spacing w:before="200" w:after="0" w:line="260" w:lineRule="exact"/>
        <w:ind w:left="1440" w:right="0" w:firstLine="0"/>
        <w:jc w:val="both"/>
      </w:pPr>
      <w:r>
        <w:rPr>
          <w:rFonts w:ascii="Times New Roman" w:hAnsi="Times New Roman" w:eastAsia="Times New Roman" w:cs="Times New Roman"/>
          <w:b w:val="0"/>
          <w:sz w:val="24"/>
        </w:rPr>
        <w:t>☐ The Defendant is concealed within Illinois so that summons cannot be served upon them.</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Defendant's place of residence:</w:t>
      </w:r>
    </w:p>
    <w:p>
      <w:pPr>
        <w:keepNext w:val="0"/>
        <w:spacing w:before="200" w:after="0" w:line="260" w:lineRule="exact"/>
        <w:ind w:left="1440" w:right="0" w:firstLine="0"/>
        <w:jc w:val="both"/>
      </w:pPr>
      <w:r>
        <w:rPr>
          <w:rFonts w:ascii="Times New Roman" w:hAnsi="Times New Roman" w:eastAsia="Times New Roman" w:cs="Times New Roman"/>
          <w:b w:val="0"/>
          <w:sz w:val="24"/>
        </w:rPr>
        <w:t>☐ The Defendant resides at [address].</w:t>
      </w:r>
    </w:p>
    <w:p>
      <w:pPr>
        <w:keepNext w:val="0"/>
        <w:spacing w:before="200" w:after="0" w:line="260" w:lineRule="exact"/>
        <w:ind w:left="1440" w:right="0" w:firstLine="0"/>
        <w:jc w:val="both"/>
      </w:pPr>
      <w:r>
        <w:rPr>
          <w:rFonts w:ascii="Times New Roman" w:hAnsi="Times New Roman" w:eastAsia="Times New Roman" w:cs="Times New Roman"/>
          <w:b w:val="0"/>
          <w:sz w:val="24"/>
        </w:rPr>
        <w:t>☐ Cannot be ascertained after diligent inquiry. The Defendant's last known address is [address].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FURTHER AFFIANT SAITH NOT.</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signer]</w:t>
      </w:r>
    </w:p>
    <w:p>
      <w:pPr>
        <w:keepNext w:val="0"/>
        <w:spacing w:before="120" w:after="0" w:line="260" w:lineRule="exact"/>
        <w:ind w:left="360" w:right="0" w:firstLine="0"/>
        <w:jc w:val="left"/>
      </w:pPr>
      <w:r>
        <w:rPr>
          <w:rFonts w:ascii="Times New Roman" w:hAnsi="Times New Roman" w:eastAsia="Times New Roman" w:cs="Times New Roman"/>
          <w:b w:val="0"/>
          <w:sz w:val="24"/>
        </w:rPr>
        <w:t>Plaintiff or its Agent, Representative or Attorney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Subscribed and sworn to before 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this _____ day of ____________________, 20___.</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State of 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 ______, ______</w:t>
      </w:r>
    </w:p>
    <w:p>
      <w:pPr>
        <w:keepNext w:val="0"/>
        <w:spacing w:before="200" w:after="0" w:line="260" w:lineRule="exact"/>
        <w:ind w:left="720" w:right="0" w:firstLine="0"/>
        <w:jc w:val="both"/>
      </w:pPr>
      <w:r>
        <w:rPr>
          <w:rFonts w:ascii="Times New Roman" w:hAnsi="Times New Roman" w:eastAsia="Times New Roman" w:cs="Times New Roman"/>
          <w:b w:val="0"/>
          <w:sz w:val="24"/>
        </w:rPr>
        <w:t>Personally Known ____ OR Produced Identification ____</w:t>
      </w:r>
    </w:p>
    <w:p>
      <w:pPr>
        <w:keepNext w:val="0"/>
        <w:spacing w:before="200" w:after="0" w:line="260" w:lineRule="exact"/>
        <w:ind w:left="720" w:right="0" w:firstLine="0"/>
        <w:jc w:val="both"/>
      </w:pPr>
      <w:r>
        <w:rPr>
          <w:rFonts w:ascii="Times New Roman" w:hAnsi="Times New Roman" w:eastAsia="Times New Roman" w:cs="Times New Roman"/>
          <w:b w:val="0"/>
          <w:sz w:val="24"/>
        </w:rPr>
        <w:t>Type of Identification Produced: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[attorney number (if applicable)]</w:t>
      </w:r>
    </w:p>
    <w:p>
      <w:pPr>
        <w:keepNext w:val="0"/>
        <w:spacing w:before="200" w:after="0" w:line="260" w:lineRule="exact"/>
        <w:ind w:left="720" w:right="0" w:firstLine="0"/>
        <w:jc w:val="both"/>
      </w:pPr>
      <w:r>
        <w:rPr>
          <w:rFonts w:ascii="Times New Roman" w:hAnsi="Times New Roman" w:eastAsia="Times New Roman" w:cs="Times New Roman"/>
          <w:b w:val="0"/>
          <w:sz w:val="24"/>
        </w:rPr>
        <w:t>[firm name]</w:t>
      </w:r>
    </w:p>
    <w:p>
      <w:pPr>
        <w:keepNext w:val="0"/>
        <w:spacing w:before="200" w:after="0" w:line="260" w:lineRule="exact"/>
        <w:ind w:left="720" w:right="0" w:firstLine="0"/>
        <w:jc w:val="both"/>
      </w:pPr>
      <w:r>
        <w:rPr>
          <w:rFonts w:ascii="Times New Roman" w:hAnsi="Times New Roman" w:eastAsia="Times New Roman" w:cs="Times New Roman"/>
          <w:b w:val="0"/>
          <w:sz w:val="24"/>
        </w:rPr>
        <w:t>Attorney for [client 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[city, state, zip code]</w:t>
      </w:r>
    </w:p>
    <w:p>
      <w:pPr>
        <w:keepNext w:val="0"/>
        <w:spacing w:before="200" w:after="0" w:line="260" w:lineRule="exact"/>
        <w:ind w:left="720" w:right="0" w:firstLine="0"/>
        <w:jc w:val="both"/>
      </w:pPr>
      <w:r>
        <w:rPr>
          <w:rFonts w:ascii="Times New Roman" w:hAnsi="Times New Roman" w:eastAsia="Times New Roman" w:cs="Times New Roman"/>
          <w:b w:val="0"/>
          <w:sz w:val="24"/>
        </w:rPr>
        <w:t>[phone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[fax number]</w:t>
      </w:r>
    </w:p>
    <w:p>
      <w:pPr>
        <w:keepNext w:val="0"/>
        <w:spacing w:before="200" w:after="0" w:line="260" w:lineRule="exact"/>
        <w:ind w:left="720" w:right="0" w:firstLine="0"/>
        <w:jc w:val="both"/>
      </w:pPr>
      <w:r>
        <w:rPr>
          <w:rFonts w:ascii="Times New Roman" w:hAnsi="Times New Roman" w:eastAsia="Times New Roman" w:cs="Times New Roman"/>
          <w:b w:val="0"/>
          <w:sz w:val="24"/>
        </w:rPr>
        <w:t>[email]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