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POUR-OVER WILL OF</w:t>
      </w:r>
    </w:p>
    <w:p>
      <w:pPr>
        <w:jc w:val="center"/>
      </w:pPr>
      <w:r>
        <w:rPr>
          <w:rFonts w:ascii="Times New Roman" w:hAnsi="Times New Roman" w:eastAsia="Times New Roman" w:cs="Times New Roman"/>
          <w:b/>
          <w:sz w:val="24"/>
        </w:rPr>
        <w:t>[TESTATOR'S NAME]</w:t>
      </w:r>
    </w:p>
    <w:p>
      <w:pPr/>
    </w:p>
    <w:p>
      <w:pPr>
        <w:ind w:hanging="360"/>
      </w:pPr>
      <w:r>
        <w:rPr>
          <w:rFonts w:ascii="Times New Roman" w:hAnsi="Times New Roman" w:eastAsia="Times New Roman" w:cs="Times New Roman"/>
          <w:b/>
          <w:sz w:val="24"/>
        </w:rPr>
        <w:t>TESTATOR</w:t>
      </w:r>
      <w:r>
        <w:rPr>
          <w:rFonts w:ascii="Times New Roman" w:hAnsi="Times New Roman" w:eastAsia="Times New Roman" w:cs="Times New Roman"/>
          <w:sz w:val="24"/>
        </w:rPr>
        <w:t xml:space="preserve">. This Pour-Over Will (“Will”) is made in addition to a Living Trust on </w:t>
      </w:r>
      <w:r>
        <w:rPr>
          <w:rFonts w:ascii="Times New Roman" w:hAnsi="Times New Roman" w:eastAsia="Times New Roman" w:cs="Times New Roman"/>
          <w:sz w:val="24"/>
        </w:rPr>
        <w:t>[DATE]</w:t>
      </w:r>
      <w:r>
        <w:rPr>
          <w:rFonts w:ascii="Times New Roman" w:hAnsi="Times New Roman" w:eastAsia="Times New Roman" w:cs="Times New Roman"/>
          <w:sz w:val="24"/>
        </w:rPr>
        <w:t>, by:</w:t>
      </w:r>
    </w:p>
    <w:p>
      <w:pPr/>
    </w:p>
    <w:p>
      <w:pPr/>
      <w:r>
        <w:rPr>
          <w:rFonts w:ascii="Times New Roman" w:hAnsi="Times New Roman" w:eastAsia="Times New Roman" w:cs="Times New Roman"/>
          <w:sz w:val="24"/>
        </w:rPr>
        <w:t>Testator</w:t>
      </w:r>
      <w:r>
        <w:rPr>
          <w:rFonts w:ascii="Times New Roman" w:hAnsi="Times New Roman" w:eastAsia="Times New Roman" w:cs="Times New Roman"/>
          <w:sz w:val="24"/>
        </w:rPr>
        <w:t xml:space="preserve">: </w:t>
      </w:r>
      <w:r>
        <w:rPr>
          <w:rFonts w:ascii="Times New Roman" w:hAnsi="Times New Roman" w:eastAsia="Times New Roman" w:cs="Times New Roman"/>
          <w:sz w:val="24"/>
        </w:rPr>
        <w:t>[TESTATOR'S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[MAILING ADDRESS]</w:t>
      </w:r>
    </w:p>
    <w:p>
      <w:pPr/>
    </w:p>
    <w:p>
      <w:pPr/>
      <w:r>
        <w:rPr>
          <w:rFonts w:ascii="Times New Roman" w:hAnsi="Times New Roman" w:eastAsia="Times New Roman" w:cs="Times New Roman"/>
          <w:sz w:val="24"/>
        </w:rPr>
        <w:t>Hereinafter known as the “Testator”</w:t>
      </w:r>
    </w:p>
    <w:p>
      <w:pPr/>
    </w:p>
    <w:p>
      <w:pPr>
        <w:ind w:hanging="360"/>
      </w:pPr>
      <w:r>
        <w:rPr>
          <w:rFonts w:ascii="Times New Roman" w:hAnsi="Times New Roman" w:eastAsia="Times New Roman" w:cs="Times New Roman"/>
          <w:b/>
          <w:sz w:val="24"/>
        </w:rPr>
        <w:t>MARITAL STATUS</w:t>
      </w:r>
      <w:r>
        <w:rPr>
          <w:rFonts w:ascii="Times New Roman" w:hAnsi="Times New Roman" w:eastAsia="Times New Roman" w:cs="Times New Roman"/>
          <w:sz w:val="24"/>
        </w:rPr>
        <w:t>. I declare to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Married</w:t>
      </w:r>
      <w:r>
        <w:rPr>
          <w:rFonts w:ascii="Times New Roman" w:hAnsi="Times New Roman" w:eastAsia="Times New Roman" w:cs="Times New Roman"/>
          <w:sz w:val="24"/>
        </w:rPr>
        <w:t xml:space="preserve">. My spouse’s name is: </w:t>
      </w:r>
      <w:r>
        <w:rPr>
          <w:rFonts w:ascii="Times New Roman" w:hAnsi="Times New Roman" w:eastAsia="Times New Roman" w:cs="Times New Roman"/>
          <w:sz w:val="24"/>
        </w:rPr>
        <w:t>[SPOUSE'S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Married</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b/>
          <w:sz w:val="24"/>
        </w:rPr>
        <w:t>CHILDREN</w:t>
      </w:r>
      <w:r>
        <w:rPr>
          <w:rFonts w:ascii="Times New Roman" w:hAnsi="Times New Roman" w:eastAsia="Times New Roman" w:cs="Times New Roman"/>
          <w:sz w:val="24"/>
        </w:rPr>
        <w:t>. I declare to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Children</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Children</w:t>
      </w:r>
      <w:r>
        <w:rPr>
          <w:rFonts w:ascii="Times New Roman" w:hAnsi="Times New Roman" w:eastAsia="Times New Roman" w:cs="Times New Roman"/>
          <w:sz w:val="24"/>
        </w:rPr>
        <w:t>. (named below)</w:t>
      </w:r>
    </w:p>
    <w:p>
      <w:pPr/>
    </w:p>
    <w:p>
      <w:pPr/>
      <w:r>
        <w:rPr>
          <w:rFonts w:ascii="Times New Roman" w:hAnsi="Times New Roman" w:eastAsia="Times New Roman" w:cs="Times New Roman"/>
          <w:sz w:val="24"/>
        </w:rPr>
        <w:t>1</w:t>
      </w:r>
      <w:r>
        <w:rPr>
          <w:rFonts w:ascii="Times New Roman" w:hAnsi="Times New Roman" w:eastAsia="Times New Roman" w:cs="Times New Roman"/>
          <w:sz w:val="24"/>
        </w:rPr>
        <w:t>st</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DOB</w:t>
      </w:r>
      <w:r>
        <w:rPr>
          <w:rFonts w:ascii="Times New Roman" w:hAnsi="Times New Roman" w:eastAsia="Times New Roman" w:cs="Times New Roman"/>
          <w:sz w:val="24"/>
        </w:rPr>
        <w:t xml:space="preserve">: </w:t>
      </w:r>
      <w:r>
        <w:rPr>
          <w:rFonts w:ascii="Times New Roman" w:hAnsi="Times New Roman" w:eastAsia="Times New Roman" w:cs="Times New Roman"/>
          <w:sz w:val="24"/>
        </w:rPr>
        <w:t>[DATE OF BIRTH]</w:t>
      </w: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DOB</w:t>
      </w:r>
      <w:r>
        <w:rPr>
          <w:rFonts w:ascii="Times New Roman" w:hAnsi="Times New Roman" w:eastAsia="Times New Roman" w:cs="Times New Roman"/>
          <w:sz w:val="24"/>
        </w:rPr>
        <w:t xml:space="preserve">: </w:t>
      </w:r>
      <w:r>
        <w:rPr>
          <w:rFonts w:ascii="Times New Roman" w:hAnsi="Times New Roman" w:eastAsia="Times New Roman" w:cs="Times New Roman"/>
          <w:sz w:val="24"/>
        </w:rPr>
        <w:t>[DATE OF BIRTH]</w:t>
      </w:r>
    </w:p>
    <w:p>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DOB</w:t>
      </w:r>
      <w:r>
        <w:rPr>
          <w:rFonts w:ascii="Times New Roman" w:hAnsi="Times New Roman" w:eastAsia="Times New Roman" w:cs="Times New Roman"/>
          <w:sz w:val="24"/>
        </w:rPr>
        <w:t xml:space="preserve">: </w:t>
      </w:r>
      <w:r>
        <w:rPr>
          <w:rFonts w:ascii="Times New Roman" w:hAnsi="Times New Roman" w:eastAsia="Times New Roman" w:cs="Times New Roman"/>
          <w:sz w:val="24"/>
        </w:rPr>
        <w:t>[DATE OF BIRTH]</w:t>
      </w:r>
    </w:p>
    <w:p>
      <w:pPr/>
    </w:p>
    <w:p>
      <w:pPr>
        <w:ind w:hanging="360"/>
      </w:pPr>
      <w:r>
        <w:rPr>
          <w:rFonts w:ascii="Times New Roman" w:hAnsi="Times New Roman" w:eastAsia="Times New Roman" w:cs="Times New Roman"/>
          <w:b/>
          <w:sz w:val="24"/>
        </w:rPr>
        <w:t>LIVING TRUST</w:t>
      </w:r>
      <w:r>
        <w:rPr>
          <w:rFonts w:ascii="Times New Roman" w:hAnsi="Times New Roman" w:eastAsia="Times New Roman" w:cs="Times New Roman"/>
          <w:sz w:val="24"/>
        </w:rPr>
        <w:t xml:space="preserve">. I acknowledge that </w:t>
      </w:r>
      <w:r>
        <w:rPr>
          <w:rFonts w:ascii="Times New Roman" w:hAnsi="Times New Roman" w:eastAsia="Times New Roman" w:cs="Times New Roman"/>
          <w:sz w:val="24"/>
        </w:rPr>
        <w:t>[NAME OF TRUST]</w:t>
      </w:r>
      <w:r>
        <w:rPr>
          <w:rFonts w:ascii="Times New Roman" w:hAnsi="Times New Roman" w:eastAsia="Times New Roman" w:cs="Times New Roman"/>
          <w:sz w:val="24"/>
        </w:rPr>
        <w:t xml:space="preserve"> Living Trust (“Living Trust”) was created on </w:t>
      </w:r>
      <w:r>
        <w:rPr>
          <w:rFonts w:ascii="Times New Roman" w:hAnsi="Times New Roman" w:eastAsia="Times New Roman" w:cs="Times New Roman"/>
          <w:sz w:val="24"/>
        </w:rPr>
        <w:t>[TRUST DATE]</w:t>
      </w:r>
      <w:r>
        <w:rPr>
          <w:rFonts w:ascii="Times New Roman" w:hAnsi="Times New Roman" w:eastAsia="Times New Roman" w:cs="Times New Roman"/>
          <w:sz w:val="24"/>
        </w:rPr>
        <w:t xml:space="preserve"> and that this Will is made in conjunction and shall be ruled, judged, and determined to be subordinate to any of the terms, covenants, and conditions of said Living Trust.</w:t>
      </w:r>
    </w:p>
    <w:p>
      <w:pPr/>
    </w:p>
    <w:p>
      <w:pPr>
        <w:ind w:hanging="360"/>
      </w:pPr>
      <w:r>
        <w:rPr>
          <w:rFonts w:ascii="Times New Roman" w:hAnsi="Times New Roman" w:eastAsia="Times New Roman" w:cs="Times New Roman"/>
          <w:b/>
          <w:sz w:val="24"/>
        </w:rPr>
        <w:t>RESIDUAL ESTATE</w:t>
      </w:r>
      <w:r>
        <w:rPr>
          <w:rFonts w:ascii="Times New Roman" w:hAnsi="Times New Roman" w:eastAsia="Times New Roman" w:cs="Times New Roman"/>
          <w:sz w:val="24"/>
        </w:rPr>
        <w:t>. I hereby declare that all property and assets owned by me at the time of my death that are not mentioned in my Living Trust (“Residual Estate”) be transferred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My Living Trust</w:t>
      </w:r>
      <w:r>
        <w:rPr>
          <w:rFonts w:ascii="Times New Roman" w:hAnsi="Times New Roman" w:eastAsia="Times New Roman" w:cs="Times New Roman"/>
          <w:sz w:val="24"/>
        </w:rPr>
        <w:t>. I direct my Residual Estate to be transferred and assigned to my Living Trust at the time of my death.</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Beneficiaries</w:t>
      </w:r>
      <w:r>
        <w:rPr>
          <w:rFonts w:ascii="Times New Roman" w:hAnsi="Times New Roman" w:eastAsia="Times New Roman" w:cs="Times New Roman"/>
          <w:sz w:val="24"/>
        </w:rPr>
        <w:t>. I direct my Residual Estate to be devised and bequeathed to following at the time of my death: (check one)</w:t>
      </w:r>
    </w:p>
    <w:p>
      <w:pPr/>
    </w:p>
    <w:p>
      <w:pPr/>
      <w:r>
        <w:rPr>
          <w:rFonts w:ascii="Times New Roman" w:hAnsi="Times New Roman" w:eastAsia="Times New Roman" w:cs="Times New Roman"/>
          <w:sz w:val="24"/>
        </w:rPr>
        <w:t>1</w:t>
      </w:r>
      <w:r>
        <w:rPr>
          <w:rFonts w:ascii="Times New Roman" w:hAnsi="Times New Roman" w:eastAsia="Times New Roman" w:cs="Times New Roman"/>
          <w:sz w:val="24"/>
        </w:rPr>
        <w:t>st</w:t>
      </w:r>
      <w:r>
        <w:rPr>
          <w:rFonts w:ascii="Times New Roman" w:hAnsi="Times New Roman" w:eastAsia="Times New Roman" w:cs="Times New Roman"/>
          <w:sz w:val="24"/>
        </w:rPr>
        <w:t xml:space="preserve"> Beneficiary</w:t>
      </w:r>
      <w:r>
        <w:rPr>
          <w:rFonts w:ascii="Times New Roman" w:hAnsi="Times New Roman" w:eastAsia="Times New Roman" w:cs="Times New Roman"/>
          <w:sz w:val="24"/>
        </w:rPr>
        <w:t xml:space="preserve">: </w:t>
      </w:r>
      <w:r>
        <w:rPr>
          <w:rFonts w:ascii="Times New Roman" w:hAnsi="Times New Roman" w:eastAsia="Times New Roman" w:cs="Times New Roman"/>
          <w:sz w:val="24"/>
        </w:rPr>
        <w:t>[1ST BENEFICIARY'S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[MAILING ADDRESS]</w:t>
      </w:r>
    </w:p>
    <w:p>
      <w:pP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Beneficiary</w:t>
      </w:r>
      <w:r>
        <w:rPr>
          <w:rFonts w:ascii="Times New Roman" w:hAnsi="Times New Roman" w:eastAsia="Times New Roman" w:cs="Times New Roman"/>
          <w:sz w:val="24"/>
        </w:rPr>
        <w:t xml:space="preserve">: </w:t>
      </w:r>
      <w:r>
        <w:rPr>
          <w:rFonts w:ascii="Times New Roman" w:hAnsi="Times New Roman" w:eastAsia="Times New Roman" w:cs="Times New Roman"/>
          <w:sz w:val="24"/>
        </w:rPr>
        <w:t>[2ND BENEFICIARY'S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[MAILING ADDRESS]</w:t>
      </w:r>
    </w:p>
    <w:p>
      <w:pPr/>
    </w:p>
    <w:p>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Beneficiary</w:t>
      </w:r>
      <w:r>
        <w:rPr>
          <w:rFonts w:ascii="Times New Roman" w:hAnsi="Times New Roman" w:eastAsia="Times New Roman" w:cs="Times New Roman"/>
          <w:sz w:val="24"/>
        </w:rPr>
        <w:t xml:space="preserve">: </w:t>
      </w:r>
      <w:r>
        <w:rPr>
          <w:rFonts w:ascii="Times New Roman" w:hAnsi="Times New Roman" w:eastAsia="Times New Roman" w:cs="Times New Roman"/>
          <w:sz w:val="24"/>
        </w:rPr>
        <w:t>[3RD BENEFICIARY'S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[MAILING ADDRESS]</w:t>
      </w:r>
    </w:p>
    <w:p>
      <w:pPr/>
    </w:p>
    <w:p>
      <w:pPr/>
      <w:r>
        <w:rPr>
          <w:rFonts w:ascii="Times New Roman" w:hAnsi="Times New Roman" w:eastAsia="Times New Roman" w:cs="Times New Roman"/>
          <w:sz w:val="24"/>
        </w:rPr>
        <w:t xml:space="preserve">Hereinafter known as a “Beneficiary” or “Beneficiaries.” </w:t>
      </w:r>
    </w:p>
    <w:p>
      <w:pPr/>
    </w:p>
    <w:p>
      <w:pPr/>
      <w:r>
        <w:rPr>
          <w:rFonts w:ascii="Times New Roman" w:hAnsi="Times New Roman" w:eastAsia="Times New Roman" w:cs="Times New Roman"/>
          <w:sz w:val="24"/>
        </w:rPr>
        <w:t>Predecease</w:t>
      </w:r>
      <w:r>
        <w:rPr>
          <w:rFonts w:ascii="Times New Roman" w:hAnsi="Times New Roman" w:eastAsia="Times New Roman" w:cs="Times New Roman"/>
          <w:sz w:val="24"/>
        </w:rPr>
        <w:t xml:space="preserve">. If any of the Beneficiaries pre-decease me by 30 days, then any property that they would have received had they not pre-deceased me shall be distributed in equal shared to the remaining Beneficiaries. </w:t>
      </w:r>
    </w:p>
    <w:p>
      <w:pPr/>
      <w:r>
        <w:rPr>
          <w:rFonts w:ascii="Times New Roman" w:hAnsi="Times New Roman" w:eastAsia="Times New Roman" w:cs="Times New Roman"/>
          <w:sz w:val="24"/>
        </w:rPr>
        <w:t>Cannot be Sold or Distributed</w:t>
      </w:r>
      <w:r>
        <w:rPr>
          <w:rFonts w:ascii="Times New Roman" w:hAnsi="Times New Roman" w:eastAsia="Times New Roman" w:cs="Times New Roman"/>
          <w:sz w:val="24"/>
        </w:rPr>
        <w:t>. If any property cannot be readily sold or distributed, then it may be donated to a charitable organization of the Executor’s sole preference without liability.</w:t>
      </w:r>
    </w:p>
    <w:p>
      <w:pPr/>
      <w:r>
        <w:rPr>
          <w:rFonts w:ascii="Times New Roman" w:hAnsi="Times New Roman" w:eastAsia="Times New Roman" w:cs="Times New Roman"/>
          <w:sz w:val="24"/>
        </w:rPr>
        <w:t>Omission</w:t>
      </w:r>
      <w:r>
        <w:rPr>
          <w:rFonts w:ascii="Times New Roman" w:hAnsi="Times New Roman" w:eastAsia="Times New Roman" w:cs="Times New Roman"/>
          <w:sz w:val="24"/>
        </w:rPr>
        <w:t>. Except to the extent that Beneficiaries are included in this Will, I have purposefully and specifically not mentioned individuals as a clear indication of my intent to omit them. The Beneficiaries mentioned herein are my sole decision, and any omission of any persons, such as family members, is not the result of a mistake or inadvertence.</w:t>
      </w:r>
    </w:p>
    <w:p>
      <w:pPr/>
      <w:r>
        <w:rPr>
          <w:rFonts w:ascii="Times New Roman" w:hAnsi="Times New Roman" w:eastAsia="Times New Roman" w:cs="Times New Roman"/>
          <w:sz w:val="24"/>
        </w:rPr>
        <w:t>Contesting</w:t>
      </w:r>
      <w:r>
        <w:rPr>
          <w:rFonts w:ascii="Times New Roman" w:hAnsi="Times New Roman" w:eastAsia="Times New Roman" w:cs="Times New Roman"/>
          <w:sz w:val="24"/>
        </w:rPr>
        <w:t>. If any of the Beneficiaries under this Will, or the Living Trust herein mentioned, contests or attacks this Will or any of its provisions, any share or interest in my Residual Estate given to that contesting Beneficiary under this Will is revoked and shall be disposed of in the same manner provided herein as if that contesting Beneficiary had predeceased me.</w:t>
      </w:r>
    </w:p>
    <w:p>
      <w:pPr/>
      <w:r>
        <w:rPr>
          <w:rFonts w:ascii="Times New Roman" w:hAnsi="Times New Roman" w:eastAsia="Times New Roman" w:cs="Times New Roman"/>
          <w:sz w:val="24"/>
        </w:rPr>
        <w:t>Assignment</w:t>
      </w:r>
      <w:r>
        <w:rPr>
          <w:rFonts w:ascii="Times New Roman" w:hAnsi="Times New Roman" w:eastAsia="Times New Roman" w:cs="Times New Roman"/>
          <w:sz w:val="24"/>
        </w:rPr>
        <w:t>. The interest of any beneficiary in this Will, shall not be alienable, assignable, attachable, transferable, nor paid by way of anticipation, nor in compliance with any order, assignment, or covenant, and shall not be applied to or held liable for, any of their debts or obligations either in law or equity and shall not in any event pass to their assignee under any instrument or under any insolvency or bankruptcy law, and shall not be subject to the interference or control of creditors, spouses or others.</w:t>
      </w:r>
    </w:p>
    <w:p>
      <w:pPr/>
    </w:p>
    <w:p>
      <w:pPr>
        <w:ind w:hanging="360"/>
      </w:pPr>
      <w:r>
        <w:rPr>
          <w:rFonts w:ascii="Times New Roman" w:hAnsi="Times New Roman" w:eastAsia="Times New Roman" w:cs="Times New Roman"/>
          <w:b/>
          <w:sz w:val="24"/>
        </w:rPr>
        <w:t>EXECUTOR</w:t>
      </w:r>
      <w:r>
        <w:rPr>
          <w:rFonts w:ascii="Times New Roman" w:hAnsi="Times New Roman" w:eastAsia="Times New Roman" w:cs="Times New Roman"/>
          <w:sz w:val="24"/>
        </w:rPr>
        <w:t>. I hereby nominate and appoint: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Successor Trustee</w:t>
      </w:r>
      <w:r>
        <w:rPr>
          <w:rFonts w:ascii="Times New Roman" w:hAnsi="Times New Roman" w:eastAsia="Times New Roman" w:cs="Times New Roman"/>
          <w:sz w:val="24"/>
        </w:rPr>
        <w:t>. I direct the Successor Trustee mentioned in my Living Trust to act as the Executor under this Will (“Executor”).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Executor</w:t>
      </w:r>
      <w:r>
        <w:rPr>
          <w:rFonts w:ascii="Times New Roman" w:hAnsi="Times New Roman" w:eastAsia="Times New Roman" w:cs="Times New Roman"/>
          <w:sz w:val="24"/>
        </w:rPr>
        <w:t>. I direct and appoint the following individual to act as my Executor under this Will: (check one)</w:t>
      </w:r>
    </w:p>
    <w:p>
      <w:pPr/>
    </w:p>
    <w:p>
      <w:pPr/>
      <w:r>
        <w:rPr>
          <w:rFonts w:ascii="Times New Roman" w:hAnsi="Times New Roman" w:eastAsia="Times New Roman" w:cs="Times New Roman"/>
          <w:sz w:val="24"/>
        </w:rPr>
        <w:t>Executor</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[EXECUTOR'S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[MAILING ADDRESS]</w:t>
      </w:r>
    </w:p>
    <w:p>
      <w:pPr/>
    </w:p>
    <w:p>
      <w:pPr/>
      <w:r>
        <w:rPr>
          <w:rFonts w:ascii="Times New Roman" w:hAnsi="Times New Roman" w:eastAsia="Times New Roman" w:cs="Times New Roman"/>
          <w:sz w:val="24"/>
        </w:rPr>
        <w:t>The above-mentioned individual (“Executor”) shall be the Executor and personal representative of my estate. If, for any reason, the Executor should fail to serve, either being unwilling or unable to serve, I direct the following to serve in their presence:</w:t>
      </w:r>
    </w:p>
    <w:p>
      <w:pP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Executor</w:t>
      </w:r>
      <w:r>
        <w:rPr>
          <w:rFonts w:ascii="Times New Roman" w:hAnsi="Times New Roman" w:eastAsia="Times New Roman" w:cs="Times New Roman"/>
          <w:sz w:val="24"/>
        </w:rPr>
        <w:t xml:space="preserve">: </w:t>
      </w:r>
      <w:r>
        <w:rPr>
          <w:rFonts w:ascii="Times New Roman" w:hAnsi="Times New Roman" w:eastAsia="Times New Roman" w:cs="Times New Roman"/>
          <w:sz w:val="24"/>
        </w:rPr>
        <w:t>[2ND EXECUTOR'S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[MAILING ADDRESS]</w:t>
      </w:r>
    </w:p>
    <w:p>
      <w:pPr/>
    </w:p>
    <w:p>
      <w:pPr/>
      <w:r>
        <w:rPr>
          <w:rFonts w:ascii="Times New Roman" w:hAnsi="Times New Roman" w:eastAsia="Times New Roman" w:cs="Times New Roman"/>
          <w:sz w:val="24"/>
        </w:rPr>
        <w:t>Any decision by the Executor with respect to any discretionary power hereunder shall be final and binding to all parties directly or indirectly affected. Unless due to the Executor’s own willful gross negligence, no Executor shall be liable for said acts or omissions while performing their duties under the estate and this Will.</w:t>
      </w:r>
    </w:p>
    <w:p>
      <w:pPr/>
    </w:p>
    <w:p>
      <w:pPr>
        <w:ind w:hanging="360"/>
      </w:pPr>
      <w:r>
        <w:rPr>
          <w:rFonts w:ascii="Times New Roman" w:hAnsi="Times New Roman" w:eastAsia="Times New Roman" w:cs="Times New Roman"/>
          <w:b/>
          <w:sz w:val="24"/>
        </w:rPr>
        <w:t>EXECUTOR’S BOND</w:t>
      </w:r>
      <w:r>
        <w:rPr>
          <w:rFonts w:ascii="Times New Roman" w:hAnsi="Times New Roman" w:eastAsia="Times New Roman" w:cs="Times New Roman"/>
          <w:sz w:val="24"/>
        </w:rPr>
        <w:t>. As the Testator, I instruct the Executor to serve: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Serve WITHOUT Bond</w:t>
      </w:r>
      <w:r>
        <w:rPr>
          <w:rFonts w:ascii="Times New Roman" w:hAnsi="Times New Roman" w:eastAsia="Times New Roman" w:cs="Times New Roman"/>
          <w:sz w:val="24"/>
        </w:rPr>
        <w:t>. I expressly waive the requirement for the Executor to post a bond. The Executor shall administer the estate to the best of their abilities and in accordance with this Will, State laws, and in the best interest of the Beneficiaries.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Serve WITH Bond</w:t>
      </w:r>
      <w:r>
        <w:rPr>
          <w:rFonts w:ascii="Times New Roman" w:hAnsi="Times New Roman" w:eastAsia="Times New Roman" w:cs="Times New Roman"/>
          <w:sz w:val="24"/>
        </w:rPr>
        <w:t>. I require the Executor to post a bond prior to acting on behalf of the estate. Said bond shall be equal to an estimated amount of the estate and shall serve to act as a safeguard for the proper administration of its property and assets. Serving with bond shall not absolve the Executor of their duties of administering the estate with the best of their abilities and in accordance with this Will, State laws, and in the best interest of the Beneficiaries.</w:t>
      </w:r>
    </w:p>
    <w:p>
      <w:pPr/>
    </w:p>
    <w:p>
      <w:pPr>
        <w:ind w:hanging="360"/>
      </w:pPr>
      <w:r>
        <w:rPr>
          <w:rFonts w:ascii="Times New Roman" w:hAnsi="Times New Roman" w:eastAsia="Times New Roman" w:cs="Times New Roman"/>
          <w:b/>
          <w:sz w:val="24"/>
        </w:rPr>
        <w:t>GUARDIAN</w:t>
      </w:r>
      <w:r>
        <w:rPr>
          <w:rFonts w:ascii="Times New Roman" w:hAnsi="Times New Roman" w:eastAsia="Times New Roman" w:cs="Times New Roman"/>
          <w:sz w:val="24"/>
        </w:rPr>
        <w:t xml:space="preserve">. If I am to be the parent or legal guardian of minor children at the time of my death, I appoint </w:t>
      </w:r>
      <w:r>
        <w:rPr>
          <w:rFonts w:ascii="Times New Roman" w:hAnsi="Times New Roman" w:eastAsia="Times New Roman" w:cs="Times New Roman"/>
          <w:sz w:val="24"/>
        </w:rPr>
        <w:t>[GUARDIAN'S NAME]</w:t>
      </w:r>
      <w:r>
        <w:rPr>
          <w:rFonts w:ascii="Times New Roman" w:hAnsi="Times New Roman" w:eastAsia="Times New Roman" w:cs="Times New Roman"/>
          <w:sz w:val="24"/>
        </w:rPr>
        <w:t xml:space="preserve"> of </w:t>
      </w:r>
      <w:r>
        <w:rPr>
          <w:rFonts w:ascii="Times New Roman" w:hAnsi="Times New Roman" w:eastAsia="Times New Roman" w:cs="Times New Roman"/>
          <w:sz w:val="24"/>
        </w:rPr>
        <w:t>[GUARDIAN'S ADDRESS]</w:t>
      </w:r>
      <w:r>
        <w:rPr>
          <w:rFonts w:ascii="Times New Roman" w:hAnsi="Times New Roman" w:eastAsia="Times New Roman" w:cs="Times New Roman"/>
          <w:sz w:val="24"/>
        </w:rPr>
        <w:t xml:space="preserve"> (“Guardian”) as the Guardian of said minor children. If the Guardian is unable or unwilling to serve, I appoint </w:t>
      </w:r>
      <w:r>
        <w:rPr>
          <w:rFonts w:ascii="Times New Roman" w:hAnsi="Times New Roman" w:eastAsia="Times New Roman" w:cs="Times New Roman"/>
          <w:sz w:val="24"/>
        </w:rPr>
        <w:t>[2ND GUARDIAN'S NAME]</w:t>
      </w:r>
      <w:r>
        <w:rPr>
          <w:rFonts w:ascii="Times New Roman" w:hAnsi="Times New Roman" w:eastAsia="Times New Roman" w:cs="Times New Roman"/>
          <w:sz w:val="24"/>
        </w:rPr>
        <w:t xml:space="preserve"> of </w:t>
      </w:r>
      <w:r>
        <w:rPr>
          <w:rFonts w:ascii="Times New Roman" w:hAnsi="Times New Roman" w:eastAsia="Times New Roman" w:cs="Times New Roman"/>
          <w:sz w:val="24"/>
        </w:rPr>
        <w:t>[2ND GUARDIAN'S ADDRESS]</w:t>
      </w:r>
      <w:r>
        <w:rPr>
          <w:rFonts w:ascii="Times New Roman" w:hAnsi="Times New Roman" w:eastAsia="Times New Roman" w:cs="Times New Roman"/>
          <w:sz w:val="24"/>
        </w:rPr>
        <w:t xml:space="preserve"> as the Guardian.</w:t>
      </w:r>
    </w:p>
    <w:p>
      <w:pPr/>
    </w:p>
    <w:p>
      <w:pPr>
        <w:ind w:hanging="360"/>
      </w:pPr>
      <w:r>
        <w:rPr>
          <w:rFonts w:ascii="Times New Roman" w:hAnsi="Times New Roman" w:eastAsia="Times New Roman" w:cs="Times New Roman"/>
          <w:b/>
          <w:sz w:val="24"/>
        </w:rPr>
        <w:t>EXECUTOR’S POWERS</w:t>
      </w:r>
      <w:r>
        <w:rPr>
          <w:rFonts w:ascii="Times New Roman" w:hAnsi="Times New Roman" w:eastAsia="Times New Roman" w:cs="Times New Roman"/>
          <w:sz w:val="24"/>
        </w:rPr>
        <w:t xml:space="preserve">. </w:t>
      </w:r>
      <w:r>
        <w:rPr>
          <w:rFonts w:ascii="Times New Roman" w:hAnsi="Times New Roman" w:eastAsia="Times New Roman" w:cs="Times New Roman"/>
          <w:sz w:val="24"/>
        </w:rPr>
        <w:t>My Executor shall have and may exercise the following discretionary powers in addition to any common law or statutory powers without the necessity of court license or approval:</w:t>
      </w:r>
    </w:p>
    <w:p>
      <w:pPr>
        <w:spacing w:before="0" w:after="160"/>
      </w:pPr>
      <w:r>
        <w:rPr>
          <w:rFonts w:ascii="Times New Roman" w:hAnsi="Times New Roman" w:eastAsia="Times New Roman" w:cs="Times New Roman"/>
          <w:sz w:val="24"/>
        </w:rPr>
        <w:t>Investment</w:t>
      </w:r>
      <w:r>
        <w:rPr>
          <w:rFonts w:ascii="Times New Roman" w:hAnsi="Times New Roman" w:eastAsia="Times New Roman" w:cs="Times New Roman"/>
          <w:sz w:val="24"/>
        </w:rPr>
        <w:t>. To retain for whatever period my Executor deems advisable any property, including property owned by me at my death, and to invest and reinvest in any property, both real and personal, regardless of whether any particular investment would be proper for the Executor and regardless of the extent of diversification of the assets held hereunder.</w:t>
      </w:r>
    </w:p>
    <w:p>
      <w:pPr>
        <w:spacing w:before="0" w:after="160"/>
      </w:pPr>
      <w:r>
        <w:rPr>
          <w:rFonts w:ascii="Times New Roman" w:hAnsi="Times New Roman" w:eastAsia="Times New Roman" w:cs="Times New Roman"/>
          <w:sz w:val="24"/>
        </w:rPr>
        <w:t>Buy and Sell</w:t>
      </w:r>
      <w:r>
        <w:rPr>
          <w:rFonts w:ascii="Times New Roman" w:hAnsi="Times New Roman" w:eastAsia="Times New Roman" w:cs="Times New Roman"/>
          <w:sz w:val="24"/>
        </w:rPr>
        <w:t>. To sell and to grant options to purchase all or any part of my estate, both real and personal, at any time, at public or private sale, for consideration, whether or not the highest possible consideration, and upon terms, including credit, as my Executor deems advisable, and to execute, acknowledge, and deliver deeds or other instruments in connection therewith.</w:t>
      </w:r>
    </w:p>
    <w:p>
      <w:pPr>
        <w:spacing w:before="0" w:after="160"/>
      </w:pPr>
      <w:r>
        <w:rPr>
          <w:rFonts w:ascii="Times New Roman" w:hAnsi="Times New Roman" w:eastAsia="Times New Roman" w:cs="Times New Roman"/>
          <w:sz w:val="24"/>
        </w:rPr>
        <w:t>Real Estate Leasing</w:t>
      </w:r>
      <w:r>
        <w:rPr>
          <w:rFonts w:ascii="Times New Roman" w:hAnsi="Times New Roman" w:eastAsia="Times New Roman" w:cs="Times New Roman"/>
          <w:sz w:val="24"/>
        </w:rPr>
        <w:t>. To lease any real estate for terms and conditions as my Executor deems advisable, including the granting of options to renew, options to extend the term or terms, and options to purchase.</w:t>
      </w:r>
    </w:p>
    <w:p>
      <w:pPr>
        <w:spacing w:before="0" w:after="160"/>
      </w:pPr>
      <w:r>
        <w:rPr>
          <w:rFonts w:ascii="Times New Roman" w:hAnsi="Times New Roman" w:eastAsia="Times New Roman" w:cs="Times New Roman"/>
          <w:sz w:val="24"/>
        </w:rPr>
        <w:t>Settle Claims</w:t>
      </w:r>
      <w:r>
        <w:rPr>
          <w:rFonts w:ascii="Times New Roman" w:hAnsi="Times New Roman" w:eastAsia="Times New Roman" w:cs="Times New Roman"/>
          <w:sz w:val="24"/>
        </w:rPr>
        <w:t>. To pay, compromise, settle, or otherwise adjust any claims, including taxes, asserted in favor of or against me, my estate, or my Executor.</w:t>
      </w:r>
    </w:p>
    <w:p>
      <w:pPr>
        <w:spacing w:before="0" w:after="160"/>
      </w:pPr>
      <w:r>
        <w:rPr>
          <w:rFonts w:ascii="Times New Roman" w:hAnsi="Times New Roman" w:eastAsia="Times New Roman" w:cs="Times New Roman"/>
          <w:sz w:val="24"/>
        </w:rPr>
        <w:t>Initiate Elections</w:t>
      </w:r>
      <w:r>
        <w:rPr>
          <w:rFonts w:ascii="Times New Roman" w:hAnsi="Times New Roman" w:eastAsia="Times New Roman" w:cs="Times New Roman"/>
          <w:sz w:val="24"/>
        </w:rPr>
        <w:t>. To make such elections under the tax laws as my Executor shall deem appropriate, including elections with respect to qualified terminable interest property, exemptions, and the use of deductions as income tax or estate tax deductions, and to determine whether to make any adjustments between income and principal on account of any election so made. To make any elections permitted under any pension, profit sharing, employee stock ownership, or other benefit plan.</w:t>
      </w:r>
    </w:p>
    <w:p>
      <w:pPr>
        <w:spacing w:before="0" w:after="160"/>
      </w:pPr>
      <w:r>
        <w:rPr>
          <w:rFonts w:ascii="Times New Roman" w:hAnsi="Times New Roman" w:eastAsia="Times New Roman" w:cs="Times New Roman"/>
          <w:sz w:val="24"/>
        </w:rPr>
        <w:t>Employment</w:t>
      </w:r>
      <w:r>
        <w:rPr>
          <w:rFonts w:ascii="Times New Roman" w:hAnsi="Times New Roman" w:eastAsia="Times New Roman" w:cs="Times New Roman"/>
          <w:sz w:val="24"/>
        </w:rPr>
        <w:t>. To employ others in connection with the administration of my estate, including legal counsel, investment advisors, brokers, accountants, agents, and to pay reasonable compensation in addition to my executor’s compensation.</w:t>
      </w:r>
    </w:p>
    <w:p>
      <w:pPr>
        <w:spacing w:before="0" w:after="160"/>
      </w:pPr>
      <w:r>
        <w:rPr>
          <w:rFonts w:ascii="Times New Roman" w:hAnsi="Times New Roman" w:eastAsia="Times New Roman" w:cs="Times New Roman"/>
          <w:sz w:val="24"/>
        </w:rPr>
        <w:t>Voting</w:t>
      </w:r>
      <w:r>
        <w:rPr>
          <w:rFonts w:ascii="Times New Roman" w:hAnsi="Times New Roman" w:eastAsia="Times New Roman" w:cs="Times New Roman"/>
          <w:sz w:val="24"/>
        </w:rPr>
        <w:t>. To vote any shares of stock or other securities in person or by proxy; to assert or waive any stockholder’s rights or privilege to subscribe for or otherwise acquire additional stock; to deposit securities in any voting trust or with any committee.</w:t>
      </w:r>
    </w:p>
    <w:p>
      <w:pPr>
        <w:spacing w:before="0" w:after="160"/>
      </w:pPr>
      <w:r>
        <w:rPr>
          <w:rFonts w:ascii="Times New Roman" w:hAnsi="Times New Roman" w:eastAsia="Times New Roman" w:cs="Times New Roman"/>
          <w:sz w:val="24"/>
        </w:rPr>
        <w:t>Loan and Borrow Money</w:t>
      </w:r>
      <w:r>
        <w:rPr>
          <w:rFonts w:ascii="Times New Roman" w:hAnsi="Times New Roman" w:eastAsia="Times New Roman" w:cs="Times New Roman"/>
          <w:sz w:val="24"/>
        </w:rPr>
        <w:t>. To borrow, pledge, or mortgage any property as collateral and make secured or unsecured loans. My Executor is authorized to make loans without interest to any Beneficiary. No individual or entity loaning property to my Executor or trustee shall be held to see to the application of such property.</w:t>
      </w:r>
    </w:p>
    <w:p>
      <w:pPr>
        <w:spacing w:before="0" w:after="160"/>
      </w:pPr>
      <w:r>
        <w:rPr>
          <w:rFonts w:ascii="Times New Roman" w:hAnsi="Times New Roman" w:eastAsia="Times New Roman" w:cs="Times New Roman"/>
          <w:sz w:val="24"/>
        </w:rPr>
        <w:t>GST Exemption</w:t>
      </w:r>
      <w:r>
        <w:rPr>
          <w:rFonts w:ascii="Times New Roman" w:hAnsi="Times New Roman" w:eastAsia="Times New Roman" w:cs="Times New Roman"/>
          <w:sz w:val="24"/>
        </w:rPr>
        <w:t>. My Executor shall, in their absolute discretion, determine the allocation of any GST exemption available to me at my death to property passing under this Will or otherwise. The determination of my Executor with respect to any elections or allocation, if made or taken in good faith, shall be binding upon all affected.</w:t>
      </w:r>
    </w:p>
    <w:p>
      <w:pPr/>
    </w:p>
    <w:p>
      <w:pPr>
        <w:ind w:hanging="360"/>
      </w:pPr>
      <w:r>
        <w:rPr>
          <w:rFonts w:ascii="Times New Roman" w:hAnsi="Times New Roman" w:eastAsia="Times New Roman" w:cs="Times New Roman"/>
          <w:b/>
          <w:sz w:val="24"/>
        </w:rPr>
        <w:t>GOVERNING LAW</w:t>
      </w:r>
      <w:r>
        <w:rPr>
          <w:rFonts w:ascii="Times New Roman" w:hAnsi="Times New Roman" w:eastAsia="Times New Roman" w:cs="Times New Roman"/>
          <w:sz w:val="24"/>
        </w:rPr>
        <w:t>. This Will shall be governed under the same laws and the same jurisdiction as the Living Trust.</w:t>
      </w:r>
    </w:p>
    <w:p>
      <w:pPr/>
    </w:p>
    <w:p>
      <w:pPr>
        <w:spacing w:before="0" w:after="160"/>
        <w:ind w:hanging="360"/>
      </w:pPr>
      <w:r>
        <w:rPr>
          <w:rFonts w:ascii="Times New Roman" w:hAnsi="Times New Roman" w:eastAsia="Times New Roman" w:cs="Times New Roman"/>
          <w:b/>
          <w:sz w:val="24"/>
        </w:rPr>
        <w:t>EXECUTION</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 the undersigned Testator, hereby declare that I sign and execute this instrument as my Will, that I sign it willingly in the presence of each of the undersigned witnesses, and that I execute it as my free and voluntary act for the purposes herein expressed, on this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160"/>
      </w:pPr>
      <w:r>
        <w:rPr>
          <w:rFonts w:ascii="Times New Roman" w:hAnsi="Times New Roman" w:eastAsia="Times New Roman" w:cs="Times New Roman"/>
          <w:b/>
          <w:sz w:val="24"/>
        </w:rPr>
        <w:t>Testator’s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_______________</w:t>
      </w:r>
    </w:p>
    <w:p>
      <w:pPr>
        <w:spacing w:before="0" w:after="160"/>
      </w:pPr>
      <w:r>
        <w:rPr>
          <w:rFonts w:ascii="Times New Roman" w:hAnsi="Times New Roman" w:eastAsia="Times New Roman" w:cs="Times New Roman"/>
          <w:sz w:val="24"/>
        </w:rPr>
        <w:t>Print Name: _______________________</w:t>
      </w:r>
    </w:p>
    <w:p>
      <w:pPr/>
    </w:p>
    <w:p>
      <w:pPr>
        <w:spacing w:before="0" w:after="160"/>
        <w:jc w:val="center"/>
      </w:pPr>
      <w:r>
        <w:rPr>
          <w:rFonts w:ascii="Times New Roman" w:hAnsi="Times New Roman" w:eastAsia="Times New Roman" w:cs="Times New Roman"/>
          <w:b/>
          <w:sz w:val="24"/>
        </w:rPr>
        <w:t>TESTAMENTARY AFFIDAVIT</w:t>
      </w:r>
    </w:p>
    <w:p>
      <w:pPr>
        <w:spacing w:before="0" w:after="160"/>
      </w:pPr>
      <w:r>
        <w:rPr>
          <w:rFonts w:ascii="Times New Roman" w:hAnsi="Times New Roman" w:eastAsia="Times New Roman" w:cs="Times New Roman"/>
          <w:sz w:val="24"/>
        </w:rPr>
        <w:t>STATE OF ____________________</w:t>
      </w:r>
    </w:p>
    <w:p>
      <w:pPr>
        <w:spacing w:before="0" w:after="160"/>
      </w:pPr>
      <w:r>
        <w:rPr>
          <w:rFonts w:ascii="Times New Roman" w:hAnsi="Times New Roman" w:eastAsia="Times New Roman" w:cs="Times New Roman"/>
          <w:sz w:val="24"/>
        </w:rPr>
        <w:t>COUNTY OF __________________, SS.</w:t>
      </w:r>
    </w:p>
    <w:p>
      <w:pPr>
        <w:spacing w:before="0" w:after="160"/>
      </w:pPr>
      <w:r>
        <w:rPr>
          <w:rFonts w:ascii="Times New Roman" w:hAnsi="Times New Roman" w:eastAsia="Times New Roman" w:cs="Times New Roman"/>
          <w:sz w:val="24"/>
        </w:rPr>
        <w:tab/>
        <w:t>Before me, the undersigned authority, on this day personally appeared ___________, testator, ____________________, witness and ___________________, witness, known to me to be the testator and the witnesses, respectively, whose names are signed to the attached or foregoing instrument, and, all of these persons being by me duly sworn, the testator declared to me and to the witnesses in my presence that the instrument is the testator’s Will and that the testator has willingly signed or directed another to sign for him/her, and that the testator executed it as the testator’s free and voluntary act for the purposes therein expressed; and each of the witnesses stated to me, in the presence of the testator, that they signed the Will as witnesses and that to the best of their knowledge the testator was eighteen (18) years of age or over, of sound mind and under no constraint or undue influence.</w:t>
      </w:r>
    </w:p>
    <w:p>
      <w:pPr>
        <w:spacing w:before="0" w:after="160"/>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t xml:space="preserve">    </w:t>
      </w: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br/>
        <w:t>Testator Signature</w:t>
        <w:tab/>
        <w:tab/>
        <w:tab/>
        <w:tab/>
        <w:t xml:space="preserve">               Witness Signature</w:t>
      </w:r>
    </w:p>
    <w:p>
      <w:pPr>
        <w:spacing w:before="0" w:after="160"/>
      </w:pPr>
      <w:r>
        <w:rPr>
          <w:rFonts w:ascii="Times New Roman" w:hAnsi="Times New Roman" w:eastAsia="Times New Roman" w:cs="Times New Roman"/>
          <w:sz w:val="24"/>
        </w:rPr>
        <w:tab/>
        <w:tab/>
        <w:tab/>
        <w:tab/>
        <w:tab/>
        <w:t xml:space="preserve">                          </w:t>
      </w: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tab/>
        <w:t xml:space="preserve">                                                          Witness Signature</w:t>
      </w:r>
    </w:p>
    <w:p>
      <w:pPr>
        <w:spacing w:before="0" w:after="160"/>
      </w:pPr>
    </w:p>
    <w:p>
      <w:pPr>
        <w:spacing w:before="0" w:after="160"/>
      </w:pPr>
      <w:r>
        <w:rPr>
          <w:rFonts w:ascii="Times New Roman" w:hAnsi="Times New Roman" w:eastAsia="Times New Roman" w:cs="Times New Roman"/>
          <w:sz w:val="24"/>
        </w:rPr>
        <w:t xml:space="preserve">Subscribed and sworn to before me by the said testator and the said witnesses, this </w:t>
      </w:r>
    </w:p>
    <w:p>
      <w:pPr>
        <w:spacing w:before="0" w:after="160"/>
      </w:pPr>
      <w:r>
        <w:rPr>
          <w:rFonts w:ascii="Times New Roman" w:hAnsi="Times New Roman" w:eastAsia="Times New Roman" w:cs="Times New Roman"/>
          <w:sz w:val="24"/>
        </w:rPr>
        <w:t>____ day of ________________, 20____.</w:t>
      </w:r>
    </w:p>
    <w:p>
      <w:pPr>
        <w:spacing w:before="0" w:after="160"/>
      </w:pPr>
    </w:p>
    <w:p>
      <w:pPr>
        <w:spacing w:before="0" w:after="160"/>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br/>
        <w:t>Notary Public</w:t>
      </w:r>
    </w:p>
    <w:p>
      <w:pPr>
        <w:spacing w:before="0" w:after="160"/>
      </w:pPr>
      <w:r>
        <w:rPr>
          <w:rFonts w:ascii="Times New Roman" w:hAnsi="Times New Roman" w:eastAsia="Times New Roman" w:cs="Times New Roman"/>
          <w:sz w:val="24"/>
        </w:rPr>
        <w:t>My Commission expires:</w:t>
      </w:r>
    </w:p>
    <w:p>
      <w:pPr>
        <w:spacing w:before="0" w:after="160"/>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