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Power of Appointment over Trust Remainder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 w:val="0"/>
          <w:sz w:val="24"/>
        </w:rPr>
        <w:t>1.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Power of Appointment over Testamentary Trust Remainder (General)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Upon the death of [lifetime beneficiary; e.g., my wife or my husband or my spouse or my aforenamed son or my aforenamed daughter or the aforenamed beneficiary or name of the beneficiary], my trustee shall pay over and distribute the remaining principal of this trust [add if donor’s will creates multiple trust shares instead of separate trust shares] [optional if donor’s surviving spouse is the donee; include if donee is other than the donor’s surviving spouse: , including accrued but undistributed income], to such persons or entities), including [lifetime beneficiary’s] estate, [lifetime beneficiary’s] creditors, or the creditors of [lifetime beneficiary’s] estate, in such shares and such estates, as [lifetime beneficiary] shall appoint by [his or her] Last Will and Testament duly admitted to probate in any jurisdiction [optional: specifically referring to and exercising this power of appointment]. In default of exercise of this power of appointment by [lifetime beneficiary], or to the extent [lifetime beneficiary] does not validly exercise this power of appointment, then my trustee shall pay over and distribute so much of principal of this trust [add if donor’s will creates multiple trust shares instead of separate trusts share] as [lifetime beneficiary] fails to appoint, to [lifetime beneficiary’s] issue then living, [per stirpes or by representation]; and if none, to my issue then living, [per stirpes or by representation]; and if none, to [designate ultimate takers in default].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Power of Appointment over Testamentary Trust Remainder (General)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Upon the death of [lifetime beneficiary; e.g., my wife or my husband or my spouse, my aforenamed son or my aforenamed daughter or the aforenamed beneficiary or name of the beneficiary], my trustee shall pay over and distribute the remaining principal of this trust [add if donor’s will creates multiple trust shares instead of separate trusts: share] [optional if donor’s surviving spouse is the donee; include if donee is other than the donor’s surviving spouse: including accrued but undistributed income], to [lifetime beneficiary’s] estate, [lifetime beneficiary’s] creditors, or the creditors of [lifetime beneficiary’s] estate, in such shares and such estates, as [lifetime beneficiary] shall appoint by [his or her] Last Will and Testament duly admitted to probate in any jurisdiction [optional: , specifically referring to and exercising this power of appointment]. In default of exercise of this power of appointment by [lifetime beneficiary], or to the extent [lifetime beneficiary] does not validly exercise this power of appointment, then my trustee shall pay over and distribute so much of principal of this trust [add if donor’s will creates multiple trust shares instead of separate trusts: share] as [lifetime beneficiary] fails to appoint, to [lifetime beneficiary’s] issue then living, [per stirpes or by representation]; and if none, to my issue then living, [per stirpes or by representation]; and if none, to [designate ultimate takers in default].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Power of Appointment over Testamentary Trust Remainder (Special)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Upon the death of [lifetime beneficiary; e.g., my wife or my husband or my spouse or my aforenamed son or my aforenamed daughter or the aforenamed beneficiary or name of the beneficiary], my trustee shall pay over and distribute the remaining principal of this trust [add if donor’s will creates multiple trust shares instead of separate trusts: share] [optional if donor’s surviving spouse is the donee; include if donee is other than the donor’s surviving spouse: , including accrued but undistributed income], to such persons or entities, excluding only [lifetime beneficiary], [lifetime beneficiary’s] estate, [lifetime beneficiary’s] creditors, or the creditors of [lifetime beneficiary’s] estate, in such shares and such estates, as [lifetime beneficiary] shall appoint by [his or her] Last Will and Testament duly admitted to probate in any jurisdiction [optional: specifically referring to and exercising this power of appointment. In default of exercise of this power of appointment by [lifetime beneficiary], or to the extent [lifetime beneficiary] does not validly exercise this power of appointment, then my trustee shall pay over and distribute so much of principal of this trust [add if donor’s will creates multiple trust shares instead of separate trusts: share] as [lifetime beneficiary] fails to appoint, to [lifetime beneficiary’s] issue then living, [per stirpes or by representation]; and if none, to my issue then living, [per stirpes or by representation]; and if none, to [designate ultimate takers in default].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Power of Appointment over Testamentary Trust Remainder (Special)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Upon the death of [lifetime beneficiary; e.g., my wife or my husband or my spouse or my aforenamed son or my aforenamed daughter or the aforenamed beneficiary or name of the beneficiary], my trustee shall pay over and distribute the remaining principal of this trust [add if donor’s will creates multiple trust shares instead of separate trusts: share] [optional if donor’s surviving spouse is the donee; include if donee is other than the donor’s surviving spouse: including accrued but undistributed income], to such of [lifetime beneficiary’s] issue as survive [him or her], in such shares and such estates, as [lifetime beneficiary] shall appoint by [his or her] Last Will and Testament duly admitted to probate in any jurisdiction [optional: specifically referring to and exercising this power of appointment]. In default of exercise of this power of appointment by [lifetime beneficiary], or to the extent [lifetime beneficiary] does not validly exercise this power of appointment, then my trustee shall pay over and distribute so much of principal of this trust [add if donor’s will creates multiple trust shares instead of separate trusts: share] as [lifetime beneficiary] fails to appoint, to [lifetime beneficiary’s] issue then living, [per stirpes or by representation]; and if none, to my issue then living, [per stirpes or by representation]; and if none, to [designate ultimate takers in default].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