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attorney-in-fact) to make decisions concerning your property for you (the principal). Your attorney-in-fact will be able to make decisions and act with respect to your property (including your money) whether or not you are able to act for yourself. The meaning of authority over subjects listed on this form is explained in Indiana's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attorney-in-fact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attorney-in-fact. Unless you specify otherwise in the Special Instructions, generally the attorney-in-fact's authority will continue until you die or revoke the power of attorney or the attorney-in-fact resigns or is unable to act for you. If you revoke the power of attorney, you should communicate your revocation by notice to the attorney-in-fact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attorney-in-fact is not entitled to any compensation unless you state otherwise in the Special Instructions section. Your attorney-in-fact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attorney-in-fact. If you wish to name more than one attorney-in-fact,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attorney-in-fact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co-attorney-in-fact in the Special Instructions. Co-attorneys-in-fact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attorney-in-fact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attorney-in-fact.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attorney-in-fact,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ATTORNEY-IN-FACT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[name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[attorney-in-fact's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[attorney-in-fact's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[attorney-in-fact's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ATTORNEY(S)-IN-FACT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attorney-in-fact is unable or unwilling to act for me, I name as my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attorney-in-fact's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attorney-in-fact's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attorney-in-fact's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attorney-in-fact is unable or unwilling to act for me, I name as my second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attorney-in-fact's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attorney-in-fact's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attorney-in-fact's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attorney-in-fact and any successor attorney-in-fact general authority to act for me with respect to the following subject as defined in Ind. Code Ann. §§ 30-5-5-2 through 30-5-5-15 and 30-5-5-18 through 30-5-5-19:</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real property transactions pursuant to Ind. Code Ann. § 30-5-5-2.</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Tangible Personal Property.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tangible personal property pursuant to Ind. Code Ann. § 30-5-5-3.</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Bonds, Commodities, and Shares.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bonds, commodities and shares pursuant to Ind. Code Ann. § 30-5-5-4.</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any type of retirement plan pursuant to Ind. Code Ann. § 30-5-5-4.5.</w:t>
      </w:r>
    </w:p>
    <w:p>
      <w:pPr>
        <w:keepNext w:val="0"/>
        <w:spacing w:before="120" w:after="0" w:line="260" w:lineRule="exact"/>
        <w:ind w:left="144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banking transactions pursuant to Ind. Code Ann. § 30-5-5-5.</w:t>
      </w:r>
    </w:p>
    <w:p>
      <w:pPr>
        <w:keepNext w:val="0"/>
        <w:spacing w:before="120" w:after="0" w:line="260" w:lineRule="exact"/>
        <w:ind w:left="144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business operating transactions pursuant to Ind. Code Ann. § 30-5-5-6.</w:t>
      </w:r>
    </w:p>
    <w:p>
      <w:pPr>
        <w:keepNext w:val="0"/>
        <w:spacing w:before="120" w:after="0" w:line="260" w:lineRule="exact"/>
        <w:ind w:left="144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insurance transactions pursuant to Ind. Code Ann. § 30-5-5-7.</w:t>
      </w:r>
    </w:p>
    <w:p>
      <w:pPr>
        <w:keepNext w:val="0"/>
        <w:spacing w:before="120" w:after="0" w:line="260" w:lineRule="exact"/>
        <w:ind w:left="144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Transfers on Death or Payable on Death Transfers.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transfers on death or payable on death transfers transactions pursuant to Ind. Code Ann. § 30-5-5-7.5.</w:t>
      </w:r>
    </w:p>
    <w:p>
      <w:pPr>
        <w:keepNext w:val="0"/>
        <w:spacing w:before="120" w:after="0" w:line="260" w:lineRule="exact"/>
        <w:ind w:left="144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beneficiary transactions pursuant to Ind. Code Ann. § 30-5-5-8.</w:t>
      </w:r>
    </w:p>
    <w:p>
      <w:pPr>
        <w:keepNext w:val="0"/>
        <w:spacing w:before="120" w:after="0" w:line="260" w:lineRule="exact"/>
        <w:ind w:left="144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gift transactions pursuant to Ind. Code Ann. § 30-5-5-9.</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Fiduciary.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fiduciary transactions pursuant to Ind. Code Ann. § 30-5-5-10.</w:t>
      </w:r>
    </w:p>
    <w:p>
      <w:pPr>
        <w:keepNext w:val="0"/>
        <w:spacing w:before="120" w:after="0" w:line="260" w:lineRule="exact"/>
        <w:ind w:left="144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claims and litigation pursuant to Ind. Code Ann. § 30-5-5-11.</w:t>
      </w:r>
    </w:p>
    <w:p>
      <w:pPr>
        <w:keepNext w:val="0"/>
        <w:spacing w:before="120" w:after="0" w:line="260" w:lineRule="exact"/>
        <w:ind w:left="144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Family Maintenance.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family maintenance pursuant to Ind. Code Ann. § 30-5-5-12.</w:t>
      </w:r>
    </w:p>
    <w:p>
      <w:pPr>
        <w:keepNext w:val="0"/>
        <w:spacing w:before="120" w:after="0" w:line="260" w:lineRule="exact"/>
        <w:ind w:left="144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Benefits from Military Service.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benefits from military service pursuant to Ind. Code Ann. § 30-5-5-13.</w:t>
      </w:r>
    </w:p>
    <w:p>
      <w:pPr>
        <w:keepNext w:val="0"/>
        <w:spacing w:before="120" w:after="0" w:line="260" w:lineRule="exact"/>
        <w:ind w:left="144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Records, Reports, and Statements.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records, reports and statements pursuant to Ind. Code Ann. § 30-5-5-14.</w:t>
      </w:r>
    </w:p>
    <w:p>
      <w:pPr>
        <w:keepNext w:val="0"/>
        <w:spacing w:before="120" w:after="0" w:line="260" w:lineRule="exact"/>
        <w:ind w:left="144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Electronic Records, Reports, and Statements.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gaining access to, retrieving, copying, and acting with respect to electronic records, reports, statements, and accounts pursuant to Ind. Code Ann. § 30-5-5-14.5.</w:t>
      </w:r>
    </w:p>
    <w:p>
      <w:pPr>
        <w:keepNext w:val="0"/>
        <w:spacing w:before="120" w:after="0" w:line="260" w:lineRule="exact"/>
        <w:ind w:left="144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Estate Transactions.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with respect to estate transactions pursuant to Ind. Code Ann. § 30-5-5-15.</w:t>
      </w:r>
    </w:p>
    <w:p>
      <w:pPr>
        <w:keepNext w:val="0"/>
        <w:spacing w:before="120" w:after="0" w:line="260" w:lineRule="exact"/>
        <w:ind w:left="144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Delegation of Powers.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Authority to delegate in writing to one (1) or more persons any or all powers given to my Agent pursuant to Ind. Code Ann. § 30-5-5-18.</w:t>
      </w:r>
    </w:p>
    <w:p>
      <w:pPr>
        <w:keepNext w:val="0"/>
        <w:spacing w:before="120" w:after="0" w:line="260" w:lineRule="exact"/>
        <w:ind w:left="144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 Other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Authority to act as my alter ego with respect to all possible matters and affairs affecting property owned by me that I can perform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pursuant to Ind. Code Ann. § 30-5-5-19.</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attorney-in-fact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attorney-in-fact the authority to take actions that could significantly reduce your property or change how your property is distributed at your death. INITIAL ONLY the specific authority you WANT to give your attorney-in-fact. You should give your attorney-in-fact specific instructions in the Special Instructions when you authorize your attorney-in-fact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Indiana power of attorney statutes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ATTORNEY-IN-FACT'S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that is not my ancestor, spouse, or descendant SHALL NOT use my property to benefit the attorney-in-fact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attorney-in-fact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attorney-in-fact,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120" w:after="0" w:line="260" w:lineRule="exact"/>
        <w:ind w:left="360" w:right="0" w:firstLine="0"/>
        <w:jc w:val="left"/>
      </w:pPr>
      <w:r>
        <w:rPr>
          <w:rFonts w:ascii="Times New Roman" w:hAnsi="Times New Roman" w:eastAsia="Times New Roman" w:cs="Times New Roman"/>
          <w:b/>
          <w:sz w:val="24"/>
        </w:rPr>
        <w:t>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State of Indiana</w:t>
      </w:r>
    </w:p>
    <w:p>
      <w:pPr>
        <w:keepNext w:val="0"/>
        <w:spacing w:before="200" w:after="0" w:line="260" w:lineRule="exact"/>
        <w:ind w:left="72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