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Kansas</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Kansas's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grant my agent and any successor agent general authority to act for me with respect to the following matters as defined in the Kansas Power of Attorney Act, to the extent I am permitted by law to act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Kansas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[date], [year],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of second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Kansas</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[date], [year], by [name of principal], [name of first witness], and [name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