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Kentucky</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 as adopted in Kentucky.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 generally the agent's authority will continue until you die or revoke the power of attorney or the agent resigns or is unable to act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the Uniform Power of Attorney Act in Chapter 457 of the Kentucky Revised Statutes:</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or delete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Ky. Rev. Stat. Ann. § 457.400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SHALL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[month] [day], [year], by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Kentucky</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This document was signed in my presence on [month] [day], [year], by [name of principal], [name of first witness], and [name of second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200" w:after="0" w:line="260" w:lineRule="exact"/>
        <w:ind w:left="108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My Notary ID: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