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West Virginia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W. Va. Code § 39B-1-101. 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72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Your agent is entitled to reasonable compensation unless provided otherwise. If your agent is related to you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ancestor, spouse, or descendant, your agent is not entitled to compensation unless you specifically state in the Special Instructions section. Your agent shall be entitled to reimbursement of reasonable expenses incurred in performing the acts required by you in your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72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36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agent]</w:t>
      </w:r>
    </w:p>
    <w:p>
      <w:pPr>
        <w:keepNext w:val="0"/>
        <w:spacing w:before="200" w:after="0" w:line="260" w:lineRule="exact"/>
        <w:ind w:left="72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36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 W. Va. Code § 39B-1-101, et seq. of this code:</w:t>
      </w:r>
    </w:p>
    <w:p>
      <w:pPr>
        <w:keepNext w:val="0"/>
        <w:spacing w:before="200" w:after="0" w:line="260" w:lineRule="exact"/>
        <w:ind w:left="72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72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72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72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72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72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72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72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72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72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72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72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720" w:right="0" w:firstLine="0"/>
        <w:jc w:val="both"/>
      </w:pPr>
      <w:r>
        <w:rPr>
          <w:rFonts w:ascii="Times New Roman" w:hAnsi="Times New Roman" w:eastAsia="Times New Roman" w:cs="Times New Roman"/>
          <w:b w:val="0"/>
          <w:sz w:val="24"/>
        </w:rPr>
        <w:t>(____) Taxes</w:t>
      </w:r>
    </w:p>
    <w:p>
      <w:pPr>
        <w:keepNext w:val="0"/>
        <w:spacing w:before="200" w:after="0" w:line="260" w:lineRule="exact"/>
        <w:ind w:left="72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36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West Virginia Uniform Power of Attorney Act and any Special Instructions in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72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72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72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72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36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36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72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36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36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West Virginia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[Month] [Day], [Year], by ____________________ [name of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