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before="200" w:after="0" w:line="260" w:lineRule="exact"/>
        <w:ind w:left="360" w:right="0" w:firstLine="0"/>
        <w:jc w:val="left"/>
      </w:pPr>
      <w:r>
        <w:rPr>
          <w:rFonts w:ascii="Times New Roman" w:hAnsi="Times New Roman" w:eastAsia="Times New Roman" w:cs="Times New Roman"/>
          <w:b w:val="0"/>
          <w:sz w:val="24"/>
        </w:rPr>
        <w:t>State of Georgia</w:t>
      </w:r>
    </w:p>
    <w:p>
      <w:pPr>
        <w:keepNext w:val="0"/>
        <w:spacing w:before="200" w:after="0" w:line="260" w:lineRule="exact"/>
        <w:ind w:left="360" w:right="0" w:firstLine="0"/>
        <w:jc w:val="left"/>
      </w:pPr>
      <w:r>
        <w:rPr>
          <w:rFonts w:ascii="Times New Roman" w:hAnsi="Times New Roman" w:eastAsia="Times New Roman" w:cs="Times New Roman"/>
          <w:b w:val="0"/>
          <w:sz w:val="24"/>
        </w:rPr>
        <w:t>County of [name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O.C.G.</w:t>
      </w:r>
      <w:r>
        <w:rPr>
          <w:rFonts w:ascii="Times New Roman" w:hAnsi="Times New Roman" w:eastAsia="Times New Roman" w:cs="Times New Roman"/>
          <w:b/>
          <w:sz w:val="24"/>
        </w:rPr>
        <w:t>A</w:t>
      </w:r>
      <w:r>
        <w:rPr>
          <w:rFonts w:ascii="Times New Roman" w:hAnsi="Times New Roman" w:eastAsia="Times New Roman" w:cs="Times New Roman"/>
          <w:b w:val="0"/>
          <w:sz w:val="24"/>
        </w:rPr>
        <w:t>. Chapter 6B of Title 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power of attorney does not authorize the agent to make health care decisions for you. To authorize someone to make health care decisions for you, you will need to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If you revoke the power of attorney, you should communicate your revocation by notice to the agent in writing by certified mail and you should consider filing such notice of revocation with the clerk of superior court in your county of domicile.</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not entitled to any compensation unless you state otherwise in the Special Instructions section.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in the Special Instructions. Coagents will not be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shall be durable unless you state otherwise in the Special Instructions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becomes effective immediately and is not affected by your subsequent disability or incapacity.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p>
    <w:p>
      <w:pPr>
        <w:keepNext w:val="0"/>
        <w:spacing w:before="200" w:after="0" w:line="260" w:lineRule="exact"/>
        <w:ind w:left="1080" w:right="0" w:firstLine="0"/>
        <w:jc w:val="both"/>
      </w:pPr>
      <w:r>
        <w:rPr>
          <w:rFonts w:ascii="Times New Roman" w:hAnsi="Times New Roman" w:eastAsia="Times New Roman" w:cs="Times New Roman"/>
          <w:b w:val="0"/>
          <w:sz w:val="24"/>
        </w:rPr>
        <w:t>I, ____________________________________ (name of principal), name the following person as my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agent: _________________________________________________</w:t>
      </w:r>
    </w:p>
    <w:p>
      <w:pPr>
        <w:keepNext w:val="0"/>
        <w:spacing w:before="200" w:after="0" w:line="260" w:lineRule="exact"/>
        <w:ind w:left="1440" w:right="0" w:firstLine="0"/>
        <w:jc w:val="left"/>
      </w:pPr>
      <w:r>
        <w:rPr>
          <w:rFonts w:ascii="Times New Roman" w:hAnsi="Times New Roman" w:eastAsia="Times New Roman" w:cs="Times New Roman"/>
          <w:b w:val="0"/>
          <w:sz w:val="24"/>
        </w:rPr>
        <w:t>Agent's address: ________________________________________________</w:t>
      </w:r>
    </w:p>
    <w:p>
      <w:pPr>
        <w:keepNext w:val="0"/>
        <w:spacing w:before="200" w:after="0" w:line="260" w:lineRule="exact"/>
        <w:ind w:left="1440" w:right="0" w:firstLine="0"/>
        <w:jc w:val="left"/>
      </w:pPr>
      <w:r>
        <w:rPr>
          <w:rFonts w:ascii="Times New Roman" w:hAnsi="Times New Roman" w:eastAsia="Times New Roman" w:cs="Times New Roman"/>
          <w:b w:val="0"/>
          <w:sz w:val="24"/>
        </w:rPr>
        <w:t>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Agent's telephone number: 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Agent's e-mail address: 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successor agent: __________________________________________</w:t>
      </w:r>
    </w:p>
    <w:p>
      <w:pPr>
        <w:keepNext w:val="0"/>
        <w:spacing w:before="200" w:after="0" w:line="260" w:lineRule="exact"/>
        <w:ind w:left="1440" w:right="0" w:firstLine="0"/>
        <w:jc w:val="left"/>
      </w:pPr>
      <w:r>
        <w:rPr>
          <w:rFonts w:ascii="Times New Roman" w:hAnsi="Times New Roman" w:eastAsia="Times New Roman" w:cs="Times New Roman"/>
          <w:b w:val="0"/>
          <w:sz w:val="24"/>
        </w:rPr>
        <w:t>Successor agent's address: _________________________________________</w:t>
      </w:r>
    </w:p>
    <w:p>
      <w:pPr>
        <w:keepNext w:val="0"/>
        <w:spacing w:before="200" w:after="0" w:line="260" w:lineRule="exact"/>
        <w:ind w:left="1440" w:right="0" w:firstLine="0"/>
        <w:jc w:val="left"/>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telephone number: 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e-mail address: 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second successor agent: _____________________________________</w:t>
      </w:r>
    </w:p>
    <w:p>
      <w:pPr>
        <w:keepNext w:val="0"/>
        <w:spacing w:before="200" w:after="0" w:line="260" w:lineRule="exact"/>
        <w:ind w:left="1440" w:right="0" w:firstLine="0"/>
        <w:jc w:val="left"/>
      </w:pPr>
      <w:r>
        <w:rPr>
          <w:rFonts w:ascii="Times New Roman" w:hAnsi="Times New Roman" w:eastAsia="Times New Roman" w:cs="Times New Roman"/>
          <w:b w:val="0"/>
          <w:sz w:val="24"/>
        </w:rPr>
        <w:t>Second successor agent's address: ____________________________________</w:t>
      </w:r>
    </w:p>
    <w:p>
      <w:pPr>
        <w:keepNext w:val="0"/>
        <w:spacing w:before="200" w:after="0" w:line="260" w:lineRule="exact"/>
        <w:ind w:left="1440" w:right="0" w:firstLine="0"/>
        <w:jc w:val="left"/>
      </w:pPr>
      <w:r>
        <w:rPr>
          <w:rFonts w:ascii="Times New Roman" w:hAnsi="Times New Roman" w:eastAsia="Times New Roman" w:cs="Times New Roman"/>
          <w:b w:val="0"/>
          <w:sz w:val="24"/>
        </w:rPr>
        <w:t>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telephone number: 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e-mail address: ________________________________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 as defined in O.C.G.</w:t>
      </w:r>
      <w:r>
        <w:rPr>
          <w:rFonts w:ascii="Times New Roman" w:hAnsi="Times New Roman" w:eastAsia="Times New Roman" w:cs="Times New Roman"/>
          <w:b/>
          <w:sz w:val="24"/>
        </w:rPr>
        <w:t>A</w:t>
      </w:r>
      <w:r>
        <w:rPr>
          <w:rFonts w:ascii="Times New Roman" w:hAnsi="Times New Roman" w:eastAsia="Times New Roman" w:cs="Times New Roman"/>
          <w:b w:val="0"/>
          <w:sz w:val="24"/>
        </w:rPr>
        <w:t>. Chapter 6B of Title 10:</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each power withheld.)</w:t>
      </w:r>
    </w:p>
    <w:p>
      <w:pPr>
        <w:keepNext w:val="0"/>
        <w:spacing w:before="200" w:after="0" w:line="260" w:lineRule="exact"/>
        <w:ind w:left="1080" w:right="0" w:firstLine="0"/>
        <w:jc w:val="both"/>
      </w:pPr>
      <w:r>
        <w:rPr>
          <w:rFonts w:ascii="Times New Roman" w:hAnsi="Times New Roman" w:eastAsia="Times New Roman" w:cs="Times New Roman"/>
          <w:b w:val="0"/>
          <w:sz w:val="24"/>
        </w:rPr>
        <w:t>(____) Real property transactions (when properly recorded),</w:t>
      </w:r>
    </w:p>
    <w:p>
      <w:pPr>
        <w:keepNext w:val="0"/>
        <w:spacing w:before="200" w:after="0" w:line="260" w:lineRule="exact"/>
        <w:ind w:left="108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 Retirement plans, and/or</w:t>
      </w:r>
    </w:p>
    <w:p>
      <w:pPr>
        <w:keepNext w:val="0"/>
        <w:spacing w:before="200" w:after="0" w:line="260" w:lineRule="exact"/>
        <w:ind w:left="1080" w:right="0" w:firstLine="0"/>
        <w:jc w:val="both"/>
      </w:pPr>
      <w:r>
        <w:rPr>
          <w:rFonts w:ascii="Times New Roman" w:hAnsi="Times New Roman" w:eastAsia="Times New Roman" w:cs="Times New Roman"/>
          <w:b w:val="0"/>
          <w:sz w:val="24"/>
        </w:rPr>
        <w:t>(____) Taxes, or</w:t>
      </w:r>
    </w:p>
    <w:p>
      <w:pPr>
        <w:keepNext w:val="0"/>
        <w:spacing w:before="200" w:after="0" w:line="260" w:lineRule="exact"/>
        <w:ind w:left="108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p>
    <w:p>
      <w:pPr>
        <w:keepNext w:val="0"/>
        <w:spacing w:before="200" w:after="0" w:line="260" w:lineRule="exact"/>
        <w:ind w:left="1080" w:right="0" w:firstLine="0"/>
        <w:jc w:val="both"/>
      </w:pPr>
      <w:r>
        <w:rPr>
          <w:rFonts w:ascii="Times New Roman" w:hAnsi="Times New Roman" w:eastAsia="Times New Roman" w:cs="Times New Roman"/>
          <w:b w:val="0"/>
          <w:sz w:val="24"/>
        </w:rPr>
        <w:t>My agent SHALL NOT do any of the following specific acts for me UNLESS I have INITIALED the specific authority listed below:</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O.C.G.</w:t>
      </w:r>
      <w:r>
        <w:rPr>
          <w:rFonts w:ascii="Times New Roman" w:hAnsi="Times New Roman" w:eastAsia="Times New Roman" w:cs="Times New Roman"/>
          <w:b/>
          <w:sz w:val="24"/>
        </w:rPr>
        <w:t>A</w:t>
      </w:r>
      <w:r>
        <w:rPr>
          <w:rFonts w:ascii="Times New Roman" w:hAnsi="Times New Roman" w:eastAsia="Times New Roman" w:cs="Times New Roman"/>
          <w:b w:val="0"/>
          <w:sz w:val="24"/>
        </w:rPr>
        <w:t>. § 10-6B-56 and any Special Instructions in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44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44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440" w:right="0" w:firstLine="0"/>
        <w:jc w:val="both"/>
      </w:pPr>
      <w:r>
        <w:rPr>
          <w:rFonts w:ascii="Times New Roman" w:hAnsi="Times New Roman" w:eastAsia="Times New Roman" w:cs="Times New Roman"/>
          <w:b w:val="0"/>
          <w:sz w:val="24"/>
        </w:rPr>
        <w:t>(____) Exercise authority over the content of electronic communications sent or received by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Exercise fiduciary powers that the principal has authority to delegate and that are expressly and clearly identified (including the persons for which the principal acts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in the Special Instructions, and/or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Renounce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SHALL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44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__________________________________________________________________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___________________________________________________________________________________________________________________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___________________________________________________________________________________________________________________ </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720" w:right="0" w:firstLine="0"/>
        <w:jc w:val="left"/>
      </w:pPr>
      <w:r>
        <w:rPr>
          <w:rFonts w:ascii="Times New Roman" w:hAnsi="Times New Roman" w:eastAsia="Times New Roman" w:cs="Times New Roman"/>
          <w:b w:val="0"/>
          <w:sz w:val="24"/>
        </w:rPr>
        <w:t>RELIANCE ON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720" w:right="0" w:firstLine="0"/>
        <w:jc w:val="left"/>
      </w:pPr>
      <w:r>
        <w:rPr>
          <w:rFonts w:ascii="Times New Roman" w:hAnsi="Times New Roman" w:eastAsia="Times New Roman" w:cs="Times New Roman"/>
          <w:b/>
          <w:sz w:val="24"/>
        </w:rPr>
        <w:t>SIGNATURE AND ACKNOWLEDGMENT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Your signature (Signature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Your name printed (Name of Principal printed)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Your address (Address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Your telephone number (Phone number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Your email address (Email address of Principal)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w:t>
      </w:r>
    </w:p>
    <w:p>
      <w:pPr>
        <w:keepNext w:val="0"/>
        <w:spacing w:before="200" w:after="0" w:line="260" w:lineRule="exact"/>
        <w:ind w:left="1080" w:right="0" w:firstLine="0"/>
        <w:jc w:val="both"/>
      </w:pPr>
      <w:r>
        <w:rPr>
          <w:rFonts w:ascii="Times New Roman" w:hAnsi="Times New Roman" w:eastAsia="Times New Roman" w:cs="Times New Roman"/>
          <w:b w:val="0"/>
          <w:sz w:val="24"/>
        </w:rPr>
        <w:t>This document was signed in my presence on ____________________, 20__, by ____________________ (principal).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Witness's Name</w:t>
      </w:r>
    </w:p>
    <w:p>
      <w:pPr>
        <w:keepNext w:val="0"/>
        <w:spacing w:before="120" w:after="0" w:line="260" w:lineRule="exact"/>
        <w:ind w:left="108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Email: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Witness's Name</w:t>
      </w:r>
    </w:p>
    <w:p>
      <w:pPr>
        <w:keepNext w:val="0"/>
        <w:spacing w:before="120" w:after="0" w:line="260" w:lineRule="exact"/>
        <w:ind w:left="1080" w:right="0" w:firstLine="0"/>
        <w:jc w:val="left"/>
      </w:pPr>
      <w:r>
        <w:rPr>
          <w:rFonts w:ascii="Times New Roman" w:hAnsi="Times New Roman" w:eastAsia="Times New Roman" w:cs="Times New Roman"/>
          <w:b w:val="0"/>
          <w:sz w:val="24"/>
        </w:rPr>
        <w:t>Address: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Phone: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Email: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State of Georgia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County of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____________________, 20__, by ____________________ (principal), ____________________ (witness), and ____________________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