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Commonwealth of Puerto Rico</w:t>
      </w:r>
    </w:p>
    <w:p>
      <w:pPr>
        <w:keepNext w:val="0"/>
        <w:spacing w:before="200" w:after="0" w:line="260" w:lineRule="exact"/>
        <w:ind w:left="360" w:right="0" w:firstLine="0"/>
        <w:jc w:val="both"/>
      </w:pPr>
      <w:r>
        <w:rPr>
          <w:rFonts w:ascii="Times New Roman" w:hAnsi="Times New Roman" w:eastAsia="Times New Roman" w:cs="Times New Roman"/>
          <w:b w:val="0"/>
          <w:sz w:val="24"/>
        </w:rPr>
        <w:t>Municipality of [municipality]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[full first name] [full middle name], [full surname of principal]</w:t>
      </w:r>
      <w:r>
        <w:rPr>
          <w:rFonts w:ascii="Times New Roman" w:hAnsi="Times New Roman" w:eastAsia="Times New Roman" w:cs="Times New Roman"/>
          <w:sz w:val="24"/>
        </w:rPr>
        <w:br/>
      </w:r>
      <w:r>
        <w:rPr>
          <w:rFonts w:ascii="Times New Roman" w:hAnsi="Times New Roman" w:eastAsia="Times New Roman" w:cs="Times New Roman"/>
          <w:b/>
          <w:sz w:val="24"/>
        </w:rPr>
        <w:t>[civil status]</w:t>
      </w:r>
      <w:r>
        <w:rPr>
          <w:rFonts w:ascii="Times New Roman" w:hAnsi="Times New Roman" w:eastAsia="Times New Roman" w:cs="Times New Roman"/>
          <w:sz w:val="24"/>
        </w:rPr>
        <w:br/>
      </w:r>
      <w:r>
        <w:rPr>
          <w:rFonts w:ascii="Times New Roman" w:hAnsi="Times New Roman" w:eastAsia="Times New Roman" w:cs="Times New Roman"/>
          <w:b/>
          <w:sz w:val="24"/>
        </w:rPr>
        <w:t>[full name of spouse] (if married)</w:t>
      </w:r>
      <w:r>
        <w:rPr>
          <w:rFonts w:ascii="Times New Roman" w:hAnsi="Times New Roman" w:eastAsia="Times New Roman" w:cs="Times New Roman"/>
          <w:sz w:val="24"/>
        </w:rPr>
        <w:br/>
      </w:r>
      <w:r>
        <w:rPr>
          <w:rFonts w:ascii="Times New Roman" w:hAnsi="Times New Roman" w:eastAsia="Times New Roman" w:cs="Times New Roman"/>
          <w:b/>
          <w:sz w:val="24"/>
        </w:rPr>
        <w:t>[place of residence]</w:t>
      </w:r>
      <w:r>
        <w:rPr>
          <w:rFonts w:ascii="Times New Roman" w:hAnsi="Times New Roman" w:eastAsia="Times New Roman" w:cs="Times New Roman"/>
          <w:sz w:val="24"/>
        </w:rPr>
        <w:br/>
      </w:r>
      <w:r>
        <w:rPr>
          <w:rFonts w:ascii="Times New Roman" w:hAnsi="Times New Roman" w:eastAsia="Times New Roman" w:cs="Times New Roman"/>
          <w:b/>
          <w:sz w:val="24"/>
        </w:rPr>
        <w:t>[branch of service to which the principal belongs]</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Title 31 of the L.P.R.</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must register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deed of revocation with the Office of Notarial Inspection of the Supreme Court of Puerto Rico.</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[full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[full first name] [full middle name] [full surname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[civil status of agent]</w:t>
      </w:r>
    </w:p>
    <w:p>
      <w:pPr>
        <w:keepNext w:val="0"/>
        <w:spacing w:before="200" w:after="0" w:line="260" w:lineRule="exact"/>
        <w:ind w:left="1080" w:right="0" w:firstLine="0"/>
        <w:jc w:val="both"/>
      </w:pPr>
      <w:r>
        <w:rPr>
          <w:rFonts w:ascii="Times New Roman" w:hAnsi="Times New Roman" w:eastAsia="Times New Roman" w:cs="Times New Roman"/>
          <w:b w:val="0"/>
          <w:sz w:val="24"/>
        </w:rPr>
        <w:t>[full name of spouse] (if married)</w:t>
      </w:r>
    </w:p>
    <w:p>
      <w:pPr>
        <w:keepNext w:val="0"/>
        <w:spacing w:before="200" w:after="0" w:line="260" w:lineRule="exact"/>
        <w:ind w:left="1080" w:right="0" w:firstLine="0"/>
        <w:jc w:val="both"/>
      </w:pPr>
      <w:r>
        <w:rPr>
          <w:rFonts w:ascii="Times New Roman" w:hAnsi="Times New Roman" w:eastAsia="Times New Roman" w:cs="Times New Roman"/>
          <w:b w:val="0"/>
          <w:sz w:val="24"/>
        </w:rPr>
        <w:t>[place of residence]</w:t>
      </w:r>
    </w:p>
    <w:p>
      <w:pPr>
        <w:keepNext w:val="0"/>
        <w:spacing w:before="200" w:after="0" w:line="260" w:lineRule="exact"/>
        <w:ind w:left="1080" w:right="0" w:firstLine="0"/>
        <w:jc w:val="both"/>
      </w:pPr>
      <w:r>
        <w:rPr>
          <w:rFonts w:ascii="Times New Roman" w:hAnsi="Times New Roman" w:eastAsia="Times New Roman" w:cs="Times New Roman"/>
          <w:b w:val="0"/>
          <w:sz w:val="24"/>
        </w:rPr>
        <w:t>[branch of service to which the agent belongs]</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[full first name] [full middle name] [full surname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[civil status of agent]</w:t>
      </w:r>
    </w:p>
    <w:p>
      <w:pPr>
        <w:keepNext w:val="0"/>
        <w:spacing w:before="200" w:after="0" w:line="260" w:lineRule="exact"/>
        <w:ind w:left="1080" w:right="0" w:firstLine="0"/>
        <w:jc w:val="both"/>
      </w:pPr>
      <w:r>
        <w:rPr>
          <w:rFonts w:ascii="Times New Roman" w:hAnsi="Times New Roman" w:eastAsia="Times New Roman" w:cs="Times New Roman"/>
          <w:b w:val="0"/>
          <w:sz w:val="24"/>
        </w:rPr>
        <w:t>[full name of spouse] (if married)</w:t>
      </w:r>
    </w:p>
    <w:p>
      <w:pPr>
        <w:keepNext w:val="0"/>
        <w:spacing w:before="200" w:after="0" w:line="260" w:lineRule="exact"/>
        <w:ind w:left="1080" w:right="0" w:firstLine="0"/>
        <w:jc w:val="both"/>
      </w:pPr>
      <w:r>
        <w:rPr>
          <w:rFonts w:ascii="Times New Roman" w:hAnsi="Times New Roman" w:eastAsia="Times New Roman" w:cs="Times New Roman"/>
          <w:b w:val="0"/>
          <w:sz w:val="24"/>
        </w:rPr>
        <w:t>[place of residence]</w:t>
      </w:r>
    </w:p>
    <w:p>
      <w:pPr>
        <w:keepNext w:val="0"/>
        <w:spacing w:before="200" w:after="0" w:line="260" w:lineRule="exact"/>
        <w:ind w:left="1080" w:right="0" w:firstLine="0"/>
        <w:jc w:val="both"/>
      </w:pPr>
      <w:r>
        <w:rPr>
          <w:rFonts w:ascii="Times New Roman" w:hAnsi="Times New Roman" w:eastAsia="Times New Roman" w:cs="Times New Roman"/>
          <w:b w:val="0"/>
          <w:sz w:val="24"/>
        </w:rPr>
        <w:t>[branch of service to which the agent belongs]</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[full first name] [full middle name] [full surname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[civil status of agent]</w:t>
      </w:r>
    </w:p>
    <w:p>
      <w:pPr>
        <w:keepNext w:val="0"/>
        <w:spacing w:before="200" w:after="0" w:line="260" w:lineRule="exact"/>
        <w:ind w:left="1080" w:right="0" w:firstLine="0"/>
        <w:jc w:val="both"/>
      </w:pPr>
      <w:r>
        <w:rPr>
          <w:rFonts w:ascii="Times New Roman" w:hAnsi="Times New Roman" w:eastAsia="Times New Roman" w:cs="Times New Roman"/>
          <w:b w:val="0"/>
          <w:sz w:val="24"/>
        </w:rPr>
        <w:t>[full name of spouse] (if married)</w:t>
      </w:r>
    </w:p>
    <w:p>
      <w:pPr>
        <w:keepNext w:val="0"/>
        <w:spacing w:before="200" w:after="0" w:line="260" w:lineRule="exact"/>
        <w:ind w:left="1080" w:right="0" w:firstLine="0"/>
        <w:jc w:val="both"/>
      </w:pPr>
      <w:r>
        <w:rPr>
          <w:rFonts w:ascii="Times New Roman" w:hAnsi="Times New Roman" w:eastAsia="Times New Roman" w:cs="Times New Roman"/>
          <w:b w:val="0"/>
          <w:sz w:val="24"/>
        </w:rPr>
        <w:t>[place of residence]</w:t>
      </w:r>
    </w:p>
    <w:p>
      <w:pPr>
        <w:keepNext w:val="0"/>
        <w:spacing w:before="200" w:after="0" w:line="260" w:lineRule="exact"/>
        <w:ind w:left="1080" w:right="0" w:firstLine="0"/>
        <w:jc w:val="both"/>
      </w:pPr>
      <w:r>
        <w:rPr>
          <w:rFonts w:ascii="Times New Roman" w:hAnsi="Times New Roman" w:eastAsia="Times New Roman" w:cs="Times New Roman"/>
          <w:b w:val="0"/>
          <w:sz w:val="24"/>
        </w:rPr>
        <w:t>[branch of service to which the agent belongs]</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and amend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Title 31 of the Laws of Puerto Rico Annotated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[full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20_____,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Full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Full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Commonwealth of Puerto Rico</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