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Territory of the United States Virgin Islands</w:t>
      </w:r>
    </w:p>
    <w:p>
      <w:pPr>
        <w:keepNext w:val="0"/>
        <w:spacing w:before="200" w:after="0" w:line="260" w:lineRule="exact"/>
        <w:ind w:left="360" w:right="0" w:firstLine="0"/>
        <w:jc w:val="both"/>
      </w:pPr>
      <w:r>
        <w:rPr>
          <w:rFonts w:ascii="Times New Roman" w:hAnsi="Times New Roman" w:eastAsia="Times New Roman" w:cs="Times New Roman"/>
          <w:b w:val="0"/>
          <w:sz w:val="24"/>
        </w:rPr>
        <w:t>District of [St. Thomas-St. John or St. Croix]</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This power of attorney does not authorize the agent to make health care decisions for you. To authorize someone to make health care decisions for you, you will need to execute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Advanced Directive for Health Care.</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in the Special Instructions, generally the agent's authority will continue until you die or revoke the power of attorney or the agent resigns or is unable to act for you.  If you revoke the power of attorney, you should communicate your revocation by notice to the agent in writing by certified mail.</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not entitled to any compensation unless you state otherwise in the Special Instructions section.  Your agent shall be entitled to reimbursement of reasonable expenses incurred in performing the acts required by you in your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form provides for designation of one agent.  If you wish to name more than one agent, you may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power of attorney shall be durable unless you state otherwise in the Special Instructions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becomes effective immediately unless you state otherwise in the Special Instructions section and is not affected by your subsequent disability or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108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44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44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44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1080" w:right="0" w:firstLine="0"/>
        <w:jc w:val="left"/>
      </w:pPr>
      <w:r>
        <w:rPr>
          <w:rFonts w:ascii="Times New Roman" w:hAnsi="Times New Roman" w:eastAsia="Times New Roman" w:cs="Times New Roman"/>
          <w:b/>
          <w:sz w:val="24"/>
        </w:rPr>
        <w:t>DESIGNATION OF SUCCESSOR AGENT(S)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44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44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108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subjects as defined in the Uniform Durable Power of Attorney Act of the U.S. Virgin Islands, 15 V.I.C. Section 1261 et seq.:</w:t>
      </w:r>
    </w:p>
    <w:p>
      <w:pPr>
        <w:keepNext w:val="0"/>
        <w:spacing w:before="200" w:after="0" w:line="260" w:lineRule="exact"/>
        <w:ind w:left="1440" w:right="0" w:firstLine="0"/>
        <w:jc w:val="both"/>
      </w:pPr>
      <w:r>
        <w:rPr>
          <w:rFonts w:ascii="Times New Roman" w:hAnsi="Times New Roman" w:eastAsia="Times New Roman" w:cs="Times New Roman"/>
          <w:b w:val="0"/>
          <w:sz w:val="24"/>
        </w:rPr>
        <w:t>(Initial each subject you want to include in the agent's authority.  If you wish to grant general authority over all of the subjects, you may initial "all preceding subjects" instead of initialing each subject. You may, but need not, cross out or delete each power withheld.)</w:t>
      </w:r>
    </w:p>
    <w:p>
      <w:pPr>
        <w:keepNext w:val="0"/>
        <w:spacing w:before="200" w:after="0" w:line="260" w:lineRule="exact"/>
        <w:ind w:left="1800" w:right="0" w:firstLine="0"/>
        <w:jc w:val="both"/>
      </w:pPr>
      <w:r>
        <w:rPr>
          <w:rFonts w:ascii="Times New Roman" w:hAnsi="Times New Roman" w:eastAsia="Times New Roman" w:cs="Times New Roman"/>
          <w:b w:val="0"/>
          <w:sz w:val="24"/>
        </w:rPr>
        <w:t>(____) Real property transactions (when properly recorded)</w:t>
      </w:r>
    </w:p>
    <w:p>
      <w:pPr>
        <w:keepNext w:val="0"/>
        <w:spacing w:before="200" w:after="0" w:line="260" w:lineRule="exact"/>
        <w:ind w:left="1800" w:right="0" w:firstLine="0"/>
        <w:jc w:val="both"/>
      </w:pPr>
      <w:r>
        <w:rPr>
          <w:rFonts w:ascii="Times New Roman" w:hAnsi="Times New Roman" w:eastAsia="Times New Roman" w:cs="Times New Roman"/>
          <w:b w:val="0"/>
          <w:sz w:val="24"/>
        </w:rPr>
        <w:t>[specific description of real property transaction]</w:t>
      </w:r>
    </w:p>
    <w:p>
      <w:pPr>
        <w:keepNext w:val="0"/>
        <w:spacing w:before="200" w:after="0" w:line="260" w:lineRule="exact"/>
        <w:ind w:left="1800" w:right="0" w:firstLine="0"/>
        <w:jc w:val="both"/>
      </w:pPr>
      <w:r>
        <w:rPr>
          <w:rFonts w:ascii="Times New Roman" w:hAnsi="Times New Roman" w:eastAsia="Times New Roman" w:cs="Times New Roman"/>
          <w:b w:val="0"/>
          <w:sz w:val="24"/>
        </w:rPr>
        <w:t>(____) Tangible personal property</w:t>
      </w:r>
    </w:p>
    <w:p>
      <w:pPr>
        <w:keepNext w:val="0"/>
        <w:spacing w:before="200" w:after="0" w:line="260" w:lineRule="exact"/>
        <w:ind w:left="1800" w:right="0" w:firstLine="0"/>
        <w:jc w:val="both"/>
      </w:pPr>
      <w:r>
        <w:rPr>
          <w:rFonts w:ascii="Times New Roman" w:hAnsi="Times New Roman" w:eastAsia="Times New Roman" w:cs="Times New Roman"/>
          <w:b w:val="0"/>
          <w:sz w:val="24"/>
        </w:rPr>
        <w:t>[specific description of tangible personal property]</w:t>
      </w:r>
    </w:p>
    <w:p>
      <w:pPr>
        <w:keepNext w:val="0"/>
        <w:spacing w:before="200" w:after="0" w:line="260" w:lineRule="exact"/>
        <w:ind w:left="1800" w:right="0" w:firstLine="0"/>
        <w:jc w:val="both"/>
      </w:pPr>
      <w:r>
        <w:rPr>
          <w:rFonts w:ascii="Times New Roman" w:hAnsi="Times New Roman" w:eastAsia="Times New Roman" w:cs="Times New Roman"/>
          <w:b w:val="0"/>
          <w:sz w:val="24"/>
        </w:rPr>
        <w:t>(____) Stocks and bonds</w:t>
      </w:r>
    </w:p>
    <w:p>
      <w:pPr>
        <w:keepNext w:val="0"/>
        <w:spacing w:before="200" w:after="0" w:line="260" w:lineRule="exact"/>
        <w:ind w:left="1800" w:right="0" w:firstLine="0"/>
        <w:jc w:val="both"/>
      </w:pPr>
      <w:r>
        <w:rPr>
          <w:rFonts w:ascii="Times New Roman" w:hAnsi="Times New Roman" w:eastAsia="Times New Roman" w:cs="Times New Roman"/>
          <w:b w:val="0"/>
          <w:sz w:val="24"/>
        </w:rPr>
        <w:t>[specific description of stocks and bonds]</w:t>
      </w:r>
    </w:p>
    <w:p>
      <w:pPr>
        <w:keepNext w:val="0"/>
        <w:spacing w:before="200" w:after="0" w:line="260" w:lineRule="exact"/>
        <w:ind w:left="1800" w:right="0" w:firstLine="0"/>
        <w:jc w:val="both"/>
      </w:pPr>
      <w:r>
        <w:rPr>
          <w:rFonts w:ascii="Times New Roman" w:hAnsi="Times New Roman" w:eastAsia="Times New Roman" w:cs="Times New Roman"/>
          <w:b w:val="0"/>
          <w:sz w:val="24"/>
        </w:rPr>
        <w:t>(____) Commodities and options</w:t>
      </w:r>
    </w:p>
    <w:p>
      <w:pPr>
        <w:keepNext w:val="0"/>
        <w:spacing w:before="200" w:after="0" w:line="260" w:lineRule="exact"/>
        <w:ind w:left="1800" w:right="0" w:firstLine="0"/>
        <w:jc w:val="both"/>
      </w:pPr>
      <w:r>
        <w:rPr>
          <w:rFonts w:ascii="Times New Roman" w:hAnsi="Times New Roman" w:eastAsia="Times New Roman" w:cs="Times New Roman"/>
          <w:b w:val="0"/>
          <w:sz w:val="24"/>
        </w:rPr>
        <w:t>[specific description of commodities and options]</w:t>
      </w:r>
    </w:p>
    <w:p>
      <w:pPr>
        <w:keepNext w:val="0"/>
        <w:spacing w:before="200" w:after="0" w:line="260" w:lineRule="exact"/>
        <w:ind w:left="1800" w:right="0" w:firstLine="0"/>
        <w:jc w:val="both"/>
      </w:pPr>
      <w:r>
        <w:rPr>
          <w:rFonts w:ascii="Times New Roman" w:hAnsi="Times New Roman" w:eastAsia="Times New Roman" w:cs="Times New Roman"/>
          <w:b w:val="0"/>
          <w:sz w:val="24"/>
        </w:rPr>
        <w:t>(____) Banks and other financial institutions</w:t>
      </w:r>
    </w:p>
    <w:p>
      <w:pPr>
        <w:keepNext w:val="0"/>
        <w:spacing w:before="200" w:after="0" w:line="260" w:lineRule="exact"/>
        <w:ind w:left="1800" w:right="0" w:firstLine="0"/>
        <w:jc w:val="both"/>
      </w:pPr>
      <w:r>
        <w:rPr>
          <w:rFonts w:ascii="Times New Roman" w:hAnsi="Times New Roman" w:eastAsia="Times New Roman" w:cs="Times New Roman"/>
          <w:b w:val="0"/>
          <w:sz w:val="24"/>
        </w:rPr>
        <w:t>[specific description of banking and financial matters, including identification of banks and account numbers]</w:t>
      </w:r>
    </w:p>
    <w:p>
      <w:pPr>
        <w:keepNext w:val="0"/>
        <w:spacing w:before="200" w:after="0" w:line="260" w:lineRule="exact"/>
        <w:ind w:left="1800" w:right="0" w:firstLine="0"/>
        <w:jc w:val="both"/>
      </w:pPr>
      <w:r>
        <w:rPr>
          <w:rFonts w:ascii="Times New Roman" w:hAnsi="Times New Roman" w:eastAsia="Times New Roman" w:cs="Times New Roman"/>
          <w:b w:val="0"/>
          <w:sz w:val="24"/>
        </w:rPr>
        <w:t>(____) Operation of entity or business</w:t>
      </w:r>
    </w:p>
    <w:p>
      <w:pPr>
        <w:keepNext w:val="0"/>
        <w:spacing w:before="200" w:after="0" w:line="260" w:lineRule="exact"/>
        <w:ind w:left="1800" w:right="0" w:firstLine="0"/>
        <w:jc w:val="both"/>
      </w:pPr>
      <w:r>
        <w:rPr>
          <w:rFonts w:ascii="Times New Roman" w:hAnsi="Times New Roman" w:eastAsia="Times New Roman" w:cs="Times New Roman"/>
          <w:b w:val="0"/>
          <w:sz w:val="24"/>
        </w:rPr>
        <w:t>[specific description of operation of entity or business]</w:t>
      </w:r>
    </w:p>
    <w:p>
      <w:pPr>
        <w:keepNext w:val="0"/>
        <w:spacing w:before="200" w:after="0" w:line="260" w:lineRule="exact"/>
        <w:ind w:left="1800" w:right="0" w:firstLine="0"/>
        <w:jc w:val="both"/>
      </w:pPr>
      <w:r>
        <w:rPr>
          <w:rFonts w:ascii="Times New Roman" w:hAnsi="Times New Roman" w:eastAsia="Times New Roman" w:cs="Times New Roman"/>
          <w:b w:val="0"/>
          <w:sz w:val="24"/>
        </w:rPr>
        <w:t>(____) Insurance and annuities</w:t>
      </w:r>
    </w:p>
    <w:p>
      <w:pPr>
        <w:keepNext w:val="0"/>
        <w:spacing w:before="200" w:after="0" w:line="260" w:lineRule="exact"/>
        <w:ind w:left="1800" w:right="0" w:firstLine="0"/>
        <w:jc w:val="both"/>
      </w:pPr>
      <w:r>
        <w:rPr>
          <w:rFonts w:ascii="Times New Roman" w:hAnsi="Times New Roman" w:eastAsia="Times New Roman" w:cs="Times New Roman"/>
          <w:b w:val="0"/>
          <w:sz w:val="24"/>
        </w:rPr>
        <w:t>[specific description of insurance and annuities]</w:t>
      </w:r>
    </w:p>
    <w:p>
      <w:pPr>
        <w:keepNext w:val="0"/>
        <w:spacing w:before="200" w:after="0" w:line="260" w:lineRule="exact"/>
        <w:ind w:left="1800" w:right="0" w:firstLine="0"/>
        <w:jc w:val="both"/>
      </w:pPr>
      <w:r>
        <w:rPr>
          <w:rFonts w:ascii="Times New Roman" w:hAnsi="Times New Roman" w:eastAsia="Times New Roman" w:cs="Times New Roman"/>
          <w:b w:val="0"/>
          <w:sz w:val="24"/>
        </w:rPr>
        <w:t>(____) Estates, trusts, and other beneficial interests</w:t>
      </w:r>
    </w:p>
    <w:p>
      <w:pPr>
        <w:keepNext w:val="0"/>
        <w:spacing w:before="200" w:after="0" w:line="260" w:lineRule="exact"/>
        <w:ind w:left="1800" w:right="0" w:firstLine="0"/>
        <w:jc w:val="both"/>
      </w:pPr>
      <w:r>
        <w:rPr>
          <w:rFonts w:ascii="Times New Roman" w:hAnsi="Times New Roman" w:eastAsia="Times New Roman" w:cs="Times New Roman"/>
          <w:b w:val="0"/>
          <w:sz w:val="24"/>
        </w:rPr>
        <w:t>[specific description of estates, trusts and other beneficial interests]</w:t>
      </w:r>
    </w:p>
    <w:p>
      <w:pPr>
        <w:keepNext w:val="0"/>
        <w:spacing w:before="200" w:after="0" w:line="260" w:lineRule="exact"/>
        <w:ind w:left="1800" w:right="0" w:firstLine="0"/>
        <w:jc w:val="both"/>
      </w:pPr>
      <w:r>
        <w:rPr>
          <w:rFonts w:ascii="Times New Roman" w:hAnsi="Times New Roman" w:eastAsia="Times New Roman" w:cs="Times New Roman"/>
          <w:b w:val="0"/>
          <w:sz w:val="24"/>
        </w:rPr>
        <w:t>(____) Claims and litigation</w:t>
      </w:r>
    </w:p>
    <w:p>
      <w:pPr>
        <w:keepNext w:val="0"/>
        <w:spacing w:before="200" w:after="0" w:line="260" w:lineRule="exact"/>
        <w:ind w:left="1800" w:right="0" w:firstLine="0"/>
        <w:jc w:val="both"/>
      </w:pPr>
      <w:r>
        <w:rPr>
          <w:rFonts w:ascii="Times New Roman" w:hAnsi="Times New Roman" w:eastAsia="Times New Roman" w:cs="Times New Roman"/>
          <w:b w:val="0"/>
          <w:sz w:val="24"/>
        </w:rPr>
        <w:t>[specific description of claims and litigation]</w:t>
      </w:r>
    </w:p>
    <w:p>
      <w:pPr>
        <w:keepNext w:val="0"/>
        <w:spacing w:before="200" w:after="0" w:line="260" w:lineRule="exact"/>
        <w:ind w:left="1800" w:right="0" w:firstLine="0"/>
        <w:jc w:val="both"/>
      </w:pPr>
      <w:r>
        <w:rPr>
          <w:rFonts w:ascii="Times New Roman" w:hAnsi="Times New Roman" w:eastAsia="Times New Roman" w:cs="Times New Roman"/>
          <w:b w:val="0"/>
          <w:sz w:val="24"/>
        </w:rPr>
        <w:t>(____) Personal and family maintenance</w:t>
      </w:r>
    </w:p>
    <w:p>
      <w:pPr>
        <w:keepNext w:val="0"/>
        <w:spacing w:before="200" w:after="0" w:line="260" w:lineRule="exact"/>
        <w:ind w:left="1800" w:right="0" w:firstLine="0"/>
        <w:jc w:val="both"/>
      </w:pPr>
      <w:r>
        <w:rPr>
          <w:rFonts w:ascii="Times New Roman" w:hAnsi="Times New Roman" w:eastAsia="Times New Roman" w:cs="Times New Roman"/>
          <w:b w:val="0"/>
          <w:sz w:val="24"/>
        </w:rPr>
        <w:t>[specific description of personal and family maintenance]</w:t>
      </w:r>
    </w:p>
    <w:p>
      <w:pPr>
        <w:keepNext w:val="0"/>
        <w:spacing w:before="200" w:after="0" w:line="260" w:lineRule="exact"/>
        <w:ind w:left="1800" w:right="0" w:firstLine="0"/>
        <w:jc w:val="both"/>
      </w:pPr>
      <w:r>
        <w:rPr>
          <w:rFonts w:ascii="Times New Roman" w:hAnsi="Times New Roman" w:eastAsia="Times New Roman" w:cs="Times New Roman"/>
          <w:b w:val="0"/>
          <w:sz w:val="24"/>
        </w:rPr>
        <w:t>(____) Benefits from governmental programs or civil or military service</w:t>
      </w:r>
    </w:p>
    <w:p>
      <w:pPr>
        <w:keepNext w:val="0"/>
        <w:spacing w:before="200" w:after="0" w:line="260" w:lineRule="exact"/>
        <w:ind w:left="1800" w:right="0" w:firstLine="0"/>
        <w:jc w:val="both"/>
      </w:pPr>
      <w:r>
        <w:rPr>
          <w:rFonts w:ascii="Times New Roman" w:hAnsi="Times New Roman" w:eastAsia="Times New Roman" w:cs="Times New Roman"/>
          <w:b w:val="0"/>
          <w:sz w:val="24"/>
        </w:rPr>
        <w:t>[specific description of benefits from governmental programs or civil or military service]</w:t>
      </w:r>
    </w:p>
    <w:p>
      <w:pPr>
        <w:keepNext w:val="0"/>
        <w:spacing w:before="200" w:after="0" w:line="260" w:lineRule="exact"/>
        <w:ind w:left="1800" w:right="0" w:firstLine="0"/>
        <w:jc w:val="both"/>
      </w:pPr>
      <w:r>
        <w:rPr>
          <w:rFonts w:ascii="Times New Roman" w:hAnsi="Times New Roman" w:eastAsia="Times New Roman" w:cs="Times New Roman"/>
          <w:b w:val="0"/>
          <w:sz w:val="24"/>
        </w:rPr>
        <w:t>(____) Retirement plans</w:t>
      </w:r>
    </w:p>
    <w:p>
      <w:pPr>
        <w:keepNext w:val="0"/>
        <w:spacing w:before="200" w:after="0" w:line="260" w:lineRule="exact"/>
        <w:ind w:left="1800" w:right="0" w:firstLine="0"/>
        <w:jc w:val="both"/>
      </w:pPr>
      <w:r>
        <w:rPr>
          <w:rFonts w:ascii="Times New Roman" w:hAnsi="Times New Roman" w:eastAsia="Times New Roman" w:cs="Times New Roman"/>
          <w:b w:val="0"/>
          <w:sz w:val="24"/>
        </w:rPr>
        <w:t>[specific description of retirement plans]</w:t>
      </w:r>
    </w:p>
    <w:p>
      <w:pPr>
        <w:keepNext w:val="0"/>
        <w:spacing w:before="200" w:after="0" w:line="260" w:lineRule="exact"/>
        <w:ind w:left="1800" w:right="0" w:firstLine="0"/>
        <w:jc w:val="both"/>
      </w:pPr>
      <w:r>
        <w:rPr>
          <w:rFonts w:ascii="Times New Roman" w:hAnsi="Times New Roman" w:eastAsia="Times New Roman" w:cs="Times New Roman"/>
          <w:b w:val="0"/>
          <w:sz w:val="24"/>
        </w:rPr>
        <w:t>(____) All preceding subjects</w:t>
      </w:r>
    </w:p>
    <w:p>
      <w:pPr>
        <w:keepNext w:val="0"/>
        <w:spacing w:before="120" w:after="0" w:line="260" w:lineRule="exact"/>
        <w:ind w:left="108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My agent SHALL NOT do any of the following specific acts for me UNLESS I have INITIALED the specific authority listed below:</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 You should give your agent specific instructions in the Special Instructions when you authorize your agent to make gifts.)</w:t>
      </w:r>
    </w:p>
    <w:p>
      <w:pPr>
        <w:keepNext w:val="0"/>
        <w:spacing w:before="200" w:after="0" w:line="260" w:lineRule="exact"/>
        <w:ind w:left="1800" w:right="0" w:firstLine="0"/>
        <w:jc w:val="both"/>
      </w:pPr>
      <w:r>
        <w:rPr>
          <w:rFonts w:ascii="Times New Roman" w:hAnsi="Times New Roman" w:eastAsia="Times New Roman" w:cs="Times New Roman"/>
          <w:b w:val="0"/>
          <w:sz w:val="24"/>
        </w:rPr>
        <w:t>(____) Access the content of electronic communications</w:t>
      </w:r>
    </w:p>
    <w:p>
      <w:pPr>
        <w:keepNext w:val="0"/>
        <w:spacing w:before="200" w:after="0" w:line="260" w:lineRule="exact"/>
        <w:ind w:left="1800" w:right="0" w:firstLine="0"/>
        <w:jc w:val="both"/>
      </w:pPr>
      <w:r>
        <w:rPr>
          <w:rFonts w:ascii="Times New Roman" w:hAnsi="Times New Roman" w:eastAsia="Times New Roman" w:cs="Times New Roman"/>
          <w:b w:val="0"/>
          <w:sz w:val="24"/>
        </w:rPr>
        <w:t>(____) Exercise authority over the content of electronic communications sent or received by the principal</w:t>
      </w:r>
    </w:p>
    <w:p>
      <w:pPr>
        <w:keepNext w:val="0"/>
        <w:spacing w:before="200" w:after="0" w:line="260" w:lineRule="exact"/>
        <w:ind w:left="1800" w:right="0" w:firstLine="0"/>
        <w:jc w:val="both"/>
      </w:pPr>
      <w:r>
        <w:rPr>
          <w:rFonts w:ascii="Times New Roman" w:hAnsi="Times New Roman" w:eastAsia="Times New Roman" w:cs="Times New Roman"/>
          <w:b w:val="0"/>
          <w:sz w:val="24"/>
        </w:rPr>
        <w:t>(____) Exercise fiduciary powers that the principal has authority to delegate, and/or</w:t>
      </w:r>
    </w:p>
    <w:p>
      <w:pPr>
        <w:keepNext w:val="0"/>
        <w:spacing w:before="120" w:after="0" w:line="260" w:lineRule="exact"/>
        <w:ind w:left="108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that is not my ancestor, spouse, or descendant SHALL NOT use my property to benefit the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the agent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support unless I have included that authority in the Special Instructions.</w:t>
      </w:r>
    </w:p>
    <w:p>
      <w:pPr>
        <w:keepNext w:val="0"/>
        <w:spacing w:before="120" w:after="0" w:line="260" w:lineRule="exact"/>
        <w:ind w:left="108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You may give special instructions on the following lines (you may add lines or place your special instructions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and attach it to the power of attorney):</w:t>
      </w:r>
    </w:p>
    <w:p>
      <w:pPr>
        <w:keepNext w:val="0"/>
        <w:spacing w:before="200" w:after="0" w:line="260" w:lineRule="exact"/>
        <w:ind w:left="1440" w:right="0" w:firstLine="0"/>
        <w:jc w:val="both"/>
      </w:pPr>
      <w:r>
        <w:rPr>
          <w:rFonts w:ascii="Times New Roman" w:hAnsi="Times New Roman" w:eastAsia="Times New Roman" w:cs="Times New Roman"/>
          <w:b/>
          <w:sz w:val="24"/>
        </w:rPr>
        <w:t>Special Instructions: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___________________________________________________________________________________</w:t>
      </w:r>
    </w:p>
    <w:p>
      <w:pPr>
        <w:keepNext w:val="0"/>
        <w:spacing w:before="120" w:after="0" w:line="260" w:lineRule="exact"/>
        <w:ind w:left="1440" w:right="0" w:firstLine="0"/>
        <w:jc w:val="left"/>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hereby revoke all powers of attorney which I may have heretofore granted, except (1) limited powers authorizing any lawyer or certified public accountant to act on my behalf in any matter relating to federal taxes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year or years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audit or proceeding; (2) limited powers over any bank, brokerage or mutual fund account, or safe deposit box; provided that in either case, the power is signed by 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authorized or supplied by the Internal Revenue Service or the institution involved, as the case may be; and (3) any advance directive for health care, or similar document.</w:t>
      </w:r>
    </w:p>
    <w:p>
      <w:pPr>
        <w:keepNext w:val="0"/>
        <w:spacing w:before="120" w:after="0" w:line="260" w:lineRule="exact"/>
        <w:ind w:left="108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108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[principal's 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____________________ (month) _____ (day), 20_____, by ____________________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Phone:</w:t>
      </w:r>
    </w:p>
    <w:p>
      <w:pPr>
        <w:keepNext w:val="0"/>
        <w:spacing w:before="120" w:after="0" w:line="260" w:lineRule="exact"/>
        <w:ind w:left="720" w:right="0" w:firstLine="0"/>
        <w:jc w:val="left"/>
      </w:pPr>
      <w:r>
        <w:rPr>
          <w:rFonts w:ascii="Times New Roman" w:hAnsi="Times New Roman" w:eastAsia="Times New Roman" w:cs="Times New Roman"/>
          <w:b w:val="0"/>
          <w:sz w:val="24"/>
        </w:rPr>
        <w:t>Email: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Witness's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Phone:</w:t>
      </w:r>
    </w:p>
    <w:p>
      <w:pPr>
        <w:keepNext w:val="0"/>
        <w:spacing w:before="120" w:after="0" w:line="260" w:lineRule="exact"/>
        <w:ind w:left="720" w:right="0" w:firstLine="0"/>
        <w:jc w:val="left"/>
      </w:pPr>
      <w:r>
        <w:rPr>
          <w:rFonts w:ascii="Times New Roman" w:hAnsi="Times New Roman" w:eastAsia="Times New Roman" w:cs="Times New Roman"/>
          <w:b w:val="0"/>
          <w:sz w:val="24"/>
        </w:rPr>
        <w:t>Email:</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Territory of U.S. Virgin Islands</w:t>
      </w:r>
    </w:p>
    <w:p>
      <w:pPr>
        <w:keepNext w:val="0"/>
        <w:spacing w:before="200" w:after="0" w:line="260" w:lineRule="exact"/>
        <w:ind w:left="360" w:right="0" w:firstLine="0"/>
        <w:jc w:val="both"/>
      </w:pPr>
      <w:r>
        <w:rPr>
          <w:rFonts w:ascii="Times New Roman" w:hAnsi="Times New Roman" w:eastAsia="Times New Roman" w:cs="Times New Roman"/>
          <w:b w:val="0"/>
          <w:sz w:val="24"/>
        </w:rPr>
        <w:t>District of [district]</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signed in my presence on ____________________ (month) _____ (day) , 20_____, by ____________________ (principal), ____________________ (witness), and ____________________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