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Wyoming</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Wyo. Stat. Ann. § 3-9-101 through 3-9-403.</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reasonable compensation unless you state otherwise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agent. If you wish to name more than one agent, you may name coagents. Coagents are not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If your agent is unable or unwilling to act for you, your power of attorney will end unless you have named a successor agent. You may also name a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Uniform Power of Attorney Act, Wyo. Stat. Ann. §§ 3-9-101 through 3-9-403:</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amend, revoke, or terminate an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(____) Make a gift, subject to the limitations of the Uniform Power of Attorney Act, Wyo. Stat. Ann. § 3-9-217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a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Waive the principal's right to be a beneficiary of a joint and survivor annuity including a survivor benefit under a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(____) Disclaim or refuse an interest in property, including a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agent that is not my ancestor, spouse, or descendant MAY NOT use my property to benefit the agent or a person to whom the agent owes an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may give special instructions on the following lines (you may add lines or place your special instructions in a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Special Instructions: 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revoke all powers of attorney which I may have heretofore granted, except (1) limited powers authorizing any lawyer or certified public accountant to act on my behalf in any matter relating to federal taxes for a specific year or years or for a specific audit or proceeding; (2) limited powers over any bank, brokerage or mutual fund account, or safe deposit box; provided that in either case, the power is signed by me on a form authorized or supplied by the Internal Revenue Service or the institution involved, as the case may be; and (3) any advance directive for health care, or similar document.</w:t>
      </w:r>
    </w:p>
    <w:p>
      <w:pPr>
        <w:keepNext w:val="0"/>
        <w:spacing w:before="120" w:after="0" w:line="260" w:lineRule="exact"/>
        <w:ind w:left="36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36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person, including my agent, may rely upon the validity of this power of attorney or a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acknowledged before me on ____________________ (month) _____ (day), 20_____, by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you accept the authority granted under this power of attorney, a special legal relationship is created between you and the principal. This relationship imposes upon you the legal duties that continue until you resign or the power of attorney is terminated or revoked. You shall:</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an agent whenever you act for the principal by wiring or printing the name of the principal and signing your own name as "agent" in the following manner: (Principal's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shall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a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interests;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shall stop acting on behalf of the principal if you learn of any event that terminates this power of attorney or your authority under this power of attorney. Events that terminate a power of attorney or your authority to act under a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if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a legal action is filed with a court to end your marriage or for your legal separation unless the Special Instructions in this power of attorney state that such action will not terminate your authority.</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Uniform Power of Attorney Act, Wyo. Stat. Ann. §§ 3-9-101 through 3-9-403. If you violate the Uniform Power of attorney Act, Wyo. Stat. Ann. §§ 3-9-101 through 3-9-403, or act outside the authority granted, you may be liable for any damages caused by your violation.</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