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POWER OF ATTORNEY REVOCATION FORM</w:t>
      </w:r>
    </w:p>
    <w:p>
      <w:pP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tab/>
        <w:t>§</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ab/>
        <w:t>§</w:t>
      </w:r>
    </w:p>
    <w:p>
      <w:pPr/>
    </w:p>
    <w:p>
      <w:pPr/>
      <w:r>
        <w:rPr>
          <w:rFonts w:ascii="Times New Roman" w:hAnsi="Times New Roman" w:eastAsia="Times New Roman" w:cs="Times New Roman"/>
          <w:sz w:val="24"/>
        </w:rPr>
        <w:t>THE UNDERSIGNED HEREBY DECLARES THAT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p>
    <w:p>
      <w:pPr/>
      <w:r>
        <w:rPr>
          <w:rFonts w:ascii="Times New Roman" w:hAnsi="Times New Roman" w:eastAsia="Times New Roman" w:cs="Times New Roman"/>
          <w:sz w:val="24"/>
        </w:rPr>
        <w:t xml:space="preserve">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revoke all Powers of Attorney executed prior to </w:t>
      </w:r>
      <w:r>
        <w:rPr>
          <w:rFonts w:ascii="Times New Roman" w:hAnsi="Times New Roman" w:eastAsia="Times New Roman" w:cs="Times New Roman"/>
          <w:sz w:val="24"/>
        </w:rPr>
        <w:t>[DATE]</w:t>
      </w:r>
      <w:r>
        <w:rPr>
          <w:rFonts w:ascii="Times New Roman" w:hAnsi="Times New Roman" w:eastAsia="Times New Roman" w:cs="Times New Roman"/>
          <w:sz w:val="24"/>
        </w:rPr>
        <w:t xml:space="preserve"> made by me and appointing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my Attorney-in-Fact, and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my successor Attorney(s)-in-Fact.</w:t>
      </w:r>
    </w:p>
    <w:p>
      <w:pP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IN WITNESS WHEREOF, I have hereunto set my hand on this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r>
        <w:rPr>
          <w:rFonts w:ascii="Times New Roman" w:hAnsi="Times New Roman" w:eastAsia="Times New Roman" w:cs="Times New Roman"/>
          <w:sz w:val="24"/>
        </w:rPr>
        <w:tab/>
      </w:r>
    </w:p>
    <w:p>
      <w:pP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Signature of Principal</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The foregoing Revocation was signed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in our presence, and we, at her request and in her presence, and in the presence of each other, each of us being over the age of 18 years, have hereunto subscribed our names as Witnesses on this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__________________________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ab/>
      </w:r>
    </w:p>
    <w:p>
      <w:pPr/>
      <w:r>
        <w:rPr>
          <w:rFonts w:ascii="Times New Roman" w:hAnsi="Times New Roman" w:eastAsia="Times New Roman" w:cs="Times New Roman"/>
          <w:sz w:val="24"/>
        </w:rPr>
        <w:t>Signature of Witness</w:t>
        <w:tab/>
        <w:tab/>
        <w:t xml:space="preserve">                      Signature of Witness</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ab/>
        <w:tab/>
        <w:tab/>
        <w:tab/>
        <w:tab/>
        <w:tab/>
      </w:r>
      <w:r>
        <w:rPr>
          <w:rFonts w:ascii="Times New Roman" w:hAnsi="Times New Roman" w:eastAsia="Times New Roman" w:cs="Times New Roman"/>
          <w:sz w:val="24"/>
        </w:rPr>
        <w:t>[ADDRESS]</w:t>
      </w:r>
      <w:r>
        <w:rPr>
          <w:rFonts w:ascii="Times New Roman" w:hAnsi="Times New Roman" w:eastAsia="Times New Roman" w:cs="Times New Roman"/>
          <w:sz w:val="24"/>
        </w:rPr>
        <w:tab/>
        <w:tab/>
        <w:tab/>
      </w:r>
    </w:p>
    <w:p>
      <w:pPr/>
    </w:p>
    <w:p>
      <w:pPr/>
    </w:p>
    <w:p>
      <w:pPr/>
      <w:r>
        <w:rPr>
          <w:rFonts w:ascii="Times New Roman" w:hAnsi="Times New Roman" w:eastAsia="Times New Roman" w:cs="Times New Roman"/>
          <w:sz w:val="24"/>
        </w:rPr>
        <w:t xml:space="preserve"> </w:t>
      </w:r>
    </w:p>
    <w:p>
      <w:pPr/>
    </w:p>
    <w:p>
      <w:pPr/>
    </w:p>
    <w:p>
      <w:pPr/>
    </w:p>
    <w:p>
      <w:pPr/>
    </w:p>
    <w:p>
      <w:pP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tab/>
        <w:t>§</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tab/>
        <w:t>§</w:t>
      </w:r>
    </w:p>
    <w:p>
      <w:pPr/>
    </w:p>
    <w:p>
      <w:pPr/>
    </w:p>
    <w:p>
      <w:pPr/>
      <w:r>
        <w:rPr>
          <w:rFonts w:ascii="Times New Roman" w:hAnsi="Times New Roman" w:eastAsia="Times New Roman" w:cs="Times New Roman"/>
          <w:sz w:val="24"/>
        </w:rPr>
        <w:t xml:space="preserve">BEFORE ME, the undersigned authority, on this day personally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who, having been duly sworn, states that he/she is executing this Revocation in the presence of the Witness(es) as shown above and for the purposes therein expressed.</w:t>
      </w:r>
    </w:p>
    <w:p>
      <w:pPr/>
    </w:p>
    <w:p>
      <w:pPr/>
      <w:r>
        <w:rPr>
          <w:rFonts w:ascii="Times New Roman" w:hAnsi="Times New Roman" w:eastAsia="Times New Roman" w:cs="Times New Roman"/>
          <w:sz w:val="24"/>
        </w:rPr>
        <w:t xml:space="preserve">SWORN TO, SUBSCRIBED AND ACKNOWLEDGED BEFORE ME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and by the said Witness(es)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p>
    <w:p>
      <w:pPr/>
    </w:p>
    <w:p>
      <w:pPr/>
      <w:r>
        <w:rPr>
          <w:rFonts w:ascii="Times New Roman" w:hAnsi="Times New Roman" w:eastAsia="Times New Roman" w:cs="Times New Roman"/>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