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Care and Custody of Child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STATUTORY FORM FOR POWER OF ATTORNEY TO DELEGATE PARENTAL OR LEGAL AUTHORITY OVER CHILD</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certify that I am the parent or legal custodian of:</w:t>
      </w:r>
    </w:p>
    <w:p>
      <w:pPr>
        <w:keepNext w:val="0"/>
        <w:spacing w:before="200" w:after="0" w:line="260" w:lineRule="exact"/>
        <w:ind w:left="1080" w:right="0" w:firstLine="0"/>
        <w:jc w:val="both"/>
      </w:pPr>
      <w:r>
        <w:rPr>
          <w:rFonts w:ascii="Times New Roman" w:hAnsi="Times New Roman" w:eastAsia="Times New Roman" w:cs="Times New Roman"/>
          <w:b w:val="0"/>
          <w:sz w:val="24"/>
        </w:rPr>
        <w:t>(minor child(ren)).</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designate ___________________________________________________, </w:t>
      </w:r>
    </w:p>
    <w:p>
      <w:pPr>
        <w:keepNext w:val="0"/>
        <w:spacing w:before="200" w:after="0" w:line="260" w:lineRule="exact"/>
        <w:ind w:left="720" w:right="0" w:firstLine="0"/>
        <w:jc w:val="both"/>
      </w:pPr>
      <w:r>
        <w:rPr>
          <w:rFonts w:ascii="Times New Roman" w:hAnsi="Times New Roman" w:eastAsia="Times New Roman" w:cs="Times New Roman"/>
          <w:b w:val="0"/>
          <w:sz w:val="24"/>
        </w:rPr>
        <w:t>(Full name of Attorney-in-fact)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___________________________________________________________________, </w:t>
      </w:r>
    </w:p>
    <w:p>
      <w:pPr>
        <w:keepNext w:val="0"/>
        <w:spacing w:before="200" w:after="0" w:line="260" w:lineRule="exact"/>
        <w:ind w:left="720" w:right="0" w:firstLine="0"/>
        <w:jc w:val="both"/>
      </w:pPr>
      <w:r>
        <w:rPr>
          <w:rFonts w:ascii="Times New Roman" w:hAnsi="Times New Roman" w:eastAsia="Times New Roman" w:cs="Times New Roman"/>
          <w:b w:val="0"/>
          <w:sz w:val="24"/>
        </w:rPr>
        <w:t>(Street address, city, state, and zip code of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as the attorney-in-fact of each minor child named above.</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_____ I delegate to the attorney-in-fact all of my power and authority regarding the care, custody and property of each minor child named above, including but not limited to the right to enroll the child in school, inspect and obtain copies of education records and other records concerning the child, the right to attend school activities and other functions concerning the child, and the right to give or withhold any consent or waiver with respect to school activities, medical and dental treatment, and any other activity, function or treatment that may concern the child. This delegation shall not include the power or authority to consent to marriage or adoption of the child, the performance or inducement of an abortion on or for the child, or the termination of parental rights to the child; or</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_____ I delegate to the attorney-in-fact the following specific powers and responsibilities (write in):</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This delegation shall not include the power or authority to consent to marriage or adoption of the child, the performance or inducement of an abortion on or for the child, or the termination of parental rights to the child.</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is effective for a period not to exceed one year, beginning ____________________, 20__, and ending ____________________, 20__. I reserve the right to revoke this authority at any time.</w:t>
      </w:r>
    </w:p>
    <w:p>
      <w:pP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(Parent/Legal Custodian signature)</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hereby accept my designation as attorney-in-fact for </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(Minor child(ren)) as specified in this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(Attorney-in-fact signature)</w:t>
      </w:r>
    </w:p>
    <w:p>
      <w:pPr/>
    </w:p>
    <w:p>
      <w:pPr>
        <w:keepNext w:val="0"/>
        <w:spacing w:before="120" w:after="0" w:line="260" w:lineRule="exact"/>
        <w:ind w:left="720" w:right="0" w:firstLine="0"/>
        <w:jc w:val="left"/>
      </w:pPr>
      <w:r>
        <w:rPr>
          <w:rFonts w:ascii="Times New Roman" w:hAnsi="Times New Roman" w:eastAsia="Times New Roman" w:cs="Times New Roman"/>
          <w:b/>
          <w:sz w:val="24"/>
        </w:rPr>
        <w:t>ACKNOWLEDGMENT</w:t>
      </w:r>
    </w:p>
    <w:p>
      <w:pPr>
        <w:keepNext w:val="0"/>
        <w:spacing w:before="200" w:after="0" w:line="260" w:lineRule="exact"/>
        <w:ind w:left="1080" w:right="0" w:firstLine="0"/>
        <w:jc w:val="both"/>
      </w:pPr>
      <w:r>
        <w:rPr>
          <w:rFonts w:ascii="Times New Roman" w:hAnsi="Times New Roman" w:eastAsia="Times New Roman" w:cs="Times New Roman"/>
          <w:b w:val="0"/>
          <w:sz w:val="24"/>
        </w:rPr>
        <w:t>Before me, the undersigned, a Notary Public, in and for said County and State on this _____ day of ____________________, 20__, personally appeared ____________________ (Name of Parent/Legal Custodian) and ____________________ (Name of Attorney-in-fact), to me known to be the identical persons who executed this instrument and acknowledged to me that each executed the same as his/her/their free and voluntary act and deed for the uses and purposes set forth in the instrument.</w:t>
      </w:r>
    </w:p>
    <w:p>
      <w:pPr>
        <w:keepNext w:val="0"/>
        <w:spacing w:before="200" w:after="0" w:line="260" w:lineRule="exact"/>
        <w:ind w:left="1080" w:right="0" w:firstLine="0"/>
        <w:jc w:val="both"/>
      </w:pPr>
      <w:r>
        <w:rPr>
          <w:rFonts w:ascii="Times New Roman" w:hAnsi="Times New Roman" w:eastAsia="Times New Roman" w:cs="Times New Roman"/>
          <w:b w:val="0"/>
          <w:sz w:val="24"/>
        </w:rPr>
        <w:t>Witness my hand and official seal the day and year above written.</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notarial officer)</w:t>
      </w:r>
    </w:p>
    <w:p>
      <w:pPr>
        <w:keepNext w:val="0"/>
        <w:spacing w:before="120" w:after="0" w:line="260" w:lineRule="exact"/>
        <w:ind w:left="1080" w:right="0" w:firstLine="0"/>
        <w:jc w:val="left"/>
      </w:pPr>
      <w:r>
        <w:rPr>
          <w:rFonts w:ascii="Times New Roman" w:hAnsi="Times New Roman" w:eastAsia="Times New Roman" w:cs="Times New Roman"/>
          <w:b w:val="0"/>
          <w:sz w:val="24"/>
        </w:rPr>
        <w:t>(Seal, if any)</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(Title and Rank)</w:t>
      </w:r>
    </w:p>
    <w:p>
      <w:pPr>
        <w:keepNext w:val="0"/>
        <w:spacing w:before="120" w:after="0" w:line="260" w:lineRule="exact"/>
        <w:ind w:left="108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