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Care and Custody of Child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FORM FOR POWER OF ATTORNEY TO DELEGATE PARENTAL OR LEGAL AUTHORITY OVER CHILD</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certify that I am the parent or legal custodian of:</w:t>
      </w:r>
    </w:p>
    <w:p>
      <w:pPr>
        <w:keepNext w:val="0"/>
        <w:spacing w:before="200" w:after="0" w:line="260" w:lineRule="exact"/>
        <w:ind w:left="1080" w:right="0" w:firstLine="0"/>
        <w:jc w:val="both"/>
      </w:pPr>
      <w:r>
        <w:rPr>
          <w:rFonts w:ascii="Times New Roman" w:hAnsi="Times New Roman" w:eastAsia="Times New Roman" w:cs="Times New Roman"/>
          <w:b w:val="0"/>
          <w:sz w:val="24"/>
        </w:rPr>
        <w:t>(minor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designate ___________________________________________________, </w:t>
      </w:r>
    </w:p>
    <w:p>
      <w:pPr>
        <w:keepNext w:val="0"/>
        <w:spacing w:before="200" w:after="0" w:line="260" w:lineRule="exact"/>
        <w:ind w:left="720" w:right="0" w:firstLine="0"/>
        <w:jc w:val="both"/>
      </w:pPr>
      <w:r>
        <w:rPr>
          <w:rFonts w:ascii="Times New Roman" w:hAnsi="Times New Roman" w:eastAsia="Times New Roman" w:cs="Times New Roman"/>
          <w:b w:val="0"/>
          <w:sz w:val="24"/>
        </w:rPr>
        <w:t>(Full name of Attorney-in-fact)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___________________________________________________________________, </w:t>
      </w:r>
    </w:p>
    <w:p>
      <w:pPr>
        <w:keepNext w:val="0"/>
        <w:spacing w:before="200" w:after="0" w:line="260" w:lineRule="exact"/>
        <w:ind w:left="720" w:right="0" w:firstLine="0"/>
        <w:jc w:val="both"/>
      </w:pPr>
      <w:r>
        <w:rPr>
          <w:rFonts w:ascii="Times New Roman" w:hAnsi="Times New Roman" w:eastAsia="Times New Roman" w:cs="Times New Roman"/>
          <w:b w:val="0"/>
          <w:sz w:val="24"/>
        </w:rPr>
        <w:t>(Street address, city, state, and zip code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as the attorney-in-fact of each minor child named above.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_____ I delegate to the attorney-in-fact all of my power and authority regarding the care, custody and property of each minor child named above, including but not limited to the right to enroll the child in school, inspect and obtain copies of education records and other records concerning the child, the right to attend school activities and other functions concerning the child, and the right to give or withhold any consent or waiver with respect to school activities, medical and dental treatment, and any other activity, function or treatment that may concern the child. This delegation shall not include the power or authority to consent to marriage or adoption of the child, the performance or inducement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abortion on or for the child, or the termination of parental rights to the child; or</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_____ I delegate to the attorney-in-fact the following specific powers and responsibilities (write in):</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delegation shall not include the power or authority to consent to marriage or adoption of the child, the performance or inducement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abortion on or for the child, or the termination of parental rights to the child.</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is effective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one year, beginning ____________________, 20__, and ending ____________________, 20__. I reserve the right to revoke this authority at any time.</w:t>
      </w:r>
    </w:p>
    <w:p>
      <w:pP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(Parent/Legal Custodian signature)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accept my designation as attorney-in-fact for </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(Minor child(ren)) as specified in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(Attorney-in-fact signature)</w:t>
      </w:r>
    </w:p>
    <w:p>
      <w:pPr/>
    </w:p>
    <w:p>
      <w:pPr>
        <w:keepNext w:val="0"/>
        <w:spacing w:before="120" w:after="0" w:line="260" w:lineRule="exact"/>
        <w:ind w:left="720" w:right="0" w:firstLine="0"/>
        <w:jc w:val="left"/>
      </w:pPr>
      <w:r>
        <w:rPr>
          <w:rFonts w:ascii="Times New Roman" w:hAnsi="Times New Roman" w:eastAsia="Times New Roman" w:cs="Times New Roman"/>
          <w:b/>
          <w:sz w:val="24"/>
        </w:rPr>
        <w:t>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County and State on this _____ day of ____________________, 20__, personally appeared ____________________ (Name of Parent/Legal Custodian) and ____________________ (Name of Attorney-in-fact), to me known to be the identical persons who executed this instrument and acknowledged to me that each executed the same as his/her/their free and voluntary act and deed for the uses and purposes set forth in the instrument.</w:t>
      </w:r>
    </w:p>
    <w:p>
      <w:pPr>
        <w:keepNext w:val="0"/>
        <w:spacing w:before="200" w:after="0" w:line="260" w:lineRule="exact"/>
        <w:ind w:left="1080" w:right="0" w:firstLine="0"/>
        <w:jc w:val="both"/>
      </w:pPr>
      <w:r>
        <w:rPr>
          <w:rFonts w:ascii="Times New Roman" w:hAnsi="Times New Roman" w:eastAsia="Times New Roman" w:cs="Times New Roman"/>
          <w:b w:val="0"/>
          <w:sz w:val="24"/>
        </w:rPr>
        <w:t>Witness my hand and official seal the day and year above written.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notarial officer)</w:t>
      </w:r>
    </w:p>
    <w:p>
      <w:pPr>
        <w:keepNext w:val="0"/>
        <w:spacing w:before="120" w:after="0" w:line="260" w:lineRule="exact"/>
        <w:ind w:left="1080" w:right="0" w:firstLine="0"/>
        <w:jc w:val="left"/>
      </w:pPr>
      <w:r>
        <w:rPr>
          <w:rFonts w:ascii="Times New Roman" w:hAnsi="Times New Roman" w:eastAsia="Times New Roman" w:cs="Times New Roman"/>
          <w:b w:val="0"/>
          <w:sz w:val="24"/>
        </w:rPr>
        <w:t>(Seal, if any)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(Title and Rank)</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