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Power of Attorney for Minor Child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after="0" w:line="30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Power of Attorney for Minor [Child/Children]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principal]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Identification.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principal], currently residing at [principal's address], am the [mother/father] of [name of child 1], born on [child 1 date of birth] and [name of child 2], born on [child 2 date of birth]. All references in this Power of Attorney to "my children" are to them.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Designation of Attorney-in-Fact.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appoint [name of attorney-in-fact], with an address of [attorney-in-fact's address], as my attorney-in-fact for my minor children. If [name of attorney-in-fact] should die, become incapacitated, or otherwise cease to serve as my attorney-in-fact, I appoint [name of successor attorney-in-fact], with an address of [successor attorney-in-fact's address], as my attorney-in-fact for my minor children.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Powers Granted.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delegate all power and authority that I have as a parent to my designated attorney-in-fact. The powers hereby delegated shall not include the power to consent to my minor children's marriage or adoption.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Termination.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powers granted under this Power of Attorney shall terminate six months from the date of execution below unless revoked earlier by me in writing.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Signed on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[principal's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[principal's telephone number]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STATE OF NORTH DAKOTA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COUNTY OF [county]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Signed and sworn before me on [month] [day], [year] by [name of principal], as principal, for the purposes stated herein.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Notary Public, North Dakota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