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Property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(Sections 1337.21 to 1337.64 of the Ohio Revised Code).</w:t>
      </w:r>
    </w:p>
    <w:p>
      <w:pPr>
        <w:keepNext w:val="0"/>
        <w:spacing w:before="200" w:after="0" w:line="260" w:lineRule="exact"/>
        <w:ind w:left="360" w:right="0" w:firstLine="0"/>
        <w:jc w:val="both"/>
      </w:pPr>
      <w:r>
        <w:rPr>
          <w:rFonts w:ascii="Times New Roman" w:hAnsi="Times New Roman" w:eastAsia="Times New Roman" w:cs="Times New Roman"/>
          <w:b w:val="0"/>
          <w:sz w:val="24"/>
        </w:rPr>
        <w:t>This power of attorney does not authorize the agent to make health-care decisions for you.</w:t>
      </w:r>
    </w:p>
    <w:p>
      <w:pPr>
        <w:keepNext w:val="0"/>
        <w:spacing w:before="200" w:after="0" w:line="260" w:lineRule="exact"/>
        <w:ind w:left="360" w:right="0" w:firstLine="0"/>
        <w:jc w:val="both"/>
      </w:pPr>
      <w:r>
        <w:rPr>
          <w:rFonts w:ascii="Times New Roman" w:hAnsi="Times New Roman" w:eastAsia="Times New Roman" w:cs="Times New Roman"/>
          <w:b w:val="0"/>
          <w:sz w:val="24"/>
        </w:rPr>
        <w:t>You should select someone you trust to serve as your agent. Unless you specify otherwise, generally the agent's authority will continue until you die or revoke the power of attorney or the agent resigns or is unable to act for you.</w:t>
      </w:r>
    </w:p>
    <w:p>
      <w:pPr>
        <w:keepNext w:val="0"/>
        <w:spacing w:before="200" w:after="0" w:line="260" w:lineRule="exact"/>
        <w:ind w:left="360" w:right="0" w:firstLine="0"/>
        <w:jc w:val="both"/>
      </w:pPr>
      <w:r>
        <w:rPr>
          <w:rFonts w:ascii="Times New Roman" w:hAnsi="Times New Roman" w:eastAsia="Times New Roman" w:cs="Times New Roman"/>
          <w:b w:val="0"/>
          <w:sz w:val="24"/>
        </w:rPr>
        <w:t>Your agent is entitled to reasonable compensation unless you state otherwise in the Special Instructions.</w:t>
      </w:r>
    </w:p>
    <w:p>
      <w:pPr>
        <w:keepNext w:val="0"/>
        <w:spacing w:before="200" w:after="0" w:line="260" w:lineRule="exact"/>
        <w:ind w:left="360" w:right="0" w:firstLine="0"/>
        <w:jc w:val="both"/>
      </w:pPr>
      <w:r>
        <w:rPr>
          <w:rFonts w:ascii="Times New Roman" w:hAnsi="Times New Roman" w:eastAsia="Times New Roman" w:cs="Times New Roman"/>
          <w:b w:val="0"/>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keepNext w:val="0"/>
        <w:spacing w:before="200" w:after="0" w:line="260" w:lineRule="exact"/>
        <w:ind w:left="36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360" w:right="0" w:firstLine="0"/>
        <w:jc w:val="both"/>
      </w:pPr>
      <w:r>
        <w:rPr>
          <w:rFonts w:ascii="Times New Roman" w:hAnsi="Times New Roman" w:eastAsia="Times New Roman" w:cs="Times New Roman"/>
          <w:b w:val="0"/>
          <w:sz w:val="24"/>
        </w:rPr>
        <w:t>This power of attorney becomes effective immediately unless you state otherwise in the Special Instructions.</w:t>
      </w:r>
    </w:p>
    <w:p>
      <w:pPr>
        <w:keepNext w:val="0"/>
        <w:spacing w:before="120" w:after="0" w:line="260" w:lineRule="exact"/>
        <w:ind w:left="360" w:right="0" w:firstLine="0"/>
        <w:jc w:val="left"/>
      </w:pPr>
      <w:r>
        <w:rPr>
          <w:rFonts w:ascii="Times New Roman" w:hAnsi="Times New Roman" w:eastAsia="Times New Roman" w:cs="Times New Roman"/>
          <w:b/>
          <w:sz w:val="24"/>
        </w:rPr>
        <w:t>ACTIONS REQUIRING EXPRESS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Unless expressly authorized and initialed by me in the Special Instructions, this power of attorney does not grant authority to my agent to do any of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Create a trust</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Amend, revoke, or terminate an inter vivos trust, even if specific authority to do so is granted to the agent in the trust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a gift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Create or change rights of survivorship</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Create or change a beneficiary designation</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Delegate authority granted under the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Waive the principal's right to be a beneficiary of a joint and survivor annuity, including a survivor benefit under a retirement plan</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Exercise fiduciary powers that the principal has authority to delegate</w:t>
      </w:r>
    </w:p>
    <w:p>
      <w:pPr>
        <w:keepNext w:val="0"/>
        <w:spacing w:before="200" w:after="0" w:line="260" w:lineRule="exact"/>
        <w:ind w:left="720" w:right="0" w:firstLine="0"/>
        <w:jc w:val="both"/>
      </w:pPr>
      <w:r>
        <w:rPr>
          <w:rFonts w:ascii="Times New Roman" w:hAnsi="Times New Roman" w:eastAsia="Times New Roman" w:cs="Times New Roman"/>
          <w:b w:val="0"/>
          <w:sz w:val="24"/>
        </w:rPr>
        <w:t>CAUTION: Granting any of the above eight powers will give your agent the authority to take actions that could significantly reduce your property or change how your property is distributed at your death.</w:t>
      </w:r>
    </w:p>
    <w:p>
      <w:pPr>
        <w:keepNext w:val="0"/>
        <w:spacing w:before="200" w:after="0" w:line="260" w:lineRule="exact"/>
        <w:ind w:left="72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36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720" w:right="0" w:firstLine="0"/>
        <w:jc w:val="both"/>
      </w:pPr>
      <w:r>
        <w:rPr>
          <w:rFonts w:ascii="Times New Roman" w:hAnsi="Times New Roman" w:eastAsia="Times New Roman" w:cs="Times New Roman"/>
          <w:b w:val="0"/>
          <w:sz w:val="24"/>
        </w:rPr>
        <w:t>Name of Agent:</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the Uniform Power of Attorney Act (Sections 1337.21 to 1337.64 of the Ohio Revised Code):</w:t>
      </w:r>
    </w:p>
    <w:p>
      <w:pPr>
        <w:keepNext w:val="0"/>
        <w:spacing w:before="200" w:after="0" w:line="260" w:lineRule="exact"/>
        <w:ind w:left="720" w:right="0" w:firstLine="0"/>
        <w:jc w:val="both"/>
      </w:pPr>
      <w:r>
        <w:rPr>
          <w:rFonts w:ascii="Times New Roman" w:hAnsi="Times New Roman" w:eastAsia="Times New Roman" w:cs="Times New Roman"/>
          <w:b w:val="0"/>
          <w:sz w:val="24"/>
        </w:rPr>
        <w:t>(INITIAL each subject you want to include in the agent's general authority. If you wish to grant general authority over all of the subjects, you may initial "All Preceding Subjects" instead of initialing each subject.)</w:t>
      </w:r>
    </w:p>
    <w:p>
      <w:pPr>
        <w:keepNext w:val="0"/>
        <w:spacing w:before="200" w:after="0" w:line="260" w:lineRule="exact"/>
        <w:ind w:left="720" w:right="0" w:firstLine="0"/>
        <w:jc w:val="both"/>
      </w:pPr>
      <w:r>
        <w:rPr>
          <w:rFonts w:ascii="Times New Roman" w:hAnsi="Times New Roman" w:eastAsia="Times New Roman" w:cs="Times New Roman"/>
          <w:b w:val="0"/>
          <w:sz w:val="24"/>
        </w:rPr>
        <w:t>_____ Real Property</w:t>
      </w:r>
    </w:p>
    <w:p>
      <w:pPr>
        <w:keepNext w:val="0"/>
        <w:spacing w:before="200" w:after="0" w:line="260" w:lineRule="exact"/>
        <w:ind w:left="72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72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72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72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72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72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72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72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72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72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72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720" w:right="0" w:firstLine="0"/>
        <w:jc w:val="both"/>
      </w:pPr>
      <w:r>
        <w:rPr>
          <w:rFonts w:ascii="Times New Roman" w:hAnsi="Times New Roman" w:eastAsia="Times New Roman" w:cs="Times New Roman"/>
          <w:b w:val="0"/>
          <w:sz w:val="24"/>
        </w:rPr>
        <w:t>_____ Taxes</w:t>
      </w:r>
    </w:p>
    <w:p>
      <w:pPr>
        <w:keepNext w:val="0"/>
        <w:spacing w:before="200" w:after="0" w:line="260" w:lineRule="exact"/>
        <w:ind w:left="720" w:right="0" w:firstLine="0"/>
        <w:jc w:val="both"/>
      </w:pPr>
      <w:r>
        <w:rPr>
          <w:rFonts w:ascii="Times New Roman" w:hAnsi="Times New Roman" w:eastAsia="Times New Roman" w:cs="Times New Roman"/>
          <w:b w:val="0"/>
          <w:sz w:val="24"/>
        </w:rPr>
        <w:t>_____ Digital Assets</w:t>
      </w:r>
    </w:p>
    <w:p>
      <w:pPr>
        <w:keepNext w:val="0"/>
        <w:spacing w:before="200" w:after="0" w:line="260" w:lineRule="exact"/>
        <w:ind w:left="720" w:right="0" w:firstLine="0"/>
        <w:jc w:val="both"/>
      </w:pPr>
      <w:r>
        <w:rPr>
          <w:rFonts w:ascii="Times New Roman" w:hAnsi="Times New Roman" w:eastAsia="Times New Roman" w:cs="Times New Roman"/>
          <w:b w:val="0"/>
          <w:sz w:val="24"/>
        </w:rPr>
        <w:t>_____ My agent shall have access to the content of electronic communications sent or received by me.</w:t>
      </w:r>
    </w:p>
    <w:p>
      <w:pPr>
        <w:keepNext w:val="0"/>
        <w:spacing w:before="200" w:after="0" w:line="260" w:lineRule="exact"/>
        <w:ind w:left="72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36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An agent that is not my ancestor, spouse, or descendant MAY NOT use my property to benefit the agent or a person to whom the agent owes an obligation of support unless I have included that authority in the Special Instructions.</w:t>
      </w:r>
    </w:p>
    <w:p>
      <w:pPr>
        <w:keepNext w:val="0"/>
        <w:spacing w:before="120" w:after="0" w:line="260" w:lineRule="exact"/>
        <w:ind w:left="360" w:right="0" w:firstLine="0"/>
        <w:jc w:val="left"/>
      </w:pPr>
      <w:r>
        <w:rPr>
          <w:rFonts w:ascii="Times New Roman" w:hAnsi="Times New Roman" w:eastAsia="Times New Roman" w:cs="Times New Roman"/>
          <w:b/>
          <w:sz w:val="24"/>
        </w:rPr>
        <w:t>SPECIAL INSTRUCTIONS (OPTIONAL)</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You may give special instructions on the following lines:</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is effective immediately unless I have stated otherwise in the Special Instructions.</w:t>
      </w:r>
    </w:p>
    <w:p>
      <w:pPr>
        <w:keepNext w:val="0"/>
        <w:spacing w:before="120" w:after="0" w:line="260" w:lineRule="exact"/>
        <w:ind w:left="36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knows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right"/>
      </w:pPr>
      <w:r>
        <w:rPr>
          <w:rFonts w:ascii="Times New Roman" w:hAnsi="Times New Roman" w:eastAsia="Times New Roman" w:cs="Times New Roman"/>
          <w:b w:val="0"/>
          <w:sz w:val="24"/>
        </w:rPr>
        <w:t>Date: [date]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Your Signature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Your Name Printed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Your Address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Your Telephone Number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Ohio</w:t>
      </w:r>
    </w:p>
    <w:p>
      <w:pPr>
        <w:keepNext w:val="0"/>
        <w:spacing w:before="200" w:after="0" w:line="260" w:lineRule="exact"/>
        <w:ind w:left="360" w:right="0" w:firstLine="0"/>
        <w:jc w:val="both"/>
      </w:pPr>
      <w:r>
        <w:rPr>
          <w:rFonts w:ascii="Times New Roman" w:hAnsi="Times New Roman" w:eastAsia="Times New Roman" w:cs="Times New Roman"/>
          <w:b w:val="0"/>
          <w:sz w:val="24"/>
        </w:rPr>
        <w:t>County of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acknowledged before me on [Date],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Notary</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prepared by:</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 FOR AGENT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sz w:val="24"/>
        </w:rPr>
        <w:t>Agent's Duties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nothing beyond the authority granted in this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an agent whenever you act for the principal by writing or printing the name of the principal and signing your own name as "agent" in the following manner:</w:t>
      </w:r>
    </w:p>
    <w:p>
      <w:pPr>
        <w:keepNext w:val="0"/>
        <w:spacing w:before="200" w:after="0" w:line="260" w:lineRule="exact"/>
        <w:ind w:left="1440" w:right="0" w:firstLine="0"/>
        <w:jc w:val="both"/>
      </w:pPr>
      <w:r>
        <w:rPr>
          <w:rFonts w:ascii="Times New Roman" w:hAnsi="Times New Roman" w:eastAsia="Times New Roman" w:cs="Times New Roman"/>
          <w:b w:val="0"/>
          <w:sz w:val="24"/>
        </w:rPr>
        <w:t>(Principal's Name) by (Your Signature) as Agent</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Special Instructions in this power of attorney state otherwise, you must also: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with care, competence, and diligence;</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a record of all receipts, disbursements, and transactions made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Cooperate with any person that has authority to make health-care decisions for the principal to do what you know the principal reasonably expects or, if you do not know the principal's expectations, to act in the principal's best interest.</w:t>
      </w:r>
    </w:p>
    <w:p>
      <w:pPr>
        <w:keepNext w:val="0"/>
        <w:spacing w:before="120" w:after="0" w:line="260" w:lineRule="exact"/>
        <w:ind w:left="720" w:right="0" w:firstLine="0"/>
        <w:jc w:val="left"/>
      </w:pPr>
      <w:r>
        <w:rPr>
          <w:rFonts w:ascii="Times New Roman" w:hAnsi="Times New Roman" w:eastAsia="Times New Roman" w:cs="Times New Roman"/>
          <w:b/>
          <w:sz w:val="24"/>
        </w:rPr>
        <w:t>Termination of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death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occurrence of a termination event stated in the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power of attorney is fully accomplished;</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are married to the principal, a legal action is filed with a court to end your marriage, or for your legal separation, unless the Special Instructions in this power of attorney state that such an action will not terminate your authority.</w:t>
      </w:r>
    </w:p>
    <w:p>
      <w:pPr>
        <w:keepNext w:val="0"/>
        <w:spacing w:before="120" w:after="0" w:line="260" w:lineRule="exact"/>
        <w:ind w:left="720" w:right="0" w:firstLine="0"/>
        <w:jc w:val="left"/>
      </w:pPr>
      <w:r>
        <w:rPr>
          <w:rFonts w:ascii="Times New Roman" w:hAnsi="Times New Roman" w:eastAsia="Times New Roman" w:cs="Times New Roman"/>
          <w:b/>
          <w:sz w:val="24"/>
        </w:rPr>
        <w:t>Liability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meaning of the authority granted to you is defined in the Uniform Power of Attorney Act (Sections 1337.21 to 1337.64 of the Ohio Revised Code). If you violate the Uniform Power of Attorney Act or act outside the authority granted, you may be liable for any damages caused by your violation.</w:t>
      </w:r>
    </w:p>
    <w:p>
      <w:pPr>
        <w:keepNext w:val="0"/>
        <w:spacing w:before="200" w:after="0" w:line="260" w:lineRule="exact"/>
        <w:ind w:left="1080" w:right="0" w:firstLine="0"/>
        <w:jc w:val="both"/>
      </w:pPr>
      <w:r>
        <w:rPr>
          <w:rFonts w:ascii="Times New Roman" w:hAnsi="Times New Roman" w:eastAsia="Times New Roman" w:cs="Times New Roman"/>
          <w:b w:val="0"/>
          <w:sz w:val="24"/>
        </w:rPr>
        <w:t>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