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Power of Attorney over Minor Child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[We/I], [parent name] [</w:t>
      </w:r>
      <w:r>
        <w:rPr>
          <w:rFonts w:ascii="Times New Roman" w:hAnsi="Times New Roman" w:eastAsia="Times New Roman" w:cs="Times New Roman"/>
          <w:b/>
          <w:sz w:val="24"/>
        </w:rPr>
        <w:t>OPTIONAL: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and [second parent name]], of [city], Arkansas, hereby execute this Power of Attorney over Minor Child with the intention that the agent hereinafter named shall be able to act in [our/my] place as [parent/parents] for [our/my] [child / children], [name(s) of minor(s)], as set forth herein.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[We/I] [are/am] the [relationship to parent (e.g., mother, father, sister, brother], of [name of minor(s)], who was/were born on [birthdate(s) of minor(s)].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[We/I] designate the following person as [our/my] agent for the person named in paragraph </w:t>
      </w:r>
      <w:r>
        <w:rPr>
          <w:rFonts w:ascii="Times New Roman" w:hAnsi="Times New Roman" w:eastAsia="Times New Roman" w:cs="Times New Roman"/>
          <w:b w:val="0"/>
          <w:sz w:val="24"/>
        </w:rPr>
        <w:t>1.</w:t>
      </w:r>
      <w:r>
        <w:rPr>
          <w:rFonts w:ascii="Times New Roman" w:hAnsi="Times New Roman" w:eastAsia="Times New Roman" w:cs="Times New Roman"/>
          <w:b w:val="0"/>
          <w:sz w:val="24"/>
        </w:rPr>
        <w:t>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agent]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 of agent]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[telephone number of agent]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[email address of agent]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[We/I] give the agent the following authority (initial one):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(_____) All power and authority that [we/I] have as a parent(s) –or–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(_____) [We/I] delegate to my agent only the specific authority to make the following decisions: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___________________________________________________________________________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This power of attorney lasts until [date of termination], unless the authority shall be sooner revoked by [us/me].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This power of attorney shall last even in the event of my disability.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[We/I] acknowledge that if [we/I] revoke or amend this power of attorney, [we/I] must do so in writing and provide a copy of that revocation or amendment to all interested persons, including but not limited to the agent and all alternate attorneys-in-fact designated herein.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A photocopy of this document shall be considered as valid as the original.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[I/We] have signed this Power of Attorney Over Minor Child on [date].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PARENT(S):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(signature of first parent)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[parent name]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State of Arkansas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County of [county]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this [day] day of [month], [year], I certify that [parent name][</w:t>
      </w:r>
      <w:r>
        <w:rPr>
          <w:rFonts w:ascii="Times New Roman" w:hAnsi="Times New Roman" w:eastAsia="Times New Roman" w:cs="Times New Roman"/>
          <w:b/>
          <w:sz w:val="24"/>
        </w:rPr>
        <w:t>OPTIONAL: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and [second parent name]] who [is/are] known to me or who presented satisfactory identification, in the form of [form of identification provided], [has/have], while in my presence and while under oath and affirmation, voluntarily signed this document and declared that it is true and further that [parent name][</w:t>
      </w:r>
      <w:r>
        <w:rPr>
          <w:rFonts w:ascii="Times New Roman" w:hAnsi="Times New Roman" w:eastAsia="Times New Roman" w:cs="Times New Roman"/>
          <w:b/>
          <w:sz w:val="24"/>
        </w:rPr>
        <w:t>OPTIONAL: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and [second parent name]] [is/are] the parent(s) of said minor child(ren).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I have hereunto set my hand and seal this [day] of [month], [year].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 here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notary public]</w:t>
      </w:r>
    </w:p>
    <w:p>
      <w:pPr>
        <w:keepNext w:val="0"/>
        <w:spacing w:before="200" w:after="0" w:line="260" w:lineRule="exact"/>
        <w:ind w:left="72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My Commission Expires: ____________________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(NOTARY SEAL)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