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Power of Attorney</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[state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36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36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36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Power of Attorney Act/state power of attorney statute]:</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 and/or</w:t>
      </w:r>
    </w:p>
    <w:p>
      <w:pPr>
        <w:keepNext w:val="0"/>
        <w:spacing w:before="200" w:after="0" w:line="260" w:lineRule="exact"/>
        <w:ind w:left="1080" w:right="0" w:firstLine="0"/>
        <w:jc w:val="both"/>
      </w:pPr>
      <w:r>
        <w:rPr>
          <w:rFonts w:ascii="Times New Roman" w:hAnsi="Times New Roman" w:eastAsia="Times New Roman" w:cs="Times New Roman"/>
          <w:b w:val="0"/>
          <w:sz w:val="24"/>
        </w:rPr>
        <w:t>(____) Taxes, or</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36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[the Uniform Power of Attorney Act/state power of attorney statute]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36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36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360" w:right="0" w:firstLine="0"/>
        <w:jc w:val="left"/>
      </w:pPr>
      <w:r>
        <w:rPr>
          <w:rFonts w:ascii="Times New Roman" w:hAnsi="Times New Roman" w:eastAsia="Times New Roman" w:cs="Times New Roman"/>
          <w:b/>
          <w:sz w:val="24"/>
        </w:rPr>
        <w:t>NOMINATION OF CONSERVATOR (OPTIONAL)</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it becomes necessary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conservator of my estate, I nominate the following person(s) for appointment: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nominee for conservator of my estate: 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Nominee's address: _______________________________________________________________________________________________________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Nominee's telephone number: 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Nominee's e-mail address: 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[principal's email address] </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 (month) ______ (day), 20__, by _____________________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 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 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w:t>
      </w:r>
    </w:p>
    <w:p>
      <w:pPr>
        <w:keepNext w:val="0"/>
        <w:spacing w:before="120" w:after="0" w:line="260" w:lineRule="exact"/>
        <w:ind w:left="720" w:right="0" w:firstLine="0"/>
        <w:jc w:val="left"/>
      </w:pPr>
      <w:r>
        <w:rPr>
          <w:rFonts w:ascii="Times New Roman" w:hAnsi="Times New Roman" w:eastAsia="Times New Roman" w:cs="Times New Roman"/>
          <w:b w:val="0"/>
          <w:sz w:val="24"/>
        </w:rPr>
        <w:t>Phone:</w:t>
      </w:r>
    </w:p>
    <w:p>
      <w:pPr>
        <w:keepNext w:val="0"/>
        <w:spacing w:before="120" w:after="0" w:line="260" w:lineRule="exact"/>
        <w:ind w:left="720" w:right="0" w:firstLine="0"/>
        <w:jc w:val="left"/>
      </w:pPr>
      <w:r>
        <w:rPr>
          <w:rFonts w:ascii="Times New Roman" w:hAnsi="Times New Roman" w:eastAsia="Times New Roman" w:cs="Times New Roman"/>
          <w:b w:val="0"/>
          <w:sz w:val="24"/>
        </w:rPr>
        <w:t>Email: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 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 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w:t>
      </w:r>
    </w:p>
    <w:p>
      <w:pPr>
        <w:keepNext w:val="0"/>
        <w:spacing w:before="120" w:after="0" w:line="260" w:lineRule="exact"/>
        <w:ind w:left="720" w:right="0" w:firstLine="0"/>
        <w:jc w:val="left"/>
      </w:pPr>
      <w:r>
        <w:rPr>
          <w:rFonts w:ascii="Times New Roman" w:hAnsi="Times New Roman" w:eastAsia="Times New Roman" w:cs="Times New Roman"/>
          <w:b w:val="0"/>
          <w:sz w:val="24"/>
        </w:rPr>
        <w:t>Phone:</w:t>
      </w:r>
    </w:p>
    <w:p>
      <w:pPr>
        <w:keepNext w:val="0"/>
        <w:spacing w:before="120" w:after="0" w:line="260" w:lineRule="exact"/>
        <w:ind w:left="720" w:right="0" w:firstLine="0"/>
        <w:jc w:val="left"/>
      </w:pPr>
      <w:r>
        <w:rPr>
          <w:rFonts w:ascii="Times New Roman" w:hAnsi="Times New Roman" w:eastAsia="Times New Roman" w:cs="Times New Roman"/>
          <w:b w:val="0"/>
          <w:sz w:val="24"/>
        </w:rPr>
        <w:t>Email:</w:t>
      </w:r>
    </w:p>
    <w:p>
      <w:pP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 (month) ______ (day) , 20__, by _____________________ (principal), _____________________ (witness), and _____________________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