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Praecipe for Order of Sale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COURT OF COMMON PLEAS</w:t>
      </w:r>
    </w:p>
    <w:p>
      <w:pPr>
        <w:keepNext w:val="0"/>
        <w:spacing w:before="200" w:after="0" w:line="260" w:lineRule="exact"/>
        <w:ind w:left="360" w:right="0" w:firstLine="0"/>
        <w:jc w:val="center"/>
      </w:pPr>
      <w:r>
        <w:rPr>
          <w:rFonts w:ascii="Times New Roman" w:hAnsi="Times New Roman" w:eastAsia="Times New Roman" w:cs="Times New Roman"/>
          <w:b w:val="0"/>
          <w:sz w:val="24"/>
        </w:rPr>
        <w:t xml:space="preserve">[County] </w:t>
      </w:r>
      <w:r>
        <w:rPr>
          <w:rFonts w:ascii="Times New Roman" w:hAnsi="Times New Roman" w:eastAsia="Times New Roman" w:cs="Times New Roman"/>
          <w:b/>
          <w:sz w:val="24"/>
        </w:rPr>
        <w:t>COUNTY, OHIO</w:t>
      </w:r>
    </w:p>
    <w:p>
      <w:pPr>
        <w:keepNext w:val="0"/>
        <w:spacing w:before="120" w:after="0" w:line="260" w:lineRule="exact"/>
        <w:ind w:left="360" w:right="0" w:firstLine="0"/>
        <w:jc w:val="left"/>
      </w:pPr>
      <w:r>
        <w:rPr>
          <w:rFonts w:ascii="Times New Roman" w:hAnsi="Times New Roman" w:eastAsia="Times New Roman" w:cs="Times New Roman"/>
          <w:b/>
          <w:sz w:val="24"/>
        </w:rPr>
        <w:t>PRAECIPE FOR ORDER FOR SALE</w:t>
      </w:r>
    </w:p>
    <w:p>
      <w:pPr>
        <w:keepNext w:val="0"/>
        <w:spacing w:before="200" w:after="0" w:line="260" w:lineRule="exact"/>
        <w:ind w:left="720" w:right="0" w:firstLine="0"/>
        <w:jc w:val="both"/>
      </w:pPr>
      <w:r>
        <w:rPr>
          <w:rFonts w:ascii="Times New Roman" w:hAnsi="Times New Roman" w:eastAsia="Times New Roman" w:cs="Times New Roman"/>
          <w:b w:val="0"/>
          <w:sz w:val="24"/>
        </w:rPr>
        <w:t>To the Clerk of Courts</w:t>
      </w:r>
      <w:r>
        <w:rPr>
          <w:rFonts w:ascii="Times New Roman" w:hAnsi="Times New Roman" w:eastAsia="Times New Roman" w:cs="Times New Roman"/>
          <w:b w:val="0"/>
          <w:sz w:val="24"/>
        </w:rPr>
        <w:t xml:space="preserve">:  Please issue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Sale</w:t>
      </w:r>
      <w:r>
        <w:rPr>
          <w:rFonts w:ascii="Times New Roman" w:hAnsi="Times New Roman" w:eastAsia="Times New Roman" w:cs="Times New Roman"/>
          <w:b w:val="0"/>
          <w:sz w:val="24"/>
        </w:rPr>
        <w:t xml:space="preserve"> to the Sheriff of [county name] County, returnable according to law, directing the Sheriff to </w:t>
      </w:r>
      <w:r>
        <w:rPr>
          <w:rFonts w:ascii="Times New Roman" w:hAnsi="Times New Roman" w:eastAsia="Times New Roman" w:cs="Times New Roman"/>
          <w:b/>
          <w:sz w:val="24"/>
        </w:rPr>
        <w:t>appraise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advertise</w:t>
      </w:r>
      <w:r>
        <w:rPr>
          <w:rFonts w:ascii="Times New Roman" w:hAnsi="Times New Roman" w:eastAsia="Times New Roman" w:cs="Times New Roman"/>
          <w:b w:val="0"/>
          <w:sz w:val="24"/>
        </w:rPr>
        <w:t xml:space="preserve">, and </w:t>
      </w:r>
      <w:r>
        <w:rPr>
          <w:rFonts w:ascii="Times New Roman" w:hAnsi="Times New Roman" w:eastAsia="Times New Roman" w:cs="Times New Roman"/>
          <w:b/>
          <w:sz w:val="24"/>
        </w:rPr>
        <w:t>sell</w:t>
      </w:r>
      <w:r>
        <w:rPr>
          <w:rFonts w:ascii="Times New Roman" w:hAnsi="Times New Roman" w:eastAsia="Times New Roman" w:cs="Times New Roman"/>
          <w:b w:val="0"/>
          <w:sz w:val="24"/>
        </w:rPr>
        <w:t xml:space="preserve"> the following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TERMS OF SALE: To be sold for not less than two-thirds of the appraised value.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 equal to 10% of the appraised value of the property must be made in the form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cashiers check at the time of sale. The balance of the purchase price must be paid by cashiers check within thirty days of the sale. If the purchaser fails to pay the balance of the purchase price within thirty days of the sale, the deposit shall be forfeited to Plaintiff for the costs associated with the advertisement and resale of the property and for interest charges.</w:t>
      </w:r>
    </w:p>
    <w:p>
      <w:pPr>
        <w:keepNext w:val="0"/>
        <w:spacing w:before="120" w:after="0" w:line="260" w:lineRule="exact"/>
        <w:ind w:left="72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Plaintiff</w:t>
      </w:r>
    </w:p>
    <w:p>
      <w:pPr/>
    </w:p>
    <w:p>
      <w:pPr>
        <w:keepNext w:val="0"/>
        <w:spacing w:before="120" w:after="0" w:line="260" w:lineRule="exact"/>
        <w:ind w:left="360" w:right="0" w:firstLine="0"/>
        <w:jc w:val="left"/>
      </w:pPr>
      <w:r>
        <w:rPr>
          <w:rFonts w:ascii="Times New Roman" w:hAnsi="Times New Roman" w:eastAsia="Times New Roman" w:cs="Times New Roman"/>
          <w:b/>
          <w:sz w:val="24"/>
        </w:rPr>
        <w:t>ORDER OF SALE</w:t>
      </w:r>
    </w:p>
    <w:p>
      <w:pPr>
        <w:keepNext w:val="0"/>
        <w:spacing w:before="200" w:after="0" w:line="260" w:lineRule="exact"/>
        <w:ind w:left="720" w:right="0" w:firstLine="0"/>
        <w:jc w:val="center"/>
      </w:pPr>
      <w:r>
        <w:rPr>
          <w:rFonts w:ascii="Times New Roman" w:hAnsi="Times New Roman" w:eastAsia="Times New Roman" w:cs="Times New Roman"/>
          <w:b w:val="0"/>
          <w:sz w:val="24"/>
        </w:rPr>
        <w:t>Revised Code, Sec. 2329.09-.17-.53</w:t>
      </w:r>
    </w:p>
    <w:p>
      <w:pPr>
        <w:keepNext w:val="0"/>
        <w:spacing w:before="200" w:after="0" w:line="260" w:lineRule="exact"/>
        <w:ind w:left="720" w:right="0" w:firstLine="0"/>
        <w:jc w:val="both"/>
      </w:pPr>
      <w:r>
        <w:rPr>
          <w:rFonts w:ascii="Times New Roman" w:hAnsi="Times New Roman" w:eastAsia="Times New Roman" w:cs="Times New Roman"/>
          <w:b/>
          <w:sz w:val="24"/>
        </w:rPr>
        <w:t>To the Sheriff of said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 of the Common Pleas Court, held at the Court House in and for said County, on the [day] of [month], 20__, [Mortgagee] obtained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judgment and decree against [Mortgagor] for the sum of [exact dollar amount] Dollars and costs of suit, in Case No. _____.</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And whereas, it was then and there by said Court, ordered, adjudged and decreed that the said [Mortgagor] within 3 days from the [day] of [month], 20__, pay unto the said [Mortgagor] the said sum of [xx.xx] Dollars with interest at [xx] percent, from [day] of [month], 20__ and costs aforesaid, and upon default to pay the same,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sale issue to the Sheriff of said County, commanding him to proceed according to the statutes regulating judgments and executions at law, to sell the real estate described in the Plaintiff's petition, etc.</w:t>
      </w:r>
    </w:p>
    <w:p>
      <w:pPr>
        <w:keepNext w:val="0"/>
        <w:spacing w:before="200" w:after="0" w:line="260" w:lineRule="exact"/>
        <w:ind w:left="720" w:right="0" w:firstLine="0"/>
        <w:jc w:val="both"/>
      </w:pPr>
      <w:r>
        <w:rPr>
          <w:rFonts w:ascii="Times New Roman" w:hAnsi="Times New Roman" w:eastAsia="Times New Roman" w:cs="Times New Roman"/>
          <w:b w:val="0"/>
          <w:sz w:val="24"/>
        </w:rPr>
        <w:t>And Whereas, the 3 days aforesaid have fully expired, and the said judgments and costs aforesaid have not been paid, or any part thereof, as appears to us of record:</w:t>
      </w:r>
    </w:p>
    <w:p>
      <w:pPr>
        <w:keepNext w:val="0"/>
        <w:spacing w:before="200" w:after="0" w:line="260" w:lineRule="exact"/>
        <w:ind w:left="720" w:right="0" w:firstLine="0"/>
        <w:jc w:val="both"/>
      </w:pPr>
      <w:r>
        <w:rPr>
          <w:rFonts w:ascii="Times New Roman" w:hAnsi="Times New Roman" w:eastAsia="Times New Roman" w:cs="Times New Roman"/>
          <w:b w:val="0"/>
          <w:sz w:val="24"/>
        </w:rPr>
        <w:t>We Therefore Command You, that you proceed without delay to appraise, advertise, and sell, according to the statutes regulating judgments and executions at law, the following described lands and tenements, situate in [County] County, Ohio, to-wit: to make the sum of $[exact dollar amount] ([dollars in words] and [cents in numbers]/100 Dollars) judgment with the said interest thereon, and costs of aforesaid; and that you also pay the costs of this writ, and all increase and accruing costs; and the residue, if any there be, you bring into this Court to abide the further order of the Court, and that you make return of your proceedings to our said Court within sixty days from this date, and have you then and there this writ.</w:t>
      </w:r>
    </w:p>
    <w:p>
      <w:pPr/>
    </w:p>
    <w:p>
      <w:pPr>
        <w:keepNext w:val="0"/>
        <w:spacing w:before="200" w:after="0" w:line="260" w:lineRule="exact"/>
        <w:ind w:left="720" w:right="0" w:firstLine="0"/>
        <w:jc w:val="both"/>
      </w:pPr>
      <w:r>
        <w:rPr>
          <w:rFonts w:ascii="Times New Roman" w:hAnsi="Times New Roman" w:eastAsia="Times New Roman" w:cs="Times New Roman"/>
          <w:b w:val="0"/>
          <w:sz w:val="24"/>
        </w:rPr>
        <w:t>WITNESS my signature as Clerk of our said Court of Common Pleas, and the seal of said Court, at Ohio, this [day] of [month],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Clerk</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Deputy</w:t>
      </w:r>
    </w:p>
    <w:p>
      <w:pPr/>
    </w:p>
    <w:p>
      <w:pPr>
        <w:keepNext w:val="0"/>
        <w:spacing w:before="120" w:after="0" w:line="260" w:lineRule="exact"/>
        <w:ind w:left="360" w:right="0" w:firstLine="0"/>
        <w:jc w:val="left"/>
      </w:pPr>
      <w:r>
        <w:rPr>
          <w:rFonts w:ascii="Times New Roman" w:hAnsi="Times New Roman" w:eastAsia="Times New Roman" w:cs="Times New Roman"/>
          <w:b/>
          <w:sz w:val="24"/>
        </w:rPr>
        <w:t>SHERIFF'S RETURN</w:t>
      </w:r>
    </w:p>
    <w:p>
      <w:pPr>
        <w:keepNext w:val="0"/>
        <w:spacing w:before="200" w:after="0" w:line="260" w:lineRule="exact"/>
        <w:ind w:left="720" w:right="0" w:firstLine="0"/>
        <w:jc w:val="center"/>
      </w:pPr>
      <w:r>
        <w:rPr>
          <w:rFonts w:ascii="Times New Roman" w:hAnsi="Times New Roman" w:eastAsia="Times New Roman" w:cs="Times New Roman"/>
          <w:b w:val="0"/>
          <w:sz w:val="24"/>
        </w:rPr>
        <w:t>Revised Code Sec. 2329.17-.27, 3.23</w:t>
      </w:r>
    </w:p>
    <w:p>
      <w:pPr>
        <w:keepNext w:val="0"/>
        <w:spacing w:before="200" w:after="0" w:line="260" w:lineRule="exact"/>
        <w:ind w:left="720" w:right="0" w:firstLine="0"/>
        <w:jc w:val="both"/>
      </w:pPr>
      <w:r>
        <w:rPr>
          <w:rFonts w:ascii="Times New Roman" w:hAnsi="Times New Roman" w:eastAsia="Times New Roman" w:cs="Times New Roman"/>
          <w:b/>
          <w:sz w:val="24"/>
        </w:rPr>
        <w:t xml:space="preserve">The State of Ohio, </w:t>
      </w:r>
      <w:r>
        <w:rPr>
          <w:rFonts w:ascii="Times New Roman" w:hAnsi="Times New Roman" w:eastAsia="Times New Roman" w:cs="Times New Roman"/>
          <w:b w:val="0"/>
          <w:sz w:val="24"/>
        </w:rPr>
        <w:t>____________________</w:t>
      </w:r>
      <w:r>
        <w:rPr>
          <w:rFonts w:ascii="Times New Roman" w:hAnsi="Times New Roman" w:eastAsia="Times New Roman" w:cs="Times New Roman"/>
          <w:b/>
          <w:sz w:val="24"/>
        </w:rPr>
        <w:t>County</w:t>
      </w:r>
    </w:p>
    <w:p>
      <w:pPr>
        <w:keepNext w:val="0"/>
        <w:spacing w:before="200" w:after="0" w:line="260" w:lineRule="exact"/>
        <w:ind w:left="720" w:right="0" w:firstLine="0"/>
        <w:jc w:val="both"/>
      </w:pPr>
      <w:r>
        <w:rPr>
          <w:rFonts w:ascii="Times New Roman" w:hAnsi="Times New Roman" w:eastAsia="Times New Roman" w:cs="Times New Roman"/>
          <w:b w:val="0"/>
          <w:sz w:val="24"/>
        </w:rPr>
        <w:t>I received this Order of Sale on the [day] of [month], 20__, at _____ o-clock, _____M., and in obedience to its commend, I did, on the [day] of [month], 20__, summon ____________________ three disinterested free-holders, residents of said county, who were by me duly sworn to impartially appraise the lands and tenements therein described, upon actual view; and afterward on the [day] of [month], said appraisers returned to me, under their hands that they did upon actual view of the premises, estimate and appraise the real value in money of the same at _____ Dollars.</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copy of said appraisal I forthwith deposited in the office of the Clerk of the Court of Common Pleas of said County. And of the [day] of [month], 20__, I caused to be advertised in the ____________________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newspaper printed and published and of general circulation in ____________________ County), said lands and tenements to be sold at public sale ____________________ ("at the door of the Court House" or "on the premises") of said County, on the [day] of [month], 20__ at _____.M. of said day. And having advertised said lands and tenements for more than 30 days previous to the day of sale, to-wit, _____ consecutive weeks of the same day of the week in each week, and in pursuance of said notice I did on said [day] of [month], 20__, at the time and place above mentioned, proceed to offer said lands and tenements at public sale ____________________ ("at the door of the Court House" or "on the premises") and then and there came who bid for the same the sum of _____ Dollars and said sum being ____________________ two-thirds of the appraised value thereof, and said ____________________ being the highest and best bidder therefore, I then and there publicly sold and struck off said lands and tenements to ____________________ for said sum of 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Sheriff</w:t>
      </w:r>
    </w:p>
    <w:p>
      <w:pPr/>
    </w:p>
    <w:p>
      <w:pPr>
        <w:keepNext w:val="0"/>
        <w:spacing w:before="120" w:after="0" w:line="260" w:lineRule="exact"/>
        <w:ind w:left="360" w:right="0" w:firstLine="0"/>
        <w:jc w:val="left"/>
      </w:pPr>
      <w:r>
        <w:rPr>
          <w:rFonts w:ascii="Times New Roman" w:hAnsi="Times New Roman" w:eastAsia="Times New Roman" w:cs="Times New Roman"/>
          <w:b/>
          <w:sz w:val="24"/>
        </w:rPr>
        <w:t>Land Appraisement</w:t>
      </w:r>
    </w:p>
    <w:p>
      <w:pPr>
        <w:keepNext w:val="0"/>
        <w:spacing w:before="200" w:after="0" w:line="260" w:lineRule="exact"/>
        <w:ind w:left="720" w:right="0" w:firstLine="0"/>
        <w:jc w:val="center"/>
      </w:pPr>
      <w:r>
        <w:rPr>
          <w:rFonts w:ascii="Times New Roman" w:hAnsi="Times New Roman" w:eastAsia="Times New Roman" w:cs="Times New Roman"/>
          <w:b w:val="0"/>
          <w:sz w:val="24"/>
        </w:rPr>
        <w:t>Revised Code, Sec. 2329.17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the Sheriff of said County, having in his hands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Sale, issued from the Court of Common Pleas of said County, on the [Date]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in favor of [Mortgagee] and against [Mortgagor], et al. commanding said Sheriff to cause to be appraised, advertised and sold, the following described lands and tenements situate in ____________________ Township, County of [County] and State of Ohio, to wit:</w:t>
      </w:r>
    </w:p>
    <w:p>
      <w:pPr>
        <w:keepNext w:val="0"/>
        <w:spacing w:before="200" w:after="0" w:line="260" w:lineRule="exact"/>
        <w:ind w:left="720" w:right="0" w:firstLine="0"/>
        <w:jc w:val="both"/>
      </w:pPr>
      <w:r>
        <w:rPr>
          <w:rFonts w:ascii="Times New Roman" w:hAnsi="Times New Roman" w:eastAsia="Times New Roman" w:cs="Times New Roman"/>
          <w:b w:val="0"/>
          <w:sz w:val="24"/>
        </w:rPr>
        <w:t>[Metes and Bounds 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did summon us ______________________________________________________________________,  ___________________________________________ and ____________________________________ three disinterested freeholders, residing within said County of ____________________ and administered to 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impartially to appraise said lands and tenements, upon actual view thereof.</w:t>
      </w:r>
    </w:p>
    <w:p>
      <w:pPr>
        <w:keepNext w:val="0"/>
        <w:spacing w:before="200" w:after="0" w:line="260" w:lineRule="exact"/>
        <w:ind w:left="720" w:right="0" w:firstLine="0"/>
        <w:jc w:val="both"/>
      </w:pPr>
      <w:r>
        <w:rPr>
          <w:rFonts w:ascii="Times New Roman" w:hAnsi="Times New Roman" w:eastAsia="Times New Roman" w:cs="Times New Roman"/>
          <w:b w:val="0"/>
          <w:sz w:val="24"/>
        </w:rPr>
        <w:t>Now, We, after actual view of said premises, and forthwith after such view, do find and estimate the real value in money of said premises to be as follows, viz.:</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IN TESTIMONY WHEREOF, We hereunto set our hands this [day] of [month].</w:t>
      </w:r>
    </w:p>
    <w:p>
      <w:pPr>
        <w:keepNext w:val="0"/>
        <w:spacing w:before="200" w:after="0" w:line="260" w:lineRule="exact"/>
        <w:ind w:left="720" w:right="0" w:firstLine="0"/>
        <w:jc w:val="both"/>
      </w:pPr>
      <w:r>
        <w:rPr>
          <w:rFonts w:ascii="Times New Roman" w:hAnsi="Times New Roman" w:eastAsia="Times New Roman" w:cs="Times New Roman"/>
          <w:b w:val="0"/>
          <w:sz w:val="24"/>
        </w:rPr>
        <w:t>ATTEST: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Sheriff</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Deputy</w:t>
      </w:r>
    </w:p>
    <w:p>
      <w:pPr>
        <w:keepNext w:val="0"/>
        <w:spacing w:before="200" w:after="0" w:line="260" w:lineRule="exact"/>
        <w:ind w:left="720" w:right="0" w:firstLine="0"/>
        <w:jc w:val="both"/>
      </w:pPr>
      <w:r>
        <w:rPr>
          <w:rFonts w:ascii="Times New Roman" w:hAnsi="Times New Roman" w:eastAsia="Times New Roman" w:cs="Times New Roman"/>
          <w:b w:val="0"/>
          <w:sz w:val="24"/>
        </w:rPr>
        <w:t>Appraisers and Addresses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p>
    <w:p>
      <w:pPr>
        <w:keepNext w:val="0"/>
        <w:spacing w:before="200" w:after="0" w:line="260" w:lineRule="exact"/>
        <w:ind w:left="720" w:right="0" w:firstLine="0"/>
        <w:jc w:val="both"/>
      </w:pPr>
      <w:r>
        <w:rPr>
          <w:rFonts w:ascii="Times New Roman" w:hAnsi="Times New Roman" w:eastAsia="Times New Roman" w:cs="Times New Roman"/>
          <w:b w:val="0"/>
          <w:sz w:val="24"/>
        </w:rPr>
        <w:t>The State of Ohio, __________________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hereby certify that I called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inquest of _______________________________________________________________________________________ and ______________________________________ three disinterested freeholders, residents of _____________________ County, Ohio, and administered to them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impartially to appraise the within described property upon actual view.</w:t>
      </w:r>
    </w:p>
    <w:p>
      <w:pPr>
        <w:keepNext w:val="0"/>
        <w:spacing w:before="200" w:after="0" w:line="260" w:lineRule="exact"/>
        <w:ind w:left="720" w:right="0" w:firstLine="0"/>
        <w:jc w:val="both"/>
      </w:pPr>
      <w:r>
        <w:rPr>
          <w:rFonts w:ascii="Times New Roman" w:hAnsi="Times New Roman" w:eastAsia="Times New Roman" w:cs="Times New Roman"/>
          <w:b w:val="0"/>
          <w:sz w:val="24"/>
        </w:rPr>
        <w:t>Dated this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Sheriff</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Deputy</w:t>
      </w:r>
    </w:p>
    <w:p>
      <w:pPr/>
    </w:p>
    <w:p>
      <w:pPr>
        <w:keepNext w:val="0"/>
        <w:spacing w:before="200" w:after="0" w:line="260" w:lineRule="exact"/>
        <w:ind w:left="360" w:right="0" w:firstLine="0"/>
        <w:jc w:val="center"/>
      </w:pPr>
      <w:r>
        <w:rPr>
          <w:rFonts w:ascii="Times New Roman" w:hAnsi="Times New Roman" w:eastAsia="Times New Roman" w:cs="Times New Roman"/>
          <w:b w:val="0"/>
          <w:sz w:val="24"/>
        </w:rPr>
        <w:t>No. _____</w:t>
      </w:r>
    </w:p>
    <w:p>
      <w:pPr>
        <w:keepNext w:val="0"/>
        <w:spacing w:before="200" w:after="0" w:line="260" w:lineRule="exact"/>
        <w:ind w:left="360" w:right="0" w:firstLine="0"/>
        <w:jc w:val="center"/>
      </w:pPr>
      <w:r>
        <w:rPr>
          <w:rFonts w:ascii="Times New Roman" w:hAnsi="Times New Roman" w:eastAsia="Times New Roman" w:cs="Times New Roman"/>
          <w:b w:val="0"/>
          <w:sz w:val="24"/>
        </w:rPr>
        <w:t>Doc _____ Page _____</w:t>
      </w:r>
    </w:p>
    <w:p>
      <w:pPr>
        <w:keepNext w:val="0"/>
        <w:spacing w:before="200" w:after="0" w:line="260" w:lineRule="exact"/>
        <w:ind w:left="360" w:right="0" w:firstLine="0"/>
        <w:jc w:val="center"/>
      </w:pPr>
      <w:r>
        <w:rPr>
          <w:rFonts w:ascii="Times New Roman" w:hAnsi="Times New Roman" w:eastAsia="Times New Roman" w:cs="Times New Roman"/>
          <w:b/>
          <w:sz w:val="24"/>
        </w:rPr>
        <w:t>COMMON PLEAS COURT</w:t>
      </w:r>
    </w:p>
    <w:p>
      <w:pPr>
        <w:keepNext w:val="0"/>
        <w:spacing w:before="200" w:after="0" w:line="260" w:lineRule="exact"/>
        <w:ind w:left="360" w:right="0" w:firstLine="0"/>
        <w:jc w:val="center"/>
      </w:pPr>
      <w:r>
        <w:rPr>
          <w:rFonts w:ascii="Times New Roman" w:hAnsi="Times New Roman" w:eastAsia="Times New Roman" w:cs="Times New Roman"/>
          <w:b w:val="0"/>
          <w:sz w:val="24"/>
        </w:rPr>
        <w:t>____________________ County, Ohio</w:t>
      </w:r>
    </w:p>
    <w:p>
      <w:pPr>
        <w:keepNext w:val="0"/>
        <w:spacing w:before="200" w:after="0" w:line="260" w:lineRule="exact"/>
        <w:ind w:left="360" w:right="0" w:firstLine="0"/>
        <w:jc w:val="both"/>
      </w:pPr>
      <w:r>
        <w:rPr>
          <w:rFonts w:ascii="Times New Roman" w:hAnsi="Times New Roman" w:eastAsia="Times New Roman" w:cs="Times New Roman"/>
          <w:b w:val="0"/>
          <w:sz w:val="24"/>
        </w:rPr>
        <w:t>[Mortgagee],</w:t>
      </w:r>
    </w:p>
    <w:p>
      <w:pPr>
        <w:keepNext w:val="0"/>
        <w:spacing w:before="200" w:after="0" w:line="260" w:lineRule="exact"/>
        <w:ind w:left="360" w:right="0" w:firstLine="0"/>
        <w:jc w:val="both"/>
      </w:pPr>
      <w:r>
        <w:rPr>
          <w:rFonts w:ascii="Times New Roman" w:hAnsi="Times New Roman" w:eastAsia="Times New Roman" w:cs="Times New Roman"/>
          <w:b w:val="0"/>
          <w:sz w:val="24"/>
        </w:rPr>
        <w:t>vs.</w:t>
      </w:r>
    </w:p>
    <w:p>
      <w:pPr>
        <w:keepNext w:val="0"/>
        <w:spacing w:before="200" w:after="0" w:line="260" w:lineRule="exact"/>
        <w:ind w:left="360" w:right="0" w:firstLine="0"/>
        <w:jc w:val="both"/>
      </w:pPr>
      <w:r>
        <w:rPr>
          <w:rFonts w:ascii="Times New Roman" w:hAnsi="Times New Roman" w:eastAsia="Times New Roman" w:cs="Times New Roman"/>
          <w:b w:val="0"/>
          <w:sz w:val="24"/>
        </w:rPr>
        <w:t>[Mortgagor], et al.</w:t>
      </w:r>
    </w:p>
    <w:p>
      <w:pPr>
        <w:keepNext w:val="0"/>
        <w:spacing w:before="200" w:after="0" w:line="260" w:lineRule="exact"/>
        <w:ind w:left="360" w:right="0" w:firstLine="0"/>
        <w:jc w:val="center"/>
      </w:pPr>
      <w:r>
        <w:rPr>
          <w:rFonts w:ascii="Times New Roman" w:hAnsi="Times New Roman" w:eastAsia="Times New Roman" w:cs="Times New Roman"/>
          <w:b/>
          <w:sz w:val="24"/>
        </w:rPr>
        <w:t>APPRAISEMENT</w:t>
      </w:r>
    </w:p>
    <w:p>
      <w:pPr>
        <w:keepNext w:val="0"/>
        <w:spacing w:before="200" w:after="0" w:line="260" w:lineRule="exact"/>
        <w:ind w:left="360" w:right="0" w:firstLine="0"/>
        <w:jc w:val="both"/>
      </w:pPr>
      <w:r>
        <w:rPr>
          <w:rFonts w:ascii="Times New Roman" w:hAnsi="Times New Roman" w:eastAsia="Times New Roman" w:cs="Times New Roman"/>
          <w:b w:val="0"/>
          <w:sz w:val="24"/>
        </w:rPr>
        <w:t>Filed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Clerk of Courts</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Deputy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