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Praecipe to Enter Judgment of Non Pros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Commonwealth of Pennsylvania</w:t>
      </w:r>
    </w:p>
    <w:p>
      <w:pPr>
        <w:keepNext w:val="0"/>
        <w:spacing w:before="200" w:after="0" w:line="260" w:lineRule="exact"/>
        <w:ind w:left="72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IN THE COURT OF COMMON PLEAS</w:t>
      </w:r>
    </w:p>
    <w:p>
      <w:pPr>
        <w:keepNext w:val="0"/>
        <w:spacing w:before="200" w:after="0" w:line="260" w:lineRule="exact"/>
        <w:ind w:left="72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[NAME] COUNTY, PENNSYLVANIA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PRAECIPE FOR ENTRY OF JUDGMENT OF NON PROS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PURSUANT TO Pa. R.C.P. RULE 1042.7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To the Prothonotary: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Enter judgment of non pros in the above-captioned matter against [name of party] as to all claims against [name of party].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counsel]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[Pennsylvania attorney identification number]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[Phone number]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[Fax number]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[Optional: Email address]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Attorney for [Defendant / Crossclaim/Counterclaim Defendant]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DATE: ____________________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