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PREGNANCY VERIFICATION LETTER</w:t>
      </w:r>
    </w:p>
    <w:p>
      <w:pPr>
        <w:spacing w:line="480" w:lineRule="auto"/>
        <w:jc w:val="center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To Whom It May Concern: 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On this ____ day of ________________________, 20___ the patient known as _______________________________ had a positive pregnancy test.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Based on the date of her last menstrual period, her Estimated Date of Delivery (EDD) is the ____ day of ________________________, 20___.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b/>
          <w:sz w:val="24"/>
        </w:rPr>
        <w:t>Additional Information (if any)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____________________________________________________________________________________________________________________________________________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Sincerely,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b/>
          <w:sz w:val="24"/>
        </w:rPr>
        <w:t>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  <w:r>
        <w:rPr>
          <w:rFonts w:ascii="Times New Roman" w:hAnsi="Times New Roman" w:eastAsia="Times New Roman" w:cs="Times New Roman"/>
          <w:sz w:val="24"/>
        </w:rPr>
        <w:t xml:space="preserve"> Title ________________________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Printed Name ________________________ Phone ________________________</w:t>
      </w:r>
    </w:p>
    <w:p>
      <w:pPr>
        <w:spacing w:line="480" w:lineRule="auto"/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