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PRENUPTIAL AGREEMENT ACKNOWLEDGMENT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Spouse</w:t>
      </w:r>
      <w:r>
        <w:rPr>
          <w:rFonts w:ascii="Times New Roman" w:hAnsi="Times New Roman" w:eastAsia="Times New Roman" w:cs="Times New Roman"/>
          <w:sz w:val="24"/>
        </w:rPr>
        <w:t>: ______________________ [Name of Spouse] and their respective legal counsel ______________________ [Name of Attorney] of ______________________ [Law Firm],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AND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Spouse</w:t>
      </w:r>
      <w:r>
        <w:rPr>
          <w:rFonts w:ascii="Times New Roman" w:hAnsi="Times New Roman" w:eastAsia="Times New Roman" w:cs="Times New Roman"/>
          <w:sz w:val="24"/>
        </w:rPr>
        <w:t>: ______________________ [Name of Spouse] and their respective legal counsel ______________________ [Name of Attorney] of ______________________ [Law Firm].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Hereinafter known as the “parties”. This sworn affirmation is made for the Prenuptial Agreement attached on the date signed hereunder.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The Couple hereby declare and affirm each have: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 formal declaration or admission before an authorized public officer by the parties who execute the premarital agreement providing that the premarital agreement is the act and deed of the parties;</w:t>
      </w:r>
    </w:p>
    <w:p>
      <w:pPr/>
      <w:r>
        <w:rPr>
          <w:rFonts w:ascii="Times New Roman" w:hAnsi="Times New Roman" w:eastAsia="Times New Roman" w:cs="Times New Roman"/>
          <w:sz w:val="24"/>
        </w:rPr>
        <w:t>A sworn affirmation by the respective attorneys of each party that the party represented by the attorney understands and consents to the legal effect of the premarital agreement;</w:t>
      </w:r>
    </w:p>
    <w:p>
      <w:pPr/>
      <w:r>
        <w:rPr>
          <w:rFonts w:ascii="Times New Roman" w:hAnsi="Times New Roman" w:eastAsia="Times New Roman" w:cs="Times New Roman"/>
          <w:sz w:val="24"/>
        </w:rPr>
        <w:t>An agreement signed by the parties that is witnessed by a notary and includes a statement that the parties:</w:t>
      </w:r>
    </w:p>
    <w:p>
      <w:pPr/>
      <w:r>
        <w:rPr>
          <w:rFonts w:ascii="Times New Roman" w:hAnsi="Times New Roman" w:eastAsia="Times New Roman" w:cs="Times New Roman"/>
          <w:sz w:val="24"/>
        </w:rPr>
        <w:t>Have consulted with their respective attorneys regarding the premarital agreement;</w:t>
      </w:r>
    </w:p>
    <w:p>
      <w:pPr/>
      <w:r>
        <w:rPr>
          <w:rFonts w:ascii="Times New Roman" w:hAnsi="Times New Roman" w:eastAsia="Times New Roman" w:cs="Times New Roman"/>
          <w:sz w:val="24"/>
        </w:rPr>
        <w:t>Have read and understand the premarital agreement; and</w:t>
      </w:r>
    </w:p>
    <w:p>
      <w:pPr/>
      <w:r>
        <w:rPr>
          <w:rFonts w:ascii="Times New Roman" w:hAnsi="Times New Roman" w:eastAsia="Times New Roman" w:cs="Times New Roman"/>
          <w:sz w:val="24"/>
        </w:rPr>
        <w:t>Freely entered into the premarital agreement without coercion or undue influence; or</w:t>
      </w:r>
    </w:p>
    <w:p>
      <w:pPr/>
      <w:r>
        <w:rPr>
          <w:rFonts w:ascii="Times New Roman" w:hAnsi="Times New Roman" w:eastAsia="Times New Roman" w:cs="Times New Roman"/>
          <w:sz w:val="24"/>
        </w:rPr>
        <w:t>An execution of the premarital agreement by both parties that is witnessed by two (2) individuals who are disinterested parties to the premarital agreement.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Spouse’s 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 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Print Name </w:t>
      </w:r>
      <w:r>
        <w:rPr>
          <w:rFonts w:ascii="Times New Roman" w:hAnsi="Times New Roman" w:eastAsia="Times New Roman" w:cs="Times New Roman"/>
          <w:sz w:val="24"/>
        </w:rPr>
        <w:t>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Attorney’s Signature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 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Print Name </w:t>
      </w:r>
      <w:r>
        <w:rPr>
          <w:rFonts w:ascii="Times New Roman" w:hAnsi="Times New Roman" w:eastAsia="Times New Roman" w:cs="Times New Roman"/>
          <w:sz w:val="24"/>
        </w:rPr>
        <w:t>____________________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Spouse’s 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 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Print Name </w:t>
      </w:r>
      <w:r>
        <w:rPr>
          <w:rFonts w:ascii="Times New Roman" w:hAnsi="Times New Roman" w:eastAsia="Times New Roman" w:cs="Times New Roman"/>
          <w:sz w:val="24"/>
        </w:rPr>
        <w:t>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Attorney’s Signature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 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Print Name </w:t>
      </w:r>
      <w:r>
        <w:rPr>
          <w:rFonts w:ascii="Times New Roman" w:hAnsi="Times New Roman" w:eastAsia="Times New Roman" w:cs="Times New Roman"/>
          <w:sz w:val="24"/>
        </w:rPr>
        <w:t>____________________</w:t>
      </w:r>
    </w:p>
    <w:p>
      <w:pPr>
        <w:spacing w:before="0" w:after="0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State of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County of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On this ____ day of </w:t>
      </w:r>
      <w:r>
        <w:rPr>
          <w:rFonts w:ascii="Times New Roman" w:hAnsi="Times New Roman" w:eastAsia="Times New Roman" w:cs="Times New Roman"/>
          <w:sz w:val="24"/>
        </w:rPr>
        <w:t xml:space="preserve">____________________, </w:t>
      </w:r>
      <w:r>
        <w:rPr>
          <w:rFonts w:ascii="Times New Roman" w:hAnsi="Times New Roman" w:eastAsia="Times New Roman" w:cs="Times New Roman"/>
          <w:sz w:val="24"/>
        </w:rPr>
        <w:t xml:space="preserve">20____, before me, </w:t>
      </w:r>
      <w:r>
        <w:rPr>
          <w:rFonts w:ascii="Times New Roman" w:hAnsi="Times New Roman" w:eastAsia="Times New Roman" w:cs="Times New Roman"/>
          <w:sz w:val="24"/>
        </w:rPr>
        <w:t xml:space="preserve">____________________, </w:t>
      </w:r>
      <w:r>
        <w:rPr>
          <w:rFonts w:ascii="Times New Roman" w:hAnsi="Times New Roman" w:eastAsia="Times New Roman" w:cs="Times New Roman"/>
          <w:sz w:val="24"/>
        </w:rPr>
        <w:t xml:space="preserve">a Notary Public, (or before any officer within this State or without the State now qualified under existing law to take acknowledgments), appeared the within named: </w:t>
      </w:r>
      <w:r>
        <w:rPr>
          <w:rFonts w:ascii="Times New Roman" w:hAnsi="Times New Roman" w:eastAsia="Times New Roman" w:cs="Times New Roman"/>
          <w:sz w:val="24"/>
        </w:rPr>
        <w:t xml:space="preserve">______________________ [Spouse’s Name] represented by ______________________ [Spouse’s Attorney], and ______________________ [Spouse’s Name] represented by ______________________ [Spouse’s Attorney], </w:t>
      </w:r>
      <w:r>
        <w:rPr>
          <w:rFonts w:ascii="Times New Roman" w:hAnsi="Times New Roman" w:eastAsia="Times New Roman" w:cs="Times New Roman"/>
          <w:sz w:val="24"/>
        </w:rPr>
        <w:t xml:space="preserve">to me personally well known (or satisfactorily proven to be such person), who stated and acknowledged that [he, she or they] had so signed, executed and delivered said foregoing Prenuptial Agreement Acknowledgment for the consideration, uses and purposes therein mentioned and set forth.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IN TESTIMONY WHEREOF, I have hereunto set my hand and official seal this ____ day of </w:t>
      </w:r>
      <w:r>
        <w:rPr>
          <w:rFonts w:ascii="Times New Roman" w:hAnsi="Times New Roman" w:eastAsia="Times New Roman" w:cs="Times New Roman"/>
          <w:sz w:val="24"/>
        </w:rPr>
        <w:t xml:space="preserve">____________________, </w:t>
      </w:r>
      <w:r>
        <w:rPr>
          <w:rFonts w:ascii="Times New Roman" w:hAnsi="Times New Roman" w:eastAsia="Times New Roman" w:cs="Times New Roman"/>
          <w:sz w:val="24"/>
        </w:rPr>
        <w:t>20____.</w:t>
      </w:r>
      <w:r>
        <w:rPr>
          <w:rFonts w:ascii="Times New Roman" w:hAnsi="Times New Roman" w:eastAsia="Times New Roman" w:cs="Times New Roman"/>
          <w:sz w:val="24"/>
        </w:rPr>
        <w:tab/>
        <w:tab/>
        <w:tab/>
        <w:tab/>
        <w:tab/>
        <w:tab/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</w:t>
      </w:r>
      <w:r>
        <w:rPr>
          <w:rFonts w:ascii="Times New Roman" w:hAnsi="Times New Roman" w:eastAsia="Times New Roman" w:cs="Times New Roman"/>
          <w:sz w:val="24"/>
        </w:rPr>
        <w:tab/>
        <w:tab/>
        <w:tab/>
        <w:tab/>
        <w:tab/>
        <w:t xml:space="preserve"> (Seal)</w:t>
        <w:tab/>
        <w:t xml:space="preserve">        Signature of Notary Public 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My Commission Expires: </w:t>
      </w:r>
      <w:r>
        <w:rPr>
          <w:rFonts w:ascii="Times New Roman" w:hAnsi="Times New Roman" w:eastAsia="Times New Roman" w:cs="Times New Roman"/>
          <w:sz w:val="24"/>
        </w:rPr>
        <w:t>______________</w:t>
      </w:r>
      <w:r>
        <w:rPr>
          <w:rFonts w:ascii="Times New Roman" w:hAnsi="Times New Roman" w:eastAsia="Times New Roman" w:cs="Times New Roman"/>
          <w:sz w:val="24"/>
        </w:rPr>
        <w:tab/>
        <w:tab/>
        <w:tab/>
        <w:tab/>
        <w:tab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