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Price Complaint Response Letter</w:t>
      </w:r>
    </w:p>
    <w:p>
      <w:pPr>
        <w:keepNext w:val="0"/>
        <w:spacing w:after="0" w:line="240" w:lineRule="exact"/>
        <w:ind w:right="0"/>
        <w:jc w:val="both"/>
      </w:pPr>
    </w:p>
    <w:p>
      <w:pPr>
        <w:keepNext w:val="0"/>
        <w:spacing w:before="200" w:after="0" w:line="260" w:lineRule="exact"/>
        <w:ind w:left="360" w:right="0" w:firstLine="0"/>
        <w:jc w:val="both"/>
      </w:pPr>
      <w:r>
        <w:rPr>
          <w:rFonts w:ascii="Times New Roman" w:hAnsi="Times New Roman" w:eastAsia="Times New Roman" w:cs="Times New Roman"/>
          <w:b w:val="0"/>
          <w:sz w:val="24"/>
        </w:rPr>
        <w:t>[date]</w:t>
      </w:r>
    </w:p>
    <w:p>
      <w:pPr>
        <w:keepNext w:val="0"/>
        <w:spacing w:before="200" w:after="0" w:line="260" w:lineRule="exact"/>
        <w:ind w:left="360" w:right="0" w:firstLine="0"/>
        <w:jc w:val="both"/>
      </w:pPr>
      <w:r>
        <w:rPr>
          <w:rFonts w:ascii="Times New Roman" w:hAnsi="Times New Roman" w:eastAsia="Times New Roman" w:cs="Times New Roman"/>
          <w:b w:val="0"/>
          <w:sz w:val="24"/>
        </w:rPr>
        <w:t>[name of complaining party’s representative]</w:t>
      </w:r>
    </w:p>
    <w:p>
      <w:pPr>
        <w:keepNext w:val="0"/>
        <w:spacing w:before="200" w:after="0" w:line="260" w:lineRule="exact"/>
        <w:ind w:left="360" w:right="0" w:firstLine="0"/>
        <w:jc w:val="both"/>
      </w:pPr>
      <w:r>
        <w:rPr>
          <w:rFonts w:ascii="Times New Roman" w:hAnsi="Times New Roman" w:eastAsia="Times New Roman" w:cs="Times New Roman"/>
          <w:b w:val="0"/>
          <w:sz w:val="24"/>
        </w:rPr>
        <w:t>[company name],</w:t>
      </w:r>
    </w:p>
    <w:p>
      <w:pPr>
        <w:keepNext w:val="0"/>
        <w:spacing w:before="200" w:after="0" w:line="260" w:lineRule="exact"/>
        <w:ind w:left="360" w:right="0" w:firstLine="0"/>
        <w:jc w:val="both"/>
      </w:pPr>
      <w:r>
        <w:rPr>
          <w:rFonts w:ascii="Times New Roman" w:hAnsi="Times New Roman" w:eastAsia="Times New Roman" w:cs="Times New Roman"/>
          <w:b w:val="0"/>
          <w:sz w:val="24"/>
        </w:rPr>
        <w:t>[company address]</w:t>
      </w:r>
    </w:p>
    <w:p>
      <w:pPr>
        <w:keepNext w:val="0"/>
        <w:spacing w:before="200" w:after="0" w:line="260" w:lineRule="exact"/>
        <w:ind w:left="360" w:right="0" w:firstLine="0"/>
        <w:jc w:val="both"/>
      </w:pPr>
      <w:r>
        <w:rPr>
          <w:rFonts w:ascii="Times New Roman" w:hAnsi="Times New Roman" w:eastAsia="Times New Roman" w:cs="Times New Roman"/>
          <w:b w:val="0"/>
          <w:sz w:val="24"/>
        </w:rPr>
        <w:t>Dear [name of complaining party’s representative]:</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We have received your letter of [date] advising us of certain marketing practices of [name of customer complained about]. As you know our company has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policy of not accepting reports from our [distributors, dealers or retailers] about any alleged failure by their competitors to follow our company’s suggested resale prices or about their prices in general. For that reason, we must reject the information you have provided as the basis for any action on our part with respect to [name of customer complained about].</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Two reasons underlie our policy. First, our company acts unilaterally in all matters involving our [distributors, dealers, or retailers]. Equally important,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matter of sound business judgment, we believe that our distribution system will work best if every customer in the system knows that it will be treated like every other customer. We are certain that you would not want us to make decisions pertaining to our relationship with you in collaboration with, or after consulting, one of your competitors. We are equally certain that each of our other customers feels the same way.</w:t>
      </w:r>
    </w:p>
    <w:p>
      <w:pPr>
        <w:keepNext w:val="0"/>
        <w:spacing w:before="200" w:after="0" w:line="260" w:lineRule="exact"/>
        <w:ind w:left="720" w:right="0" w:firstLine="0"/>
        <w:jc w:val="both"/>
      </w:pPr>
      <w:r>
        <w:rPr>
          <w:rFonts w:ascii="Times New Roman" w:hAnsi="Times New Roman" w:eastAsia="Times New Roman" w:cs="Times New Roman"/>
          <w:b w:val="0"/>
          <w:sz w:val="24"/>
        </w:rPr>
        <w:t>In the future, we request that you adhere to our policy of not submitting complaints about the pricing practices of your competitors.</w:t>
      </w:r>
    </w:p>
    <w:p>
      <w:pPr/>
    </w:p>
    <w:p>
      <w:pPr>
        <w:keepNext w:val="0"/>
        <w:spacing w:before="120" w:after="0" w:line="260" w:lineRule="exact"/>
        <w:ind w:left="360" w:right="0" w:firstLine="0"/>
        <w:jc w:val="left"/>
      </w:pPr>
      <w:r>
        <w:rPr>
          <w:rFonts w:ascii="Times New Roman" w:hAnsi="Times New Roman" w:eastAsia="Times New Roman" w:cs="Times New Roman"/>
          <w:b w:val="0"/>
          <w:sz w:val="24"/>
        </w:rPr>
        <w:t>Sincerely,</w:t>
      </w:r>
    </w:p>
    <w:p>
      <w:pPr>
        <w:keepNext w:val="0"/>
        <w:spacing w:before="120" w:after="0" w:line="260" w:lineRule="exact"/>
        <w:ind w:left="360" w:right="0" w:firstLine="0"/>
        <w:jc w:val="left"/>
      </w:pPr>
      <w:r>
        <w:rPr>
          <w:rFonts w:ascii="Times New Roman" w:hAnsi="Times New Roman" w:eastAsia="Times New Roman" w:cs="Times New Roman"/>
          <w:b w:val="0"/>
          <w:sz w:val="24"/>
        </w:rPr>
        <w:t>[supplier’s representative name]</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