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LexisNexis(R) Forms FORM 260-49.06-3</w:t>
      </w:r>
    </w:p>
    <w:p>
      <w:pPr>
        <w:keepNext w:val="0"/>
        <w:spacing w:before="120" w:after="0" w:line="26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Transactional</w:t>
      </w:r>
    </w:p>
    <w:p>
      <w:pPr>
        <w:keepNext w:val="0"/>
        <w:spacing w:before="120" w:after="0" w:line="26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Other </w:t>
      </w:r>
    </w:p>
    <w:p>
      <w:pPr>
        <w:keepNext w:val="0"/>
        <w:spacing w:before="120" w:after="0" w:line="26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Pennsylvania</w:t>
      </w:r>
    </w:p>
    <w:p>
      <w:pPr>
        <w:keepNext w:val="0"/>
        <w:spacing w:after="0" w:line="240" w:lineRule="exact"/>
        <w:ind w:right="0"/>
        <w:jc w:val="both"/>
      </w:pPr>
    </w:p>
    <w:p>
      <w:pPr>
        <w:keepNext/>
        <w:spacing w:before="240" w:after="0" w:line="34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FORM 49.06-4 Privacy Complaint Form</w:t>
      </w:r>
    </w:p>
    <w:p>
      <w:pPr>
        <w:spacing w:line="60" w:lineRule="exact"/>
      </w:pPr>
    </w:p>
    <w:p>
      <w:pPr/>
    </w:p>
    <w:p>
      <w:pPr/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am registering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formal complaint regarding the privacy practices of Company.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complaint involves: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appropriateness of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Company’s privacy policies and procedures.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My rights to notice, authorization, access, amend, request restrictions, receive confidential communications, or receive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list of disclosures.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Inappropriate handling of health information.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Other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detailed description of the privacy issue involved in the complaint is provided below: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incident or problem occurred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if applicable. I can be reached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daytime phone number].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use the following mailing address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formal response to this complaint: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PRINT MAILING ADDRESS:</w:t>
      </w:r>
    </w:p>
    <w:p>
      <w:pPr>
        <w:keepNext w:val="0"/>
        <w:spacing w:before="6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6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you would like to follow up on the status of your complaint, please contact: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(printed name of privacy officer)</w:t>
      </w:r>
    </w:p>
    <w:p>
      <w:pPr>
        <w:keepNext w:val="0"/>
        <w:spacing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 Privacy officer</w:t>
      </w:r>
    </w:p>
    <w:p>
      <w:pPr>
        <w:keepNext w:val="0"/>
        <w:spacing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 [phone number of Privacy Officer]</w:t>
      </w:r>
    </w:p>
    <w:p>
      <w:pPr>
        <w:keepNext w:val="0"/>
        <w:spacing w:before="240" w:after="0" w:line="26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 office use only: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complaint has been (initial):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Dismissed Date: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Investigated Date: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Found to be invalid Date: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Fount to have merit Date: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Summary of investigation: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Response to complaints with merit: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Staff involved in Review: Name: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; Name: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2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Dunlap-Hanna Pennsylvania Forms</w:t>
      </w:r>
    </w:p>
    <w:p>
      <w:pPr>
        <w:keepNext w:val="0"/>
        <w:spacing w:after="0" w:line="22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Copyright 2022,  Matthew Bender &amp; Company, Inc.,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of the LexisNexis Group.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