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260-49.02-2</w:t>
      </w:r>
    </w:p>
    <w:p>
      <w:pPr>
        <w:keepNext w:val="0"/>
        <w:spacing w:before="120" w:after="0" w:line="260" w:lineRule="exact"/>
        <w:ind w:left="0" w:right="0" w:firstLine="0"/>
        <w:jc w:val="center"/>
      </w:pPr>
      <w:r>
        <w:rPr>
          <w:rFonts w:ascii="Times New Roman" w:hAnsi="Times New Roman" w:eastAsia="Times New Roman" w:cs="Times New Roman"/>
          <w:b w:val="0"/>
          <w:sz w:val="24"/>
        </w:rPr>
        <w:t>Compliance</w:t>
      </w:r>
    </w:p>
    <w:p>
      <w:pPr>
        <w:keepNext w:val="0"/>
        <w:spacing w:before="120" w:after="0" w:line="260" w:lineRule="exact"/>
        <w:ind w:left="0" w:right="0" w:firstLine="0"/>
        <w:jc w:val="center"/>
      </w:pPr>
      <w:r>
        <w:rPr>
          <w:rFonts w:ascii="Times New Roman" w:hAnsi="Times New Roman" w:eastAsia="Times New Roman" w:cs="Times New Roman"/>
          <w:b w:val="0"/>
          <w:sz w:val="24"/>
        </w:rPr>
        <w:t xml:space="preserve">Other </w:t>
      </w:r>
    </w:p>
    <w:p>
      <w:pPr>
        <w:keepNext w:val="0"/>
        <w:spacing w:before="120" w:after="0" w:line="260" w:lineRule="exact"/>
        <w:ind w:left="0" w:right="0" w:firstLine="0"/>
        <w:jc w:val="center"/>
      </w:pPr>
      <w:r>
        <w:rPr>
          <w:rFonts w:ascii="Times New Roman" w:hAnsi="Times New Roman" w:eastAsia="Times New Roman" w:cs="Times New Roman"/>
          <w:b w:val="0"/>
          <w:sz w:val="24"/>
        </w:rPr>
        <w:t>Pennsylvania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49.02-2 Privacy Policy</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 xml:space="preserve">   HIPAA PRIVACY POLICY   Date: </w:t>
      </w:r>
    </w:p>
    <w:p>
      <w:pPr>
        <w:keepNext w:val="0"/>
        <w:spacing w:before="240" w:after="0" w:line="260" w:lineRule="exact"/>
        <w:ind w:left="0" w:right="0" w:firstLine="0"/>
        <w:jc w:val="center"/>
      </w:pPr>
      <w:r>
        <w:rPr>
          <w:rFonts w:ascii="Times New Roman" w:hAnsi="Times New Roman" w:eastAsia="Times New Roman" w:cs="Times New Roman"/>
          <w:b/>
          <w:sz w:val="24"/>
        </w:rPr>
        <w:t>Table of Contents</w:t>
      </w:r>
    </w:p>
    <w:p>
      <w:pPr>
        <w:keepNext w:val="0"/>
        <w:spacing w:before="240" w:after="0" w:line="260" w:lineRule="exact"/>
        <w:ind w:left="0" w:right="0" w:firstLine="0"/>
        <w:jc w:val="left"/>
      </w:pPr>
      <w:r>
        <w:rPr>
          <w:rFonts w:ascii="Times New Roman" w:hAnsi="Times New Roman" w:eastAsia="Times New Roman" w:cs="Times New Roman"/>
          <w:b/>
          <w:sz w:val="24"/>
        </w:rPr>
        <w:t>Plan’s Responsibilities as Covered Entity</w:t>
      </w:r>
    </w:p>
    <w:p>
      <w:pPr>
        <w:keepNext w:val="0"/>
        <w:spacing w:before="240" w:after="0" w:line="260" w:lineRule="exact"/>
        <w:ind w:left="0" w:right="0" w:firstLine="0"/>
        <w:jc w:val="left"/>
      </w:pPr>
      <w:r>
        <w:rPr>
          <w:rFonts w:ascii="Times New Roman" w:hAnsi="Times New Roman" w:eastAsia="Times New Roman" w:cs="Times New Roman"/>
          <w:b/>
          <w:sz w:val="24"/>
        </w:rPr>
        <w:t>Policies on Use and Disclosure of PHI</w:t>
      </w:r>
    </w:p>
    <w:p>
      <w:pPr>
        <w:keepNext w:val="0"/>
        <w:spacing w:before="240" w:after="0" w:line="260" w:lineRule="exact"/>
        <w:ind w:left="0" w:right="0" w:firstLine="0"/>
        <w:jc w:val="left"/>
      </w:pPr>
      <w:r>
        <w:rPr>
          <w:rFonts w:ascii="Times New Roman" w:hAnsi="Times New Roman" w:eastAsia="Times New Roman" w:cs="Times New Roman"/>
          <w:b/>
          <w:sz w:val="24"/>
        </w:rPr>
        <w:t>Policies on Individual Rights</w:t>
      </w:r>
    </w:p>
    <w:p>
      <w:pPr>
        <w:keepNext w:val="0"/>
        <w:spacing w:before="240" w:after="0" w:line="260" w:lineRule="exact"/>
        <w:ind w:left="0" w:right="0" w:firstLine="0"/>
        <w:jc w:val="center"/>
      </w:pPr>
      <w:r>
        <w:rPr>
          <w:rFonts w:ascii="Times New Roman" w:hAnsi="Times New Roman" w:eastAsia="Times New Roman" w:cs="Times New Roman"/>
          <w:b/>
          <w:sz w:val="24"/>
        </w:rPr>
        <w:t>______________________</w:t>
      </w:r>
      <w:r>
        <w:rPr>
          <w:rFonts w:ascii="Times New Roman" w:hAnsi="Times New Roman" w:eastAsia="Times New Roman" w:cs="Times New Roman"/>
          <w:b/>
          <w:sz w:val="24"/>
        </w:rPr>
        <w:t xml:space="preserve"> </w:t>
      </w:r>
    </w:p>
    <w:p>
      <w:pPr>
        <w:keepNext w:val="0"/>
        <w:spacing w:before="240" w:after="0" w:line="260" w:lineRule="exact"/>
        <w:ind w:left="0" w:right="0" w:firstLine="0"/>
        <w:jc w:val="center"/>
      </w:pPr>
      <w:r>
        <w:rPr>
          <w:rFonts w:ascii="Times New Roman" w:hAnsi="Times New Roman" w:eastAsia="Times New Roman" w:cs="Times New Roman"/>
          <w:b/>
          <w:sz w:val="24"/>
        </w:rPr>
        <w:t xml:space="preserve"> HIPAA Privacy Policy</w:t>
      </w:r>
    </w:p>
    <w:p>
      <w:pPr>
        <w:keepNext w:val="0"/>
        <w:spacing w:before="240" w:after="0" w:line="260" w:lineRule="exact"/>
        <w:ind w:left="0" w:right="0" w:firstLine="0"/>
        <w:jc w:val="left"/>
      </w:pPr>
      <w:r>
        <w:rPr>
          <w:rFonts w:ascii="Times New Roman" w:hAnsi="Times New Roman" w:eastAsia="Times New Roman" w:cs="Times New Roman"/>
          <w:b/>
          <w:sz w:val="24"/>
        </w:rPr>
        <w:t>Introduction</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“Company” or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sponsors and is involved in certain elements of the administration of group health plans offering various benefits (collectively, the “Plan”). The various benefit plans comprising the Plan, along with the third-party administrators, insurers and managed care organizations involved with the Plan,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“organized health care arrangement”, so that the policies set forth in this Privacy Policy apply to each such plan. [Also, Company has elected to include the benefits of its affiliate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as part of Company’s benefits program to which these policies apply. “The Plan” therefore encompasses covered benefit plans of Company and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xml:space="preserve">].] The effective date of this Privacy Policy is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[date].</w:t>
      </w:r>
    </w:p>
    <w:p>
      <w:pPr>
        <w:keepNext w:val="0"/>
        <w:spacing w:before="200" w:after="0" w:line="260" w:lineRule="exact"/>
        <w:ind w:left="0" w:right="0" w:firstLine="0"/>
        <w:jc w:val="both"/>
      </w:pPr>
      <w:r>
        <w:rPr>
          <w:rFonts w:ascii="Times New Roman" w:hAnsi="Times New Roman" w:eastAsia="Times New Roman" w:cs="Times New Roman"/>
          <w:b w:val="0"/>
          <w:sz w:val="24"/>
        </w:rPr>
        <w:t>Members of the Company’s Workforce may have access to the “protected health information” (as described below) of Plan participants (1) on behalf of the Plan itself, or (2) on behalf of the Company, for Plan administrative functions. The Company intends to fully comply with the Health Insurance Portability and Accountability Act of 1996, as amended (“HIPAA”) and its implementing regulations, as administered by the federal Department of Health and Human Services (“DHHS”). HIPAA restricts the Company’s and Plan’s use and disclosure of “protected health information”, as well as the use and disclosure of “protected health information” by the Plan’s “Business Associates” and insurers.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“Protected Health Information” (“PHI”) means information that is created or received by the Plan and relates to the past, present, or future physical or mental health or condition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the provision of health care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the past, present, or future payment for the provision of health care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and that identifies the participant or for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basis to believe the information can be used to identify the participant. Examples of PHI include information which relates to medical conditions, health status, medical histories, claims experience, genetic information, and physical examinations. PHI includes information concerning persons both living and deceased.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PHI does </w:t>
      </w:r>
      <w:r>
        <w:rPr>
          <w:rFonts w:ascii="Times New Roman" w:hAnsi="Times New Roman" w:eastAsia="Times New Roman" w:cs="Times New Roman"/>
          <w:b w:val="0"/>
          <w:sz w:val="24"/>
        </w:rPr>
        <w:t>not</w:t>
      </w:r>
      <w:r>
        <w:rPr>
          <w:rFonts w:ascii="Times New Roman" w:hAnsi="Times New Roman" w:eastAsia="Times New Roman" w:cs="Times New Roman"/>
          <w:b w:val="0"/>
          <w:sz w:val="24"/>
        </w:rPr>
        <w:t xml:space="preserve"> include individually identifiable health information (“IIHI”) that may be contained in employment records (and not the health plan), such as IIHI involving sick leave, family leave, disability and other such matters, and which is obtained from employees directly, or from other sources than the Plan in connection with those personnel matters. However, PHI (from the health plan) may NOT be used in personnel matters, without written consent of the individual. Also, PHI does NOT include IIHI which is generated and used in connection with other Company benefits outside the Plan, including insurance and workers’ compensation insurance, but the Company may NOT utilize PHI from the above HIPAA plans in connection with administration of non-HIPAA benefits, EXCEPT for required workers’ compensation disclosures.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Company has provided all individuals who are participants in the Plan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Privacy Practices describing their rights and the Company’s rights and responsibilities with respect to their PHI (</w:t>
      </w:r>
      <w:r>
        <w:rPr>
          <w:rFonts w:ascii="Times New Roman" w:hAnsi="Times New Roman" w:eastAsia="Times New Roman" w:cs="Times New Roman"/>
          <w:b w:val="0"/>
          <w:sz w:val="24"/>
        </w:rPr>
        <w:t>see also</w:t>
      </w:r>
      <w:r>
        <w:rPr>
          <w:rFonts w:ascii="Times New Roman" w:hAnsi="Times New Roman" w:eastAsia="Times New Roman" w:cs="Times New Roman"/>
          <w:b w:val="0"/>
          <w:sz w:val="24"/>
        </w:rPr>
        <w:t xml:space="preserve"> IV,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 The Company has formally adopted this Privacy Policy and the Company’s separate HIPAA Use and Disclosure Procedures with regard to the use and disclosure of PHI and individuals’ rights relating to PHI. All members of the Company’s Workforce who have PHI access (“Persons With Access”) must comply with this Privacy Policy and the HIPAA Use and Disclosure Procedures. Individuals who would be considered part of the Company’s Workforce under HIPAA are its employees, volunteers, trainees, and other persons whose work performance is under the direct control of the Company, whether or not they are paid by the Company. Therefore, the term “employee” includes all of these types of workers.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further set forth in the Use and Disclosure Procedures, the Company adopts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that all claims and benefit issues arising at any of the Company’s Facilities shall be referred to the Privacy and Security Officer for resolution. Therefore, any human resources personnel or other personnel receiving inquiries regarding claims or benefits or any other questions regarding the Plan, the Notice of Privacy Practices or any related issue, shall not attempt to answer or address such inquiries but, rather, shall refer such inquiry to the Privacy and Security Officer.</w:t>
      </w:r>
    </w:p>
    <w:p>
      <w:pPr>
        <w:keepNext w:val="0"/>
        <w:spacing w:before="200" w:after="0" w:line="260" w:lineRule="exact"/>
        <w:ind w:left="0" w:right="0" w:firstLine="0"/>
        <w:jc w:val="both"/>
      </w:pPr>
      <w:r>
        <w:rPr>
          <w:rFonts w:ascii="Times New Roman" w:hAnsi="Times New Roman" w:eastAsia="Times New Roman" w:cs="Times New Roman"/>
          <w:b w:val="0"/>
          <w:sz w:val="24"/>
        </w:rPr>
        <w:t>The Company reserves the right to amend or change this Policy at any time (and even retroactively) without notice. To the extent this Policy establishes requirements and obligations above and beyond those required by HIPAA, the Policy shall be aspirational and shall not be binding upon the Plan or the Company. This Policy does not address requirements under other federal laws or under state laws. To the extent that this Policy is in conflict with the HIPAA privacy rules, the HIPAA privacy rules shall govern.</w:t>
      </w:r>
    </w:p>
    <w:p>
      <w:pPr>
        <w:keepNext w:val="0"/>
        <w:spacing w:before="240" w:after="0" w:line="260" w:lineRule="exact"/>
        <w:ind w:left="0" w:right="0" w:firstLine="0"/>
        <w:jc w:val="center"/>
      </w:pPr>
      <w:r>
        <w:rPr>
          <w:rFonts w:ascii="Times New Roman" w:hAnsi="Times New Roman" w:eastAsia="Times New Roman" w:cs="Times New Roman"/>
          <w:b/>
          <w:sz w:val="24"/>
        </w:rPr>
        <w:t>Company’s Responsibilities as Covered Entity</w:t>
      </w:r>
    </w:p>
    <w:p>
      <w:pPr>
        <w:keepNext w:val="0"/>
        <w:spacing w:before="240" w:after="0" w:line="260" w:lineRule="exact"/>
        <w:ind w:left="0" w:right="0" w:firstLine="0"/>
        <w:jc w:val="left"/>
      </w:pPr>
      <w:r>
        <w:rPr>
          <w:rFonts w:ascii="Times New Roman" w:hAnsi="Times New Roman" w:eastAsia="Times New Roman" w:cs="Times New Roman"/>
          <w:b/>
          <w:sz w:val="24"/>
        </w:rPr>
        <w:t>I. Privacy and Security Officer</w:t>
      </w:r>
    </w:p>
    <w:p>
      <w:pPr>
        <w:keepNext w:val="0"/>
        <w:spacing w:before="240" w:after="0" w:line="260" w:lineRule="exact"/>
        <w:ind w:left="0" w:right="0" w:firstLine="0"/>
        <w:jc w:val="left"/>
      </w:pPr>
      <w:r>
        <w:rPr>
          <w:rFonts w:ascii="Times New Roman" w:hAnsi="Times New Roman" w:eastAsia="Times New Roman" w:cs="Times New Roman"/>
          <w:b/>
          <w:sz w:val="24"/>
        </w:rPr>
        <w:t>Privacy and Security Officer (the “Privacy and Security Officer”)</w:t>
      </w:r>
    </w:p>
    <w:p>
      <w:pPr>
        <w:keepNext w:val="0"/>
        <w:spacing w:before="200" w:after="0" w:line="260" w:lineRule="exact"/>
        <w:ind w:left="0" w:right="0" w:firstLine="0"/>
        <w:jc w:val="both"/>
      </w:pPr>
      <w:r>
        <w:rPr>
          <w:rFonts w:ascii="Times New Roman" w:hAnsi="Times New Roman" w:eastAsia="Times New Roman" w:cs="Times New Roman"/>
          <w:b w:val="0"/>
          <w:sz w:val="24"/>
        </w:rPr>
        <w:t>Name:</w:t>
      </w:r>
    </w:p>
    <w:p>
      <w:pPr>
        <w:keepNext w:val="0"/>
        <w:spacing w:before="200" w:after="0" w:line="260" w:lineRule="exact"/>
        <w:ind w:left="0" w:right="0" w:firstLine="0"/>
        <w:jc w:val="both"/>
      </w:pPr>
      <w:r>
        <w:rPr>
          <w:rFonts w:ascii="Times New Roman" w:hAnsi="Times New Roman" w:eastAsia="Times New Roman" w:cs="Times New Roman"/>
          <w:b w:val="0"/>
          <w:sz w:val="24"/>
        </w:rPr>
        <w:t>Title:</w:t>
      </w:r>
    </w:p>
    <w:p>
      <w:pPr>
        <w:keepNext w:val="0"/>
        <w:spacing w:before="200" w:after="0" w:line="260" w:lineRule="exact"/>
        <w:ind w:left="0" w:right="0" w:firstLine="0"/>
        <w:jc w:val="both"/>
      </w:pPr>
      <w:r>
        <w:rPr>
          <w:rFonts w:ascii="Times New Roman" w:hAnsi="Times New Roman" w:eastAsia="Times New Roman" w:cs="Times New Roman"/>
          <w:b w:val="0"/>
          <w:sz w:val="24"/>
        </w:rPr>
        <w:t>Address:</w:t>
      </w:r>
    </w:p>
    <w:p>
      <w:pPr>
        <w:keepNext w:val="0"/>
        <w:spacing w:before="200" w:after="0" w:line="260" w:lineRule="exact"/>
        <w:ind w:left="0" w:right="0" w:firstLine="0"/>
        <w:jc w:val="both"/>
      </w:pPr>
      <w:r>
        <w:rPr>
          <w:rFonts w:ascii="Times New Roman" w:hAnsi="Times New Roman" w:eastAsia="Times New Roman" w:cs="Times New Roman"/>
          <w:b w:val="0"/>
          <w:sz w:val="24"/>
        </w:rPr>
        <w:t>Phone:</w:t>
      </w:r>
    </w:p>
    <w:p>
      <w:pPr>
        <w:keepNext w:val="0"/>
        <w:spacing w:before="200" w:after="0" w:line="260" w:lineRule="exact"/>
        <w:ind w:left="0" w:right="0" w:firstLine="0"/>
        <w:jc w:val="both"/>
      </w:pPr>
      <w:r>
        <w:rPr>
          <w:rFonts w:ascii="Times New Roman" w:hAnsi="Times New Roman" w:eastAsia="Times New Roman" w:cs="Times New Roman"/>
          <w:b w:val="0"/>
          <w:sz w:val="24"/>
        </w:rPr>
        <w:t>Email:</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is responsible for the administration of policies and procedures relating to privacy, including, but not limited to this Privacy Policy and the Company’s HIPAA Use and Disclosure Procedures, and also serves as the person available to participants who have questions, concerns, or complaints about their PHI, as specified in the Notice of Privacy Practices and as further detailed here and in the Use and Disclosure Procedures.</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shall be responsible for the creation and execution of polices and procedure that will safeguard the security of your Protected Health Information that is in electronic form (“ePHI”).</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will also appoint those employees who will serve as the contact persons for Participants who have questions, concerns, or complaints about the privacy of their PHI.</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is responsible for ensuring that the Plan complies with the provisions of the HIPAA Privacy Rules regarding Business Associates. The Privacy and Security Officer shall also be responsible for monitoring compliance by all Business Associates with the HIPAA Privacy Rules and this Privacy Policy.</w:t>
      </w:r>
    </w:p>
    <w:p>
      <w:pPr>
        <w:keepNext w:val="0"/>
        <w:spacing w:before="240" w:after="0" w:line="260" w:lineRule="exact"/>
        <w:ind w:left="0" w:right="0" w:firstLine="0"/>
        <w:jc w:val="left"/>
      </w:pPr>
      <w:r>
        <w:rPr>
          <w:rFonts w:ascii="Times New Roman" w:hAnsi="Times New Roman" w:eastAsia="Times New Roman" w:cs="Times New Roman"/>
          <w:b/>
          <w:sz w:val="24"/>
        </w:rPr>
        <w:t>II. Persons With Access; Workforce Training</w:t>
      </w:r>
    </w:p>
    <w:p>
      <w:pPr>
        <w:keepNext w:val="0"/>
        <w:spacing w:before="200" w:after="0" w:line="260" w:lineRule="exact"/>
        <w:ind w:left="0" w:right="0" w:firstLine="0"/>
        <w:jc w:val="both"/>
      </w:pPr>
      <w:r>
        <w:rPr>
          <w:rFonts w:ascii="Times New Roman" w:hAnsi="Times New Roman" w:eastAsia="Times New Roman" w:cs="Times New Roman"/>
          <w:b w:val="0"/>
          <w:sz w:val="24"/>
        </w:rPr>
        <w:t>It is the Company’s policy to limit access to PHI to those who have need, and to train employees who have access to PHI, and others who use IIHI on its privacy policies and procedures. The Privacy and Security Officer has developed training schedules and programs so that employees who have access to PHI receive the training necessary and appropriate to permit them to carry out their functions within the Plan.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Initially, the Company has determined that the following positions (and their incumbents) will have access to PHI and will receive training: [the Benefits Manager; the Human Resources Manager; the Human Resources Assistant; and the Chief Financial Officer and Assistant to the Controller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Persons with Access shall be trained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their employment begins. Persons with Access may also be retrained: (i) on at least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(ii)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of when new policies and procedures are implemented; (iii)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of the Designated Employee’s functions being affected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in the Employer’s policies or procedures; (iv)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compliance issues; and (v) as deemed necessary in the sole discretion of the Privacy and Security Officer.</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or his/her designee, shall document that such training has taken place. Such documentation shall be retained in accordance with the Policy.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In addition, Privacy and Security Officer shall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statement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acceptance/acknowledgement of all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’s policies and procedures.</w:t>
      </w:r>
    </w:p>
    <w:p>
      <w:pPr>
        <w:keepNext w:val="0"/>
        <w:spacing w:before="240" w:after="0" w:line="260" w:lineRule="exact"/>
        <w:ind w:left="0" w:right="0" w:firstLine="0"/>
        <w:jc w:val="left"/>
      </w:pPr>
      <w:r>
        <w:rPr>
          <w:rFonts w:ascii="Times New Roman" w:hAnsi="Times New Roman" w:eastAsia="Times New Roman" w:cs="Times New Roman"/>
          <w:b/>
          <w:sz w:val="24"/>
        </w:rPr>
        <w:t>III. Technical and Physical Safeguards and Firewall</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To be adopted to particular Company techniques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The Company has established on behalf of the Plan appropriate technical and physical safeguards and procedures to prevent PHI from intentionally or unintentionally being used, accessed, or disclosed in violation of HIPAA’s requirements.</w:t>
      </w:r>
    </w:p>
    <w:p>
      <w:pPr>
        <w:keepNext w:val="0"/>
        <w:spacing w:before="200" w:after="0" w:line="260" w:lineRule="exact"/>
        <w:ind w:left="0" w:right="0" w:firstLine="0"/>
        <w:jc w:val="both"/>
      </w:pPr>
      <w:r>
        <w:rPr>
          <w:rFonts w:ascii="Times New Roman" w:hAnsi="Times New Roman" w:eastAsia="Times New Roman" w:cs="Times New Roman"/>
          <w:b w:val="0"/>
          <w:sz w:val="24"/>
        </w:rPr>
        <w:t>Technical safeguards</w:t>
      </w:r>
      <w:r>
        <w:rPr>
          <w:rFonts w:ascii="Times New Roman" w:hAnsi="Times New Roman" w:eastAsia="Times New Roman" w:cs="Times New Roman"/>
          <w:b w:val="0"/>
          <w:sz w:val="24"/>
        </w:rPr>
        <w:t xml:space="preserve"> include limiting access to information by creating computer firewalls: PHI contained in electronic form shall only reside on personal computers used by Persons With Access, and no other computers shall have access to such information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network or otherwise; each such computer shall have password-protected access and automatic shut-off after non-use; and users shall use reasonable means to shield computer screens when accessing PHI to avoid others from viewing the screen.</w:t>
      </w:r>
    </w:p>
    <w:p>
      <w:pPr>
        <w:keepNext w:val="0"/>
        <w:spacing w:before="200" w:after="0" w:line="260" w:lineRule="exact"/>
        <w:ind w:left="0" w:right="0" w:firstLine="0"/>
        <w:jc w:val="both"/>
      </w:pPr>
      <w:r>
        <w:rPr>
          <w:rFonts w:ascii="Times New Roman" w:hAnsi="Times New Roman" w:eastAsia="Times New Roman" w:cs="Times New Roman"/>
          <w:b w:val="0"/>
          <w:sz w:val="24"/>
        </w:rPr>
        <w:t>Physical safeguards</w:t>
      </w:r>
      <w:r>
        <w:rPr>
          <w:rFonts w:ascii="Times New Roman" w:hAnsi="Times New Roman" w:eastAsia="Times New Roman" w:cs="Times New Roman"/>
          <w:b w:val="0"/>
          <w:sz w:val="24"/>
        </w:rPr>
        <w:t xml:space="preserve"> include keeping PHI stored in enclosed offices with the doors locked when not occupied by Persons With Access, or in locked filing cabinets, all with access limited to Persons With Access. No papers containing PHI shall be left unattended (such as left out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desk) unless behind locked doors with limited access. Personnel shall conduct telephone conversations involving PHI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enclosed office behind closed doors whenever possible and otherwise lower voices and take similar action to avoid others from overhearing the conversation. The office area which the Persons With Access inhabit will be further removed by partitions or other techniques from the office areas occupied by other personnel. PHI no longer in use will be shredded or electronically deleted.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dedicated fax machine will be located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enclosed office generally accessible only to the Persons With Access.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[Other procedures include limiting personnel who have use and disclosure of PHI to those Persons With Access set forth in Article II,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 xml:space="preserve">. In that respect, identified persons with access (currently </w:t>
      </w:r>
      <w:r>
        <w:rPr>
          <w:rFonts w:ascii="Times New Roman" w:hAnsi="Times New Roman" w:eastAsia="Times New Roman" w:cs="Times New Roman"/>
          <w:b w:val="0"/>
          <w:sz w:val="24"/>
        </w:rPr>
        <w:t>[</w:t>
      </w:r>
      <w:r>
        <w:rPr>
          <w:rFonts w:ascii="Times New Roman" w:hAnsi="Times New Roman" w:eastAsia="Times New Roman" w:cs="Times New Roman"/>
          <w:b w:val="0"/>
          <w:sz w:val="24"/>
        </w:rPr>
        <w:t>number</w:t>
      </w:r>
      <w:r>
        <w:rPr>
          <w:rFonts w:ascii="Times New Roman" w:hAnsi="Times New Roman" w:eastAsia="Times New Roman" w:cs="Times New Roman"/>
          <w:b w:val="0"/>
          <w:sz w:val="24"/>
        </w:rPr>
        <w:t>]</w:t>
      </w:r>
      <w:r>
        <w:rPr>
          <w:rFonts w:ascii="Times New Roman" w:hAnsi="Times New Roman" w:eastAsia="Times New Roman" w:cs="Times New Roman"/>
          <w:b w:val="0"/>
          <w:sz w:val="24"/>
        </w:rPr>
        <w:t>) has been reduced from members of the Workforce previously having access to PHI.]</w:t>
      </w:r>
    </w:p>
    <w:p>
      <w:pPr>
        <w:keepNext w:val="0"/>
        <w:spacing w:before="200" w:after="0" w:line="260" w:lineRule="exact"/>
        <w:ind w:left="0" w:right="0" w:firstLine="0"/>
        <w:jc w:val="both"/>
      </w:pPr>
      <w:r>
        <w:rPr>
          <w:rFonts w:ascii="Times New Roman" w:hAnsi="Times New Roman" w:eastAsia="Times New Roman" w:cs="Times New Roman"/>
          <w:b w:val="0"/>
          <w:sz w:val="24"/>
        </w:rPr>
        <w:t>As they are further developed and coordinated with implementation features under the HIPAA Security Standard, additional or revised safeguards will be set forth in more detail by amendment of this section and the Use and Disclosure Procedures.</w:t>
      </w:r>
    </w:p>
    <w:p>
      <w:pPr>
        <w:keepNext w:val="0"/>
        <w:spacing w:before="200" w:after="0" w:line="260" w:lineRule="exact"/>
        <w:ind w:left="0" w:right="0" w:firstLine="0"/>
        <w:jc w:val="both"/>
      </w:pPr>
      <w:r>
        <w:rPr>
          <w:rFonts w:ascii="Times New Roman" w:hAnsi="Times New Roman" w:eastAsia="Times New Roman" w:cs="Times New Roman"/>
          <w:b w:val="0"/>
          <w:sz w:val="24"/>
        </w:rPr>
        <w:t>The above safeguards are intended to ensure that only authorized employees have access to PHI, that they have access to only the minimum amount of PHI necessary for Plan administrative functions, and that they do not further use or disclose PHI in violation of the Privacy Rule.</w:t>
      </w:r>
    </w:p>
    <w:p>
      <w:pPr>
        <w:keepNext w:val="0"/>
        <w:spacing w:before="240" w:after="0" w:line="260" w:lineRule="exact"/>
        <w:ind w:left="0" w:right="0" w:firstLine="0"/>
        <w:jc w:val="left"/>
      </w:pPr>
      <w:r>
        <w:rPr>
          <w:rFonts w:ascii="Times New Roman" w:hAnsi="Times New Roman" w:eastAsia="Times New Roman" w:cs="Times New Roman"/>
          <w:b/>
          <w:sz w:val="24"/>
        </w:rPr>
        <w:t>IV. Privacy Notice</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will maintain and, as necessary, update the Plan’s Notice of the Privacy Practices which describes the uses and disclosures of PHI that may be made by the Plan; the individual’s rights with respect to use and disclosure of PHI; and the Plan’s legal duties with respect to the PHI.</w:t>
      </w:r>
    </w:p>
    <w:p>
      <w:pPr>
        <w:keepNext w:val="0"/>
        <w:spacing w:before="200" w:after="0" w:line="260" w:lineRule="exact"/>
        <w:ind w:left="0" w:right="0" w:firstLine="0"/>
        <w:jc w:val="both"/>
      </w:pPr>
      <w:r>
        <w:rPr>
          <w:rFonts w:ascii="Times New Roman" w:hAnsi="Times New Roman" w:eastAsia="Times New Roman" w:cs="Times New Roman"/>
          <w:b w:val="0"/>
          <w:sz w:val="24"/>
        </w:rPr>
        <w:t>The Notice informs participants that the Company and certain third parties as described therein (insurers and third-party administrators) will have access to PHI in connection with Plan administrative functions. The Notice also provides details of the Company’s complaint procedures specifically for HIPAA Privacy, the name and telephone number of the Privacy and Security Officer who may be contacted for further information and assistance; and the date of the Notice, among other elements.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Notice of Privacy Practices will be individually delivered to all participants no later than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Notice will be delivered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basis after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at the time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enrollment in the Plan; and within 60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to the Notice. The Plan also will provide notice of availability of the Notice at least once every three years.</w:t>
      </w:r>
    </w:p>
    <w:p>
      <w:pPr>
        <w:keepNext w:val="0"/>
        <w:spacing w:before="240" w:after="0" w:line="260" w:lineRule="exact"/>
        <w:ind w:left="0" w:right="0" w:firstLine="0"/>
        <w:jc w:val="left"/>
      </w:pPr>
      <w:r>
        <w:rPr>
          <w:rFonts w:ascii="Times New Roman" w:hAnsi="Times New Roman" w:eastAsia="Times New Roman" w:cs="Times New Roman"/>
          <w:b/>
          <w:sz w:val="24"/>
        </w:rPr>
        <w:t>V. Complaints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Privacy and Security Officer is responsible for administering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 for individuals to lodge complaints about the Plan’s privacy procedures.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complaint procedure is attached hereto and shall be provided to any participant upon request.</w:t>
      </w:r>
    </w:p>
    <w:p>
      <w:pPr>
        <w:keepNext w:val="0"/>
        <w:spacing w:before="240" w:after="0" w:line="260" w:lineRule="exact"/>
        <w:ind w:left="0" w:right="0" w:firstLine="0"/>
        <w:jc w:val="left"/>
      </w:pPr>
      <w:r>
        <w:rPr>
          <w:rFonts w:ascii="Times New Roman" w:hAnsi="Times New Roman" w:eastAsia="Times New Roman" w:cs="Times New Roman"/>
          <w:b/>
          <w:sz w:val="24"/>
        </w:rPr>
        <w:t>VI. Sanctions for Violations of Privacy Policy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Sanctions for using or disclosing PHI in violation of this HIPAA Privacy Policy will be imposed in accordance </w:t>
      </w:r>
      <w:r>
        <w:rPr>
          <w:rFonts w:ascii="Times New Roman" w:hAnsi="Times New Roman" w:eastAsia="Times New Roman" w:cs="Times New Roman"/>
          <w:b w:val="0"/>
          <w:sz w:val="24"/>
        </w:rPr>
        <w:t>[</w:t>
      </w:r>
      <w:r>
        <w:rPr>
          <w:rFonts w:ascii="Times New Roman" w:hAnsi="Times New Roman" w:eastAsia="Times New Roman" w:cs="Times New Roman"/>
          <w:b w:val="0"/>
          <w:sz w:val="24"/>
        </w:rPr>
        <w:t>with the Company’s progressive discipline policy as set forth in its Employee Handbook</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40" w:after="0" w:line="260" w:lineRule="exact"/>
        <w:ind w:left="0" w:right="0" w:firstLine="0"/>
        <w:jc w:val="left"/>
      </w:pPr>
      <w:r>
        <w:rPr>
          <w:rFonts w:ascii="Times New Roman" w:hAnsi="Times New Roman" w:eastAsia="Times New Roman" w:cs="Times New Roman"/>
          <w:b/>
          <w:sz w:val="24"/>
        </w:rPr>
        <w:t>VII. Mitigation of Inadvertent Disclosures of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Company shall mitigate, to the extent possible, any harmful effects that become known to 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disclosure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in violation of the policies and procedures set forth in this Policy.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becomes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PHI which violates this Policy, either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Plan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administrator or insurer, the employee may contact the Privacy and Security Officer so that the appropriate steps can be taken to mitigate the harm to the participant. [(</w:t>
      </w:r>
      <w:r>
        <w:rPr>
          <w:rFonts w:ascii="Times New Roman" w:hAnsi="Times New Roman" w:eastAsia="Times New Roman" w:cs="Times New Roman"/>
          <w:b w:val="0"/>
          <w:sz w:val="24"/>
        </w:rPr>
        <w:t>See also</w:t>
      </w:r>
      <w:r>
        <w:rPr>
          <w:rFonts w:ascii="Times New Roman" w:hAnsi="Times New Roman" w:eastAsia="Times New Roman" w:cs="Times New Roman"/>
          <w:b w:val="0"/>
          <w:sz w:val="24"/>
        </w:rPr>
        <w:t xml:space="preserve"> Form 49.05-3, Use and Disclosure Procedures.)]</w:t>
      </w:r>
    </w:p>
    <w:p>
      <w:pPr>
        <w:keepNext w:val="0"/>
        <w:spacing w:before="240" w:after="0" w:line="260" w:lineRule="exact"/>
        <w:ind w:left="0" w:right="0" w:firstLine="0"/>
        <w:jc w:val="left"/>
      </w:pPr>
      <w:r>
        <w:rPr>
          <w:rFonts w:ascii="Times New Roman" w:hAnsi="Times New Roman" w:eastAsia="Times New Roman" w:cs="Times New Roman"/>
          <w:b/>
          <w:sz w:val="24"/>
        </w:rPr>
        <w:t>VIII. Breach Notification Requirements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will comply with the requirements of the Health Information Technology for Economic and Clinical Health Act (the “HITECH Act”) and 45 C.F.R. §§ 164.400–414 in implementing regulations with respect to notifications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security incident related to unsecured PHI.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becomes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breach or security incident related to unsecured PHI, the employee shall contact the Privacy and Security Officer. Promptly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suspected breach of unsecured PHI, the Privacy and Security Officer shall direct and undertake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to determine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occurred and the scope of such breach.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reportable breach only if all of the following have occurred, as determined by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 xml:space="preserve">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HIPAA Privacy Rules involving “unsecured” PHI.</w:t>
      </w:r>
    </w:p>
    <w:p>
      <w:pPr>
        <w:keepNext w:val="0"/>
        <w:spacing w:before="120" w:after="0" w:line="260" w:lineRule="exact"/>
        <w:ind w:right="0"/>
        <w:jc w:val="both"/>
      </w:pPr>
      <w:r>
        <w:rPr>
          <w:rFonts w:ascii="Times New Roman" w:hAnsi="Times New Roman" w:eastAsia="Times New Roman" w:cs="Times New Roman"/>
          <w:b w:val="0"/>
          <w:sz w:val="24"/>
        </w:rPr>
        <w:t>The violation involved unauthorized access, use, acquisition, or disclosure of unsecured PHI.</w:t>
      </w:r>
    </w:p>
    <w:p>
      <w:pPr>
        <w:keepNext w:val="0"/>
        <w:spacing w:before="120" w:after="0" w:line="260" w:lineRule="exact"/>
        <w:ind w:right="0"/>
        <w:jc w:val="both"/>
      </w:pPr>
      <w:r>
        <w:rPr>
          <w:rFonts w:ascii="Times New Roman" w:hAnsi="Times New Roman" w:eastAsia="Times New Roman" w:cs="Times New Roman"/>
          <w:b w:val="0"/>
          <w:sz w:val="24"/>
        </w:rPr>
        <w:t xml:space="preserve">The violation resulted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risk of harm to the individual(s) whose unsecured PHI was involved.</w:t>
      </w:r>
    </w:p>
    <w:p>
      <w:pPr>
        <w:keepNext w:val="0"/>
        <w:spacing w:before="120" w:after="0" w:line="260" w:lineRule="exact"/>
        <w:ind w:right="0"/>
        <w:jc w:val="both"/>
      </w:pPr>
      <w:r>
        <w:rPr>
          <w:rFonts w:ascii="Times New Roman" w:hAnsi="Times New Roman" w:eastAsia="Times New Roman" w:cs="Times New Roman"/>
          <w:b w:val="0"/>
          <w:sz w:val="24"/>
        </w:rPr>
        <w:t>No exception applies under applicable law.</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the Privacy and Security Officer determines that there was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risk of harm to the affected individual(s), the Plan will document the determination in writing and keep the documentation on file.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shall, following the discovery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that is required to be reported, notify each individual whose unsecured PHI has been, or is reasonably believed by the Plan to have been, accessed, acquired, used, or disclosed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 as well as the Secretary of DHHS.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involving 500 or more residents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jurisdiction, the Plan shall notify prominent media outlets serving the state or jurisdiction.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involving 500 or more individuals, the Plan shall notify the Secretary of DHHS contemporaneously with the notice to affected individuals and in the manner specified on the DHHS website.</w:t>
      </w:r>
    </w:p>
    <w:p>
      <w:pPr>
        <w:keepNext w:val="0"/>
        <w:spacing w:before="200" w:after="0" w:line="260" w:lineRule="exact"/>
        <w:ind w:left="0" w:right="0" w:firstLine="0"/>
        <w:jc w:val="both"/>
      </w:pPr>
      <w:r>
        <w:rPr>
          <w:rFonts w:ascii="Times New Roman" w:hAnsi="Times New Roman" w:eastAsia="Times New Roman" w:cs="Times New Roman"/>
          <w:b w:val="0"/>
          <w:sz w:val="24"/>
        </w:rPr>
        <w:t>The above notices shall be provided without unreasonable delay and in no case later than 60 days after discovery of the breach and shall comply with the requirements of the HITECH Act and 45 C.F.R. §§ 164.400–414 in implementing regulations with respect to the content and method of notification.</w:t>
      </w:r>
    </w:p>
    <w:p>
      <w:pPr>
        <w:keepNext w:val="0"/>
        <w:spacing w:before="200" w:after="0" w:line="260" w:lineRule="exact"/>
        <w:ind w:left="0" w:right="0" w:firstLine="0"/>
        <w:jc w:val="both"/>
      </w:pPr>
      <w:r>
        <w:rPr>
          <w:rFonts w:ascii="Times New Roman" w:hAnsi="Times New Roman" w:eastAsia="Times New Roman" w:cs="Times New Roman"/>
          <w:b/>
          <w:sz w:val="24"/>
        </w:rPr>
        <w:t>Breach Notification Definitions</w:t>
      </w:r>
    </w:p>
    <w:p>
      <w:pPr>
        <w:keepNext w:val="0"/>
        <w:spacing w:before="120" w:after="0" w:line="260" w:lineRule="exact"/>
        <w:ind w:right="0"/>
        <w:jc w:val="both"/>
      </w:pPr>
      <w:r>
        <w:rPr>
          <w:rFonts w:ascii="Times New Roman" w:hAnsi="Times New Roman" w:eastAsia="Times New Roman" w:cs="Times New Roman"/>
          <w:b w:val="0"/>
          <w:sz w:val="24"/>
        </w:rPr>
        <w:t>Breach.</w:t>
      </w:r>
      <w:r>
        <w:rPr>
          <w:rFonts w:ascii="Times New Roman" w:hAnsi="Times New Roman" w:eastAsia="Times New Roman" w:cs="Times New Roman"/>
          <w:b w:val="0"/>
          <w:sz w:val="24"/>
        </w:rPr>
        <w:t xml:space="preserve"> The acquisition, access, use, or disclosure of PHI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 which compromises the security or privacy of the PHI. For purposes of this definition, </w:t>
      </w:r>
      <w:r>
        <w:rPr>
          <w:rFonts w:ascii="Times New Roman" w:hAnsi="Times New Roman" w:eastAsia="Times New Roman" w:cs="Times New Roman"/>
          <w:b w:val="0"/>
          <w:sz w:val="24"/>
        </w:rPr>
        <w:t>compromises the security or privacy of the PHI</w:t>
      </w:r>
      <w:r>
        <w:rPr>
          <w:rFonts w:ascii="Times New Roman" w:hAnsi="Times New Roman" w:eastAsia="Times New Roman" w:cs="Times New Roman"/>
          <w:b w:val="0"/>
          <w:sz w:val="24"/>
        </w:rPr>
        <w:t xml:space="preserve"> means 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risk of financial, reputational, or other harm to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disclosure of PHI that does not include the identifiers listed at 45 C.F.R. § 164.514(e)(2), date of birth, and zip code does not compromise the security or privacy of the protected health information.</w:t>
      </w:r>
    </w:p>
    <w:p>
      <w:pPr>
        <w:keepNext w:val="0"/>
        <w:spacing w:before="120" w:after="0" w:line="260" w:lineRule="exact"/>
        <w:ind w:left="720" w:right="0"/>
        <w:jc w:val="both"/>
      </w:pPr>
      <w:r>
        <w:rPr>
          <w:rFonts w:ascii="Times New Roman" w:hAnsi="Times New Roman" w:eastAsia="Times New Roman" w:cs="Times New Roman"/>
          <w:b w:val="0"/>
          <w:sz w:val="24"/>
        </w:rPr>
        <w:t>Breach</w:t>
      </w:r>
      <w:r>
        <w:rPr>
          <w:rFonts w:ascii="Times New Roman" w:hAnsi="Times New Roman" w:eastAsia="Times New Roman" w:cs="Times New Roman"/>
          <w:b w:val="0"/>
          <w:sz w:val="24"/>
        </w:rPr>
        <w:t xml:space="preserve"> excludes:</w:t>
      </w:r>
    </w:p>
    <w:p>
      <w:pPr>
        <w:keepNext w:val="0"/>
        <w:spacing w:before="120" w:after="0" w:line="260" w:lineRule="exact"/>
        <w:ind w:right="0"/>
        <w:jc w:val="both"/>
      </w:pPr>
      <w:r>
        <w:rPr>
          <w:rFonts w:ascii="Times New Roman" w:hAnsi="Times New Roman" w:eastAsia="Times New Roman" w:cs="Times New Roman"/>
          <w:b w:val="0"/>
          <w:sz w:val="24"/>
        </w:rPr>
        <w:t xml:space="preserve">Any unintentional acquisition, access, or use of protected health information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workforce member or person acting under the authority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if such acquisition, access, or use was made in good faith and within the scope of authority and does not result in further use or disclosure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w:t>
      </w:r>
    </w:p>
    <w:p>
      <w:pPr>
        <w:keepNext w:val="0"/>
        <w:spacing w:before="120" w:after="0" w:line="260" w:lineRule="exact"/>
        <w:ind w:right="0"/>
        <w:jc w:val="both"/>
      </w:pPr>
      <w:r>
        <w:rPr>
          <w:rFonts w:ascii="Times New Roman" w:hAnsi="Times New Roman" w:eastAsia="Times New Roman" w:cs="Times New Roman"/>
          <w:b w:val="0"/>
          <w:sz w:val="24"/>
        </w:rPr>
        <w:t xml:space="preserve">Any inadvertent disclosure of PHI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Access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operated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or business associate to another person similarly situation at the same facility and the information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disclosure is not further acquired, accessed, used or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PHI where the Plan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belief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person to whom the disclosure was made would not reasonably have been able to retain such information.</w:t>
      </w:r>
    </w:p>
    <w:p>
      <w:pPr>
        <w:keepNext w:val="0"/>
        <w:spacing w:before="120" w:after="0" w:line="260" w:lineRule="exact"/>
        <w:ind w:right="0"/>
        <w:jc w:val="both"/>
      </w:pPr>
      <w:r>
        <w:rPr>
          <w:rFonts w:ascii="Times New Roman" w:hAnsi="Times New Roman" w:eastAsia="Times New Roman" w:cs="Times New Roman"/>
          <w:b w:val="0"/>
          <w:sz w:val="24"/>
        </w:rPr>
        <w:t>Unsecured PHI.</w:t>
      </w:r>
      <w:r>
        <w:rPr>
          <w:rFonts w:ascii="Times New Roman" w:hAnsi="Times New Roman" w:eastAsia="Times New Roman" w:cs="Times New Roman"/>
          <w:b w:val="0"/>
          <w:sz w:val="24"/>
        </w:rPr>
        <w:t xml:space="preserve"> PHI that is not rendered unusable, unreadable, or indecipherable to unauthorized individuals through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technology or methodology specified by the Secretary of DHHS in the guidance issued under the HITECH Act on the DHHS website.</w:t>
      </w:r>
    </w:p>
    <w:p>
      <w:pPr>
        <w:keepNext w:val="0"/>
        <w:spacing w:before="240" w:after="0" w:line="260" w:lineRule="exact"/>
        <w:ind w:left="0" w:right="0" w:firstLine="0"/>
        <w:jc w:val="left"/>
      </w:pPr>
      <w:r>
        <w:rPr>
          <w:rFonts w:ascii="Times New Roman" w:hAnsi="Times New Roman" w:eastAsia="Times New Roman" w:cs="Times New Roman"/>
          <w:b/>
          <w:sz w:val="24"/>
        </w:rPr>
        <w:t>IX. No Intimidating or Retaliatory Acts; No Waiver of HIPAA Privacy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No employee may intimidate, threaten, coerce, discriminate against, or take other retaliatory action against individuals for exercising their rights,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participating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or opposing any improper practice under HIPAA.</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No individual shall be required to waive his or her privacy rights under HIPAA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treatment, payment, enrollment or eligibility.</w:t>
      </w:r>
    </w:p>
    <w:p>
      <w:pPr>
        <w:keepNext w:val="0"/>
        <w:spacing w:before="240" w:after="0" w:line="260" w:lineRule="exact"/>
        <w:ind w:left="0" w:right="0" w:firstLine="0"/>
        <w:jc w:val="left"/>
      </w:pPr>
      <w:r>
        <w:rPr>
          <w:rFonts w:ascii="Times New Roman" w:hAnsi="Times New Roman" w:eastAsia="Times New Roman" w:cs="Times New Roman"/>
          <w:b/>
          <w:sz w:val="24"/>
        </w:rPr>
        <w:t>X. Plan Documents</w:t>
      </w:r>
    </w:p>
    <w:p>
      <w:pPr>
        <w:keepNext w:val="0"/>
        <w:spacing w:before="200" w:after="0" w:line="260" w:lineRule="exact"/>
        <w:ind w:left="0" w:right="0" w:firstLine="0"/>
        <w:jc w:val="both"/>
      </w:pPr>
      <w:r>
        <w:rPr>
          <w:rFonts w:ascii="Times New Roman" w:hAnsi="Times New Roman" w:eastAsia="Times New Roman" w:cs="Times New Roman"/>
          <w:b w:val="0"/>
          <w:sz w:val="24"/>
        </w:rPr>
        <w:t>The Plan Documents shall include provisions to incorporate descriptions, as set forth in the Use and Disclosure Procedures, of the permitted and required uses and disclosures of PHI by the Company for Plan administrative purposes. Specifically, the Plan Documents shall require the Company to:</w:t>
      </w:r>
    </w:p>
    <w:p>
      <w:pPr>
        <w:keepNext w:val="0"/>
        <w:spacing w:before="120" w:after="0" w:line="260" w:lineRule="exact"/>
        <w:ind w:right="0"/>
        <w:jc w:val="both"/>
      </w:pPr>
      <w:r>
        <w:rPr>
          <w:rFonts w:ascii="Times New Roman" w:hAnsi="Times New Roman" w:eastAsia="Times New Roman" w:cs="Times New Roman"/>
          <w:b w:val="0"/>
          <w:sz w:val="24"/>
        </w:rPr>
        <w:t>not use or further disclose PHI, other than as permitted by the Plan Documents or as required by law;</w:t>
      </w:r>
    </w:p>
    <w:p>
      <w:pPr>
        <w:keepNext w:val="0"/>
        <w:spacing w:before="120" w:after="0" w:line="260" w:lineRule="exact"/>
        <w:ind w:right="0"/>
        <w:jc w:val="both"/>
      </w:pPr>
      <w:r>
        <w:rPr>
          <w:rFonts w:ascii="Times New Roman" w:hAnsi="Times New Roman" w:eastAsia="Times New Roman" w:cs="Times New Roman"/>
          <w:b w:val="0"/>
          <w:sz w:val="24"/>
        </w:rPr>
        <w:t>ensure that any agents or subcontractors to whom it provides PHI received from the Plan agree to the same restrictions and conditions that apply to the Company;</w:t>
      </w:r>
    </w:p>
    <w:p>
      <w:pPr>
        <w:keepNext w:val="0"/>
        <w:spacing w:before="120" w:after="0" w:line="260" w:lineRule="exact"/>
        <w:ind w:right="0"/>
        <w:jc w:val="both"/>
      </w:pPr>
      <w:r>
        <w:rPr>
          <w:rFonts w:ascii="Times New Roman" w:hAnsi="Times New Roman" w:eastAsia="Times New Roman" w:cs="Times New Roman"/>
          <w:b w:val="0"/>
          <w:sz w:val="24"/>
        </w:rPr>
        <w:t>not use or disclose PHI for employment-related actions or in connection with any other employee benefit plan (except those within the Company’s “organized health care arrangement”, required disclosures for workers’ compensation purposes and the reallocation of employee claims from the Plan to workers’ compensation, as appropriate);</w:t>
      </w:r>
    </w:p>
    <w:p>
      <w:pPr>
        <w:keepNext w:val="0"/>
        <w:spacing w:before="120" w:after="0" w:line="260" w:lineRule="exact"/>
        <w:ind w:right="0"/>
        <w:jc w:val="both"/>
      </w:pPr>
      <w:r>
        <w:rPr>
          <w:rFonts w:ascii="Times New Roman" w:hAnsi="Times New Roman" w:eastAsia="Times New Roman" w:cs="Times New Roman"/>
          <w:b w:val="0"/>
          <w:sz w:val="24"/>
        </w:rPr>
        <w:t>report to the Privacy and Security Officer any use or disclosure of the PHI that is inconsistent with permitted uses or disclosures;</w:t>
      </w:r>
    </w:p>
    <w:p>
      <w:pPr>
        <w:keepNext w:val="0"/>
        <w:spacing w:before="120" w:after="0" w:line="260" w:lineRule="exact"/>
        <w:ind w:right="0"/>
        <w:jc w:val="both"/>
      </w:pPr>
      <w:r>
        <w:rPr>
          <w:rFonts w:ascii="Times New Roman" w:hAnsi="Times New Roman" w:eastAsia="Times New Roman" w:cs="Times New Roman"/>
          <w:b w:val="0"/>
          <w:sz w:val="24"/>
        </w:rPr>
        <w:t xml:space="preserve">make PHI available to Plan participants, consider their requests for amendments thereof and, upon request, provide them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PHI disclosures;</w:t>
      </w:r>
    </w:p>
    <w:p>
      <w:pPr>
        <w:keepNext w:val="0"/>
        <w:spacing w:before="120" w:after="0" w:line="260" w:lineRule="exact"/>
        <w:ind w:right="0"/>
        <w:jc w:val="both"/>
      </w:pPr>
      <w:r>
        <w:rPr>
          <w:rFonts w:ascii="Times New Roman" w:hAnsi="Times New Roman" w:eastAsia="Times New Roman" w:cs="Times New Roman"/>
          <w:b w:val="0"/>
          <w:sz w:val="24"/>
        </w:rPr>
        <w:t>make the Company’s internal practices and records relating to the use and disclosure of PHI received from the Plan available to DHHS upon request; and</w:t>
      </w:r>
    </w:p>
    <w:p>
      <w:pPr>
        <w:keepNext w:val="0"/>
        <w:spacing w:before="120" w:after="0" w:line="260" w:lineRule="exact"/>
        <w:ind w:right="0"/>
        <w:jc w:val="both"/>
      </w:pPr>
      <w:r>
        <w:rPr>
          <w:rFonts w:ascii="Times New Roman" w:hAnsi="Times New Roman" w:eastAsia="Times New Roman" w:cs="Times New Roman"/>
          <w:b w:val="0"/>
          <w:sz w:val="24"/>
        </w:rPr>
        <w:t>if feasible, return or destroy all PHI received from the Plan by the Company and retain no copies of such information when no longer needed for the purpose for which disclosure was made, except that, if such return or destruction is not feasible, limit further uses and disclosures to those purposes that make the return or destruction of the information infeasible.</w:t>
      </w:r>
    </w:p>
    <w:p>
      <w:pPr>
        <w:keepNext w:val="0"/>
        <w:spacing w:before="200" w:after="0" w:line="260" w:lineRule="exact"/>
        <w:ind w:left="0" w:right="0" w:firstLine="0"/>
        <w:jc w:val="both"/>
      </w:pPr>
      <w:r>
        <w:rPr>
          <w:rFonts w:ascii="Times New Roman" w:hAnsi="Times New Roman" w:eastAsia="Times New Roman" w:cs="Times New Roman"/>
          <w:b w:val="0"/>
          <w:sz w:val="24"/>
        </w:rPr>
        <w:t>[The Plan Documents as amended also will require the Company to (1) certify that the Plan Documents have been amended to include the above restrictions and that the Company agrees to those restrictions; and (2) provide adequate firewalls.</w:t>
      </w:r>
    </w:p>
    <w:p>
      <w:pPr>
        <w:keepNext w:val="0"/>
        <w:spacing w:before="200" w:after="0" w:line="260" w:lineRule="exact"/>
        <w:ind w:left="0" w:right="0" w:firstLine="0"/>
        <w:jc w:val="both"/>
      </w:pPr>
      <w:r>
        <w:rPr>
          <w:rFonts w:ascii="Times New Roman" w:hAnsi="Times New Roman" w:eastAsia="Times New Roman" w:cs="Times New Roman"/>
          <w:b w:val="0"/>
          <w:sz w:val="24"/>
        </w:rPr>
        <w:t>For these purposes, “Plan Documents” shall mean the documents of the Plan as more fully described in the HIPAA Plan Amendment by the Company.]</w:t>
      </w:r>
    </w:p>
    <w:p>
      <w:pPr>
        <w:keepNext w:val="0"/>
        <w:spacing w:before="240" w:after="0" w:line="260" w:lineRule="exact"/>
        <w:ind w:left="0" w:right="0" w:firstLine="0"/>
        <w:jc w:val="left"/>
      </w:pPr>
      <w:r>
        <w:rPr>
          <w:rFonts w:ascii="Times New Roman" w:hAnsi="Times New Roman" w:eastAsia="Times New Roman" w:cs="Times New Roman"/>
          <w:b/>
          <w:sz w:val="24"/>
        </w:rPr>
        <w:t>XI. Documentation and Document Retention</w:t>
      </w:r>
    </w:p>
    <w:p>
      <w:pPr>
        <w:keepNext w:val="0"/>
        <w:spacing w:before="200" w:after="0" w:line="260" w:lineRule="exact"/>
        <w:ind w:left="0" w:right="0" w:firstLine="0"/>
        <w:jc w:val="both"/>
      </w:pPr>
      <w:r>
        <w:rPr>
          <w:rFonts w:ascii="Times New Roman" w:hAnsi="Times New Roman" w:eastAsia="Times New Roman" w:cs="Times New Roman"/>
          <w:b w:val="0"/>
          <w:sz w:val="24"/>
        </w:rPr>
        <w:t>The Plan’s and the Company’s privacy policies and procedures shall be documented and maintained for at least six years. Policies and procedures must be changed as necessary or appropriate to comply with changes in the law, standards, requirements and implementation specifications (including changes and modifications in regulations). Any changes to policies or procedures must promptly be documented.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law impacts the Notice, the Notice must promptly be revised and made available in such revised form. Such change is effective only with respect to PHI created or received after the effective date of the Notice.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and the Company shall document certain events and actions (including authorizations, requests for information, sanctions, and complaints)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privacy rights, as further set forth in the Use and Disclosure Procedures. The documentation of any policies and procedures, actions, activities and designations may be maintained in either written or electronic form. Covered entities must maintain such documentation for at least six years, beginning with documents created on or after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p>
    <w:p>
      <w:pPr>
        <w:keepNext w:val="0"/>
        <w:spacing w:before="240" w:after="0" w:line="260" w:lineRule="exact"/>
        <w:ind w:left="0" w:right="0" w:firstLine="0"/>
        <w:jc w:val="left"/>
      </w:pPr>
      <w:r>
        <w:rPr>
          <w:rFonts w:ascii="Times New Roman" w:hAnsi="Times New Roman" w:eastAsia="Times New Roman" w:cs="Times New Roman"/>
          <w:b/>
          <w:sz w:val="24"/>
        </w:rPr>
        <w:t>Policies on Use and Disclosure of PHI</w:t>
      </w:r>
    </w:p>
    <w:p>
      <w:pPr>
        <w:keepNext w:val="0"/>
        <w:spacing w:before="240" w:after="0" w:line="260" w:lineRule="exact"/>
        <w:ind w:left="0" w:right="0" w:firstLine="0"/>
        <w:jc w:val="left"/>
      </w:pPr>
      <w:r>
        <w:rPr>
          <w:rFonts w:ascii="Times New Roman" w:hAnsi="Times New Roman" w:eastAsia="Times New Roman" w:cs="Times New Roman"/>
          <w:b/>
          <w:sz w:val="24"/>
        </w:rPr>
        <w:t>I. Use and Disclosure Defined</w:t>
      </w:r>
    </w:p>
    <w:p>
      <w:pPr>
        <w:keepNext w:val="0"/>
        <w:spacing w:before="200" w:after="0" w:line="260" w:lineRule="exact"/>
        <w:ind w:left="0" w:right="0" w:firstLine="0"/>
        <w:jc w:val="both"/>
      </w:pPr>
      <w:r>
        <w:rPr>
          <w:rFonts w:ascii="Times New Roman" w:hAnsi="Times New Roman" w:eastAsia="Times New Roman" w:cs="Times New Roman"/>
          <w:b w:val="0"/>
          <w:sz w:val="24"/>
        </w:rPr>
        <w:t>The Company and the Plan will use and disclose PHI only as permitted under HIPAA. The terms “use” and “disclosure” are defined as follows: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disclosure and/or utilization of individually identifiable health information (IIHI) by any Company Personnel with Access, by the Insurers for the fully-insured benefits as set forth in the Notice,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(defined below) of the Plan.</w:t>
      </w:r>
    </w:p>
    <w:p>
      <w:pPr>
        <w:keepNext w:val="0"/>
        <w:spacing w:before="240" w:after="0" w:line="260" w:lineRule="exact"/>
        <w:ind w:left="0" w:right="0" w:firstLine="0"/>
        <w:jc w:val="left"/>
      </w:pPr>
      <w:r>
        <w:rPr>
          <w:rFonts w:ascii="Times New Roman" w:hAnsi="Times New Roman" w:eastAsia="Times New Roman" w:cs="Times New Roman"/>
          <w:b/>
          <w:sz w:val="24"/>
        </w:rPr>
        <w:t>II. Workforce Must Comply with Company’s Policy and Procedures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All Persons With Access must comply with this Policy and with the Company’s HIPAA Use and Disclosure Procedures, which are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w:t>
      </w:r>
    </w:p>
    <w:p>
      <w:pPr>
        <w:keepNext w:val="0"/>
        <w:spacing w:before="240" w:after="0" w:line="260" w:lineRule="exact"/>
        <w:ind w:left="0" w:right="0" w:firstLine="0"/>
        <w:jc w:val="left"/>
      </w:pPr>
      <w:r>
        <w:rPr>
          <w:rFonts w:ascii="Times New Roman" w:hAnsi="Times New Roman" w:eastAsia="Times New Roman" w:cs="Times New Roman"/>
          <w:b/>
          <w:sz w:val="24"/>
        </w:rPr>
        <w:t>III. Access to PHI is Limited to Certain Employees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set forth in Article II,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 only the Persons With Access (including the Privacy and Security Officer and others identified as Persons With Access) shall have regular and recurring access to and use of PHI.</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Persons With Access may use and disclose PHI for Plan administrative functions, and they may disclose PHI to other Persons With Access for Plan administrative functions (but the PHI disclosed must be limited to the minimum amount necessary to perform the Plan administrative function). Persons With Access may not generally disclose PHI to employees (other than other Persons With Access)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is in place or the disclosure otherwise is in compliance with this Policy and the Company’s HIPAA Use and Disclosure Procedures.</w:t>
      </w:r>
    </w:p>
    <w:p>
      <w:pPr>
        <w:keepNext w:val="0"/>
        <w:spacing w:before="240" w:after="0" w:line="260" w:lineRule="exact"/>
        <w:ind w:left="0" w:right="0" w:firstLine="0"/>
        <w:jc w:val="left"/>
      </w:pPr>
      <w:r>
        <w:rPr>
          <w:rFonts w:ascii="Times New Roman" w:hAnsi="Times New Roman" w:eastAsia="Times New Roman" w:cs="Times New Roman"/>
          <w:b/>
          <w:sz w:val="24"/>
        </w:rPr>
        <w:t>IV. Permitted Uses and Disclosures for Plan Administrative Functions, Including Payment and Health Care Operations</w:t>
      </w:r>
    </w:p>
    <w:p>
      <w:pPr>
        <w:keepNext w:val="0"/>
        <w:spacing w:before="200" w:after="0" w:line="260" w:lineRule="exact"/>
        <w:ind w:left="0" w:right="0" w:firstLine="0"/>
        <w:jc w:val="both"/>
      </w:pPr>
      <w:r>
        <w:rPr>
          <w:rFonts w:ascii="Times New Roman" w:hAnsi="Times New Roman" w:eastAsia="Times New Roman" w:cs="Times New Roman"/>
          <w:b w:val="0"/>
          <w:sz w:val="24"/>
        </w:rPr>
        <w:t>Payment.</w:t>
      </w:r>
      <w:r>
        <w:rPr>
          <w:rFonts w:ascii="Times New Roman" w:hAnsi="Times New Roman" w:eastAsia="Times New Roman" w:cs="Times New Roman"/>
          <w:b w:val="0"/>
          <w:sz w:val="24"/>
        </w:rPr>
        <w:t xml:space="preserve"> PHI may be disclosed for the Plan’s own payment purposes, and PHI may be disclosed to another covered entity for the payment purposes of that covered entity.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Payment includes activities undertaken to determine or fulfill the Plan’s responsibility for provision of benefits under the Plan, or to obtain or provide reimbursement for health care. Payment also includes: eligibility and coverage determinations including subrogation of health benefit claims; billing, claims management and collection activities; obtaining payment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for reinsurance (including stop-loss insurance and excess loss insurance); and related activities.</w:t>
      </w:r>
    </w:p>
    <w:p>
      <w:pPr>
        <w:keepNext w:val="0"/>
        <w:spacing w:before="200" w:after="0" w:line="260" w:lineRule="exact"/>
        <w:ind w:left="0" w:right="0" w:firstLine="0"/>
        <w:jc w:val="both"/>
      </w:pPr>
      <w:r>
        <w:rPr>
          <w:rFonts w:ascii="Times New Roman" w:hAnsi="Times New Roman" w:eastAsia="Times New Roman" w:cs="Times New Roman"/>
          <w:b w:val="0"/>
          <w:sz w:val="24"/>
        </w:rPr>
        <w:t>Health Care Operations.</w:t>
      </w:r>
      <w:r>
        <w:rPr>
          <w:rFonts w:ascii="Times New Roman" w:hAnsi="Times New Roman" w:eastAsia="Times New Roman" w:cs="Times New Roman"/>
          <w:b w:val="0"/>
          <w:sz w:val="24"/>
        </w:rPr>
        <w:t xml:space="preserve"> PHI may be disclosed for purposes of the Plan’s own health care operations. PHI may be disclosed to another covered entity, administrator or insurer, for purposes of the other covered entity’s quality assessment, case management, or fraud and abuse detection provided that the other covered entity has (or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relationship with the participant and the PHI requested pertains to that relationship. (See Article X, below regarding disclosures to “Business Associates”). Health care operations means any of the following activities to the extent that they are related to Plan administration: quality assessment activities; reviewing health plan performance; underwriting; arranging for medical review, auditing functions; business planning and development relating to the health plan; and other general administrative activities of the health plan.</w:t>
      </w:r>
    </w:p>
    <w:p>
      <w:pPr/>
    </w:p>
    <w:p>
      <w:pPr>
        <w:keepNext w:val="0"/>
        <w:spacing w:before="240" w:after="0" w:line="260" w:lineRule="exact"/>
        <w:ind w:left="0" w:right="0" w:firstLine="0"/>
        <w:jc w:val="left"/>
      </w:pPr>
      <w:r>
        <w:rPr>
          <w:rFonts w:ascii="Times New Roman" w:hAnsi="Times New Roman" w:eastAsia="Times New Roman" w:cs="Times New Roman"/>
          <w:b/>
          <w:sz w:val="24"/>
        </w:rPr>
        <w:t>V. No Disclosure of PHI for Non-Health Plan Purposes</w:t>
      </w:r>
    </w:p>
    <w:p>
      <w:pPr>
        <w:keepNext w:val="0"/>
        <w:spacing w:before="200" w:after="0" w:line="260" w:lineRule="exact"/>
        <w:ind w:left="0" w:right="0" w:firstLine="0"/>
        <w:jc w:val="both"/>
      </w:pPr>
      <w:r>
        <w:rPr>
          <w:rFonts w:ascii="Times New Roman" w:hAnsi="Times New Roman" w:eastAsia="Times New Roman" w:cs="Times New Roman"/>
          <w:b w:val="0"/>
          <w:sz w:val="24"/>
        </w:rPr>
        <w:t>PHI may not be used or disclosed for the payment or operations of the Company’s “non-health” benefits except required workers’ compensation disclosures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long term disability, family and medical leave, life insurance, etc.), unless the participant has provided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for such use or disclosure (as discussed in VIII, below, “Disclosures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or such use or disclosure is required by applicable state law and particular requirements under HIPAA are met.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PHI may not be used or disclosed for personnel purposes or administration of benefits not within the Plan (except workers’ compensation-required disclosures), unless the participant has provided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for such uses and disclosure (as discussed in “Disclosures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w:t>
      </w:r>
    </w:p>
    <w:p>
      <w:pPr>
        <w:keepNext w:val="0"/>
        <w:spacing w:before="240" w:after="0" w:line="260" w:lineRule="exact"/>
        <w:ind w:left="0" w:right="0" w:firstLine="0"/>
        <w:jc w:val="left"/>
      </w:pPr>
      <w:r>
        <w:rPr>
          <w:rFonts w:ascii="Times New Roman" w:hAnsi="Times New Roman" w:eastAsia="Times New Roman" w:cs="Times New Roman"/>
          <w:b/>
          <w:sz w:val="24"/>
        </w:rPr>
        <w:t>VI. Mandatory Disclosures of PHI to Individual and DHHS</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PHI must be disclosed as required by HIPAA in two situations:</w:t>
      </w:r>
    </w:p>
    <w:p>
      <w:pPr>
        <w:keepNext w:val="0"/>
        <w:spacing w:before="120" w:after="0" w:line="260" w:lineRule="exact"/>
        <w:ind w:right="0"/>
        <w:jc w:val="both"/>
      </w:pPr>
      <w:r>
        <w:rPr>
          <w:rFonts w:ascii="Times New Roman" w:hAnsi="Times New Roman" w:eastAsia="Times New Roman" w:cs="Times New Roman"/>
          <w:b w:val="0"/>
          <w:sz w:val="24"/>
        </w:rPr>
        <w:t>The disclosure is to the individual who is the subject of the information (see the policy for “Access to Protected Health Information and Requests for Amendment”, below); and</w:t>
      </w:r>
    </w:p>
    <w:p>
      <w:pPr>
        <w:keepNext w:val="0"/>
        <w:spacing w:before="120" w:after="0" w:line="260" w:lineRule="exact"/>
        <w:ind w:right="0"/>
        <w:jc w:val="both"/>
      </w:pPr>
      <w:r>
        <w:rPr>
          <w:rFonts w:ascii="Times New Roman" w:hAnsi="Times New Roman" w:eastAsia="Times New Roman" w:cs="Times New Roman"/>
          <w:b w:val="0"/>
          <w:sz w:val="24"/>
        </w:rPr>
        <w:t>The disclosure is made to DHHS for purposes of enforcing HIPAA.</w:t>
      </w:r>
    </w:p>
    <w:p>
      <w:pPr>
        <w:keepNext w:val="0"/>
        <w:spacing w:before="240" w:after="0" w:line="260" w:lineRule="exact"/>
        <w:ind w:left="0" w:right="0" w:firstLine="0"/>
        <w:jc w:val="left"/>
      </w:pPr>
      <w:r>
        <w:rPr>
          <w:rFonts w:ascii="Times New Roman" w:hAnsi="Times New Roman" w:eastAsia="Times New Roman" w:cs="Times New Roman"/>
          <w:b/>
          <w:sz w:val="24"/>
        </w:rPr>
        <w:t>VII. Permissive Disclosures of PHI for Legal and Public Policy Purposes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PHI may be disclosed in the following situations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authorization, when specific requirements are satisfied. The Company’s HIPAA Use and Disclosure Procedures will describe specific requirements that must be met before these types of disclosures may be made, including prior approval of the Company’s Privacy and Security Officer. The permissive disclosures as set forth in the Privacy Rule are:</w:t>
      </w:r>
    </w:p>
    <w:p>
      <w:pPr>
        <w:keepNext w:val="0"/>
        <w:spacing w:before="120" w:after="0" w:line="260" w:lineRule="exact"/>
        <w:ind w:right="0"/>
        <w:jc w:val="both"/>
      </w:pPr>
      <w:r>
        <w:rPr>
          <w:rFonts w:ascii="Times New Roman" w:hAnsi="Times New Roman" w:eastAsia="Times New Roman" w:cs="Times New Roman"/>
          <w:b w:val="0"/>
          <w:sz w:val="24"/>
        </w:rPr>
        <w:t>about victims of abuse, neglect or domestic violence;</w:t>
      </w:r>
    </w:p>
    <w:p>
      <w:pPr>
        <w:keepNext w:val="0"/>
        <w:spacing w:before="120" w:after="0" w:line="260" w:lineRule="exact"/>
        <w:ind w:right="0"/>
        <w:jc w:val="both"/>
      </w:pPr>
      <w:r>
        <w:rPr>
          <w:rFonts w:ascii="Times New Roman" w:hAnsi="Times New Roman" w:eastAsia="Times New Roman" w:cs="Times New Roman"/>
          <w:b w:val="0"/>
          <w:sz w:val="24"/>
        </w:rPr>
        <w:t>for judicial and administrative proceedings;</w:t>
      </w:r>
    </w:p>
    <w:p>
      <w:pPr>
        <w:keepNext w:val="0"/>
        <w:spacing w:before="120" w:after="0" w:line="260" w:lineRule="exact"/>
        <w:ind w:right="0"/>
        <w:jc w:val="both"/>
      </w:pPr>
      <w:r>
        <w:rPr>
          <w:rFonts w:ascii="Times New Roman" w:hAnsi="Times New Roman" w:eastAsia="Times New Roman" w:cs="Times New Roman"/>
          <w:b w:val="0"/>
          <w:sz w:val="24"/>
        </w:rPr>
        <w:t>for law enforcement purposes;</w:t>
      </w:r>
    </w:p>
    <w:p>
      <w:pPr>
        <w:keepNext w:val="0"/>
        <w:spacing w:before="120" w:after="0" w:line="260" w:lineRule="exact"/>
        <w:ind w:right="0"/>
        <w:jc w:val="both"/>
      </w:pPr>
      <w:r>
        <w:rPr>
          <w:rFonts w:ascii="Times New Roman" w:hAnsi="Times New Roman" w:eastAsia="Times New Roman" w:cs="Times New Roman"/>
          <w:b w:val="0"/>
          <w:sz w:val="24"/>
        </w:rPr>
        <w:t>for public health activities;</w:t>
      </w:r>
    </w:p>
    <w:p>
      <w:pPr>
        <w:keepNext w:val="0"/>
        <w:spacing w:before="120" w:after="0" w:line="260" w:lineRule="exact"/>
        <w:ind w:right="0"/>
        <w:jc w:val="both"/>
      </w:pPr>
      <w:r>
        <w:rPr>
          <w:rFonts w:ascii="Times New Roman" w:hAnsi="Times New Roman" w:eastAsia="Times New Roman" w:cs="Times New Roman"/>
          <w:b w:val="0"/>
          <w:sz w:val="24"/>
        </w:rPr>
        <w:t>for health oversight activities;</w:t>
      </w:r>
    </w:p>
    <w:p>
      <w:pPr>
        <w:keepNext w:val="0"/>
        <w:spacing w:before="120" w:after="0" w:line="260" w:lineRule="exact"/>
        <w:ind w:right="0"/>
        <w:jc w:val="both"/>
      </w:pPr>
      <w:r>
        <w:rPr>
          <w:rFonts w:ascii="Times New Roman" w:hAnsi="Times New Roman" w:eastAsia="Times New Roman" w:cs="Times New Roman"/>
          <w:b w:val="0"/>
          <w:sz w:val="24"/>
        </w:rPr>
        <w:t>about decedents;</w:t>
      </w:r>
    </w:p>
    <w:p>
      <w:pPr>
        <w:keepNext w:val="0"/>
        <w:spacing w:before="120" w:after="0" w:line="260" w:lineRule="exact"/>
        <w:ind w:right="0"/>
        <w:jc w:val="both"/>
      </w:pPr>
      <w:r>
        <w:rPr>
          <w:rFonts w:ascii="Times New Roman" w:hAnsi="Times New Roman" w:eastAsia="Times New Roman" w:cs="Times New Roman"/>
          <w:b w:val="0"/>
          <w:sz w:val="24"/>
        </w:rPr>
        <w:t>about crime on Company premises;</w:t>
      </w:r>
    </w:p>
    <w:p>
      <w:pPr>
        <w:keepNext w:val="0"/>
        <w:spacing w:before="120" w:after="0" w:line="260" w:lineRule="exact"/>
        <w:ind w:right="0"/>
        <w:jc w:val="both"/>
      </w:pPr>
      <w:r>
        <w:rPr>
          <w:rFonts w:ascii="Times New Roman" w:hAnsi="Times New Roman" w:eastAsia="Times New Roman" w:cs="Times New Roman"/>
          <w:b w:val="0"/>
          <w:sz w:val="24"/>
        </w:rPr>
        <w:t>for cadaveric organ, eye or tissue donation purposes;</w:t>
      </w:r>
    </w:p>
    <w:p>
      <w:pPr>
        <w:keepNext w:val="0"/>
        <w:spacing w:before="120" w:after="0" w:line="260" w:lineRule="exact"/>
        <w:ind w:right="0"/>
        <w:jc w:val="both"/>
      </w:pPr>
      <w:r>
        <w:rPr>
          <w:rFonts w:ascii="Times New Roman" w:hAnsi="Times New Roman" w:eastAsia="Times New Roman" w:cs="Times New Roman"/>
          <w:b w:val="0"/>
          <w:sz w:val="24"/>
        </w:rPr>
        <w:t>for certain limited research purposes;</w:t>
      </w:r>
    </w:p>
    <w:p>
      <w:pPr>
        <w:keepNext w:val="0"/>
        <w:spacing w:before="120" w:after="0" w:line="260" w:lineRule="exact"/>
        <w:ind w:right="0"/>
        <w:jc w:val="both"/>
      </w:pPr>
      <w:r>
        <w:rPr>
          <w:rFonts w:ascii="Times New Roman" w:hAnsi="Times New Roman" w:eastAsia="Times New Roman" w:cs="Times New Roman"/>
          <w:b w:val="0"/>
          <w:sz w:val="24"/>
        </w:rPr>
        <w:t xml:space="preserve">to avert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threat to health or safety;</w:t>
      </w:r>
    </w:p>
    <w:p>
      <w:pPr>
        <w:keepNext w:val="0"/>
        <w:spacing w:before="120" w:after="0" w:line="260" w:lineRule="exact"/>
        <w:ind w:right="0"/>
        <w:jc w:val="both"/>
      </w:pPr>
      <w:r>
        <w:rPr>
          <w:rFonts w:ascii="Times New Roman" w:hAnsi="Times New Roman" w:eastAsia="Times New Roman" w:cs="Times New Roman"/>
          <w:b w:val="0"/>
          <w:sz w:val="24"/>
        </w:rPr>
        <w:t>for specialized government functions; and</w:t>
      </w:r>
    </w:p>
    <w:p>
      <w:pPr>
        <w:keepNext w:val="0"/>
        <w:spacing w:before="120" w:after="0" w:line="260" w:lineRule="exact"/>
        <w:ind w:right="0"/>
        <w:jc w:val="both"/>
      </w:pPr>
      <w:r>
        <w:rPr>
          <w:rFonts w:ascii="Times New Roman" w:hAnsi="Times New Roman" w:eastAsia="Times New Roman" w:cs="Times New Roman"/>
          <w:b w:val="0"/>
          <w:sz w:val="24"/>
        </w:rPr>
        <w:t>that relate to workers’ compensation programs.</w:t>
      </w:r>
    </w:p>
    <w:p>
      <w:pPr>
        <w:keepNext w:val="0"/>
        <w:spacing w:before="240" w:after="0" w:line="260" w:lineRule="exact"/>
        <w:ind w:left="0" w:right="0" w:firstLine="0"/>
        <w:jc w:val="left"/>
      </w:pPr>
      <w:r>
        <w:rPr>
          <w:rFonts w:ascii="Times New Roman" w:hAnsi="Times New Roman" w:eastAsia="Times New Roman" w:cs="Times New Roman"/>
          <w:b/>
          <w:sz w:val="24"/>
        </w:rPr>
        <w:t xml:space="preserve">VIII. Disclosures of PHI Pursuant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Authorization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PHI may be disclosed for any purpose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that satisfies all of HIPAA’s requirements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authorization is provided by the participant. All uses and disclosures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authorization must be consistent with the terms and conditions of the authorization. (</w:t>
      </w:r>
      <w:r>
        <w:rPr>
          <w:rFonts w:ascii="Times New Roman" w:hAnsi="Times New Roman" w:eastAsia="Times New Roman" w:cs="Times New Roman"/>
          <w:b w:val="0"/>
          <w:sz w:val="24"/>
        </w:rPr>
        <w:t>See also</w:t>
      </w:r>
      <w:r>
        <w:rPr>
          <w:rFonts w:ascii="Times New Roman" w:hAnsi="Times New Roman" w:eastAsia="Times New Roman" w:cs="Times New Roman"/>
          <w:b w:val="0"/>
          <w:sz w:val="24"/>
        </w:rPr>
        <w:t xml:space="preserve"> Form 49.02-3 or Form 49.02-4, for sample Use and Disclosure Procedures, VII. along with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Privacy and Security Officer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supply of the HIPAA-compliant authorization form. In addition, the insurers may provide comparable transactional authorizations for transactions involving them.</w:t>
      </w:r>
    </w:p>
    <w:p>
      <w:pPr>
        <w:keepNext w:val="0"/>
        <w:spacing w:before="200" w:after="0" w:line="260" w:lineRule="exact"/>
        <w:ind w:left="0" w:right="0" w:firstLine="0"/>
        <w:jc w:val="both"/>
      </w:pPr>
      <w:r>
        <w:rPr>
          <w:rFonts w:ascii="Times New Roman" w:hAnsi="Times New Roman" w:eastAsia="Times New Roman" w:cs="Times New Roman"/>
          <w:b w:val="0"/>
          <w:sz w:val="24"/>
        </w:rPr>
        <w:t>At present (</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Company anticipates 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in the following circumstances: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requests claims assistance involving use and disclosure of PHI;</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or other practitioner requests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HIPAA-compliant authorization to divulge or confirm medical information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personnel or medical plan matter;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insurer or HMO requests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HIPAA-compliant authorization to divulge or confirm medical information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plan matter;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testing company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drug testing or pre-employment physical examination administrator requests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HIPAA-compliant authorization to use or disclose test/exam results; and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 When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use or disclose PHI in conjunction with administration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not covered by HIPAA, other than Workers’ Compensation.</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See also</w:t>
      </w:r>
      <w:r>
        <w:rPr>
          <w:rFonts w:ascii="Times New Roman" w:hAnsi="Times New Roman" w:eastAsia="Times New Roman" w:cs="Times New Roman"/>
          <w:b w:val="0"/>
          <w:sz w:val="24"/>
        </w:rPr>
        <w:t xml:space="preserve"> Form 49.05-3, Use and Disclosure Procedures, Sec. VII.)</w:t>
      </w:r>
    </w:p>
    <w:p>
      <w:pPr>
        <w:keepNext w:val="0"/>
        <w:spacing w:before="240" w:after="0" w:line="260" w:lineRule="exact"/>
        <w:ind w:left="0" w:right="0" w:firstLine="0"/>
        <w:jc w:val="left"/>
      </w:pPr>
      <w:r>
        <w:rPr>
          <w:rFonts w:ascii="Times New Roman" w:hAnsi="Times New Roman" w:eastAsia="Times New Roman" w:cs="Times New Roman"/>
          <w:b/>
          <w:sz w:val="24"/>
        </w:rPr>
        <w:t>IX. Complying with the “Minimum-Necessary” Standard</w:t>
      </w:r>
    </w:p>
    <w:p>
      <w:pPr>
        <w:keepNext w:val="0"/>
        <w:spacing w:before="200" w:after="0" w:line="260" w:lineRule="exact"/>
        <w:ind w:left="0" w:right="0" w:firstLine="0"/>
        <w:jc w:val="both"/>
      </w:pPr>
      <w:r>
        <w:rPr>
          <w:rFonts w:ascii="Times New Roman" w:hAnsi="Times New Roman" w:eastAsia="Times New Roman" w:cs="Times New Roman"/>
          <w:b w:val="0"/>
          <w:sz w:val="24"/>
        </w:rPr>
        <w:t>HIPAA requires that when PHI is used or disclosed, the amount disclosed generally must be limited to the “minimum necessary” to accomplish the purpose of the use or disclosure, as determined by the Privacy and Security Officer case-by-case, or, in the instance of routine and recurring disclosures, as set forth in the Uses and Disclosures Policy.</w:t>
      </w:r>
    </w:p>
    <w:p>
      <w:pPr>
        <w:keepNext w:val="0"/>
        <w:spacing w:before="200" w:after="0" w:line="260" w:lineRule="exact"/>
        <w:ind w:left="0" w:right="0" w:firstLine="0"/>
        <w:jc w:val="both"/>
      </w:pPr>
      <w:r>
        <w:rPr>
          <w:rFonts w:ascii="Times New Roman" w:hAnsi="Times New Roman" w:eastAsia="Times New Roman" w:cs="Times New Roman"/>
          <w:b w:val="0"/>
          <w:sz w:val="24"/>
        </w:rPr>
        <w:t>The “Minimum Necessary” Standard does not apply to any of the following:</w:t>
      </w:r>
    </w:p>
    <w:p>
      <w:pPr>
        <w:keepNext w:val="0"/>
        <w:spacing w:before="120" w:after="0" w:line="260" w:lineRule="exact"/>
        <w:ind w:right="0"/>
        <w:jc w:val="both"/>
      </w:pPr>
      <w:r>
        <w:rPr>
          <w:rFonts w:ascii="Times New Roman" w:hAnsi="Times New Roman" w:eastAsia="Times New Roman" w:cs="Times New Roman"/>
          <w:b w:val="0"/>
          <w:sz w:val="24"/>
        </w:rPr>
        <w:t>uses or disclosures made to the individual;</w:t>
      </w:r>
    </w:p>
    <w:p>
      <w:pPr>
        <w:keepNext w:val="0"/>
        <w:spacing w:before="120" w:after="0" w:line="260" w:lineRule="exact"/>
        <w:ind w:right="0"/>
        <w:jc w:val="both"/>
      </w:pPr>
      <w:r>
        <w:rPr>
          <w:rFonts w:ascii="Times New Roman" w:hAnsi="Times New Roman" w:eastAsia="Times New Roman" w:cs="Times New Roman"/>
          <w:b w:val="0"/>
          <w:sz w:val="24"/>
        </w:rPr>
        <w:t xml:space="preserve">uses or disclosures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authorization;</w:t>
      </w:r>
    </w:p>
    <w:p>
      <w:pPr>
        <w:keepNext w:val="0"/>
        <w:spacing w:before="120" w:after="0" w:line="260" w:lineRule="exact"/>
        <w:ind w:right="0"/>
        <w:jc w:val="both"/>
      </w:pPr>
      <w:r>
        <w:rPr>
          <w:rFonts w:ascii="Times New Roman" w:hAnsi="Times New Roman" w:eastAsia="Times New Roman" w:cs="Times New Roman"/>
          <w:b w:val="0"/>
          <w:sz w:val="24"/>
        </w:rPr>
        <w:t>disclosures made to the DOL;</w:t>
      </w:r>
    </w:p>
    <w:p>
      <w:pPr>
        <w:keepNext w:val="0"/>
        <w:spacing w:before="120" w:after="0" w:line="260" w:lineRule="exact"/>
        <w:ind w:right="0"/>
        <w:jc w:val="both"/>
      </w:pPr>
      <w:r>
        <w:rPr>
          <w:rFonts w:ascii="Times New Roman" w:hAnsi="Times New Roman" w:eastAsia="Times New Roman" w:cs="Times New Roman"/>
          <w:b w:val="0"/>
          <w:sz w:val="24"/>
        </w:rPr>
        <w:t>uses or disclosures required by law;</w:t>
      </w:r>
    </w:p>
    <w:p>
      <w:pPr>
        <w:keepNext w:val="0"/>
        <w:spacing w:before="120" w:after="0" w:line="260" w:lineRule="exact"/>
        <w:ind w:right="0"/>
        <w:jc w:val="both"/>
      </w:pPr>
      <w:r>
        <w:rPr>
          <w:rFonts w:ascii="Times New Roman" w:hAnsi="Times New Roman" w:eastAsia="Times New Roman" w:cs="Times New Roman"/>
          <w:b w:val="0"/>
          <w:sz w:val="24"/>
        </w:rPr>
        <w:t>uses or disclosures required to comply with HIPAA.</w:t>
      </w:r>
    </w:p>
    <w:p>
      <w:pPr>
        <w:keepNext w:val="0"/>
        <w:spacing w:before="200" w:after="0" w:line="260" w:lineRule="exact"/>
        <w:ind w:left="0" w:right="0" w:firstLine="0"/>
        <w:jc w:val="both"/>
      </w:pPr>
      <w:r>
        <w:rPr>
          <w:rFonts w:ascii="Times New Roman" w:hAnsi="Times New Roman" w:eastAsia="Times New Roman" w:cs="Times New Roman"/>
          <w:b w:val="0"/>
          <w:sz w:val="24"/>
        </w:rPr>
        <w:t>Minimum Necessary When Disclosing PHI</w:t>
      </w:r>
      <w:r>
        <w:rPr>
          <w:rFonts w:ascii="Times New Roman" w:hAnsi="Times New Roman" w:eastAsia="Times New Roman" w:cs="Times New Roman"/>
          <w:b w:val="0"/>
          <w:sz w:val="24"/>
        </w:rPr>
        <w:t xml:space="preserve">. For making routine and recurring disclosures of PHI, the Company’s HIPAA Use and Disclosure Procedures will establish specific procedures. For routine and recurring disclosures developing prospectively, the Privacy and Security Officer will direct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analysis of such disclosures and further, specific standards will be developed.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All other disclosures must be reviewed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basis with the Privacy and Security Officer to ensure that the amount of information disclosed is the minimum necessary to accomplish the purpose of the disclosure.</w:t>
      </w:r>
    </w:p>
    <w:p>
      <w:pPr>
        <w:keepNext w:val="0"/>
        <w:spacing w:before="200" w:after="0" w:line="260" w:lineRule="exact"/>
        <w:ind w:left="0" w:right="0" w:firstLine="0"/>
        <w:jc w:val="both"/>
      </w:pPr>
      <w:r>
        <w:rPr>
          <w:rFonts w:ascii="Times New Roman" w:hAnsi="Times New Roman" w:eastAsia="Times New Roman" w:cs="Times New Roman"/>
          <w:b w:val="0"/>
          <w:sz w:val="24"/>
        </w:rPr>
        <w:t>Minimum Necessary When Requesting PHI</w:t>
      </w:r>
      <w:r>
        <w:rPr>
          <w:rFonts w:ascii="Times New Roman" w:hAnsi="Times New Roman" w:eastAsia="Times New Roman" w:cs="Times New Roman"/>
          <w:b w:val="0"/>
          <w:sz w:val="24"/>
        </w:rPr>
        <w:t xml:space="preserve">. For making </w:t>
      </w:r>
      <w:r>
        <w:rPr>
          <w:rFonts w:ascii="Times New Roman" w:hAnsi="Times New Roman" w:eastAsia="Times New Roman" w:cs="Times New Roman"/>
          <w:b w:val="0"/>
          <w:sz w:val="24"/>
        </w:rPr>
        <w:t>requests</w:t>
      </w:r>
      <w:r>
        <w:rPr>
          <w:rFonts w:ascii="Times New Roman" w:hAnsi="Times New Roman" w:eastAsia="Times New Roman" w:cs="Times New Roman"/>
          <w:b w:val="0"/>
          <w:sz w:val="24"/>
        </w:rPr>
        <w:t xml:space="preserve"> for disclosure of PHI from </w:t>
      </w:r>
      <w:r>
        <w:rPr>
          <w:rFonts w:ascii="Times New Roman" w:hAnsi="Times New Roman" w:eastAsia="Times New Roman" w:cs="Times New Roman"/>
          <w:b w:val="0"/>
          <w:sz w:val="24"/>
        </w:rPr>
        <w:t>[</w:t>
      </w:r>
      <w:r>
        <w:rPr>
          <w:rFonts w:ascii="Times New Roman" w:hAnsi="Times New Roman" w:eastAsia="Times New Roman" w:cs="Times New Roman"/>
          <w:b w:val="0"/>
          <w:sz w:val="24"/>
        </w:rPr>
        <w:t>insurance provider for parent company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respects Company’s medical plan), </w:t>
      </w:r>
      <w:r>
        <w:rPr>
          <w:rFonts w:ascii="Times New Roman" w:hAnsi="Times New Roman" w:eastAsia="Times New Roman" w:cs="Times New Roman"/>
          <w:b w:val="0"/>
          <w:sz w:val="24"/>
        </w:rPr>
        <w:t>[</w:t>
      </w:r>
      <w:r>
        <w:rPr>
          <w:rFonts w:ascii="Times New Roman" w:hAnsi="Times New Roman" w:eastAsia="Times New Roman" w:cs="Times New Roman"/>
          <w:b w:val="0"/>
          <w:sz w:val="24"/>
        </w:rPr>
        <w:t>insurance provider for affiliate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respects Company’s medical plan), or any of the third-party administrators treated as Business Associates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X, below), for purposes of claims, claims reports, stop loss insurance and other payment and health care operations, the Use and Disclosure Procedures outlines policies and procedures designed to limit the amount requested to the amount reasonably necessary to accomplish the purpose for which the disclosure is requested.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All other requests must be reviewed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basis with the Privacy and Security Officer to ensure that the amount of information requested is the minimum necessary to accomplish the purpose of the disclosure.</w:t>
      </w:r>
    </w:p>
    <w:p>
      <w:pPr>
        <w:keepNext w:val="0"/>
        <w:spacing w:before="240" w:after="0" w:line="260" w:lineRule="exact"/>
        <w:ind w:left="0" w:right="0" w:firstLine="0"/>
        <w:jc w:val="left"/>
      </w:pPr>
      <w:r>
        <w:rPr>
          <w:rFonts w:ascii="Times New Roman" w:hAnsi="Times New Roman" w:eastAsia="Times New Roman" w:cs="Times New Roman"/>
          <w:b/>
          <w:sz w:val="24"/>
        </w:rPr>
        <w:t>X. Disclosures of PHI to Business Associates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Persons With Access may disclose PHI to the Plan’s Business Associates and allow the Plan’s Business Associates to create or receive PHI on its behalf. However, prior to doing so, the Plan must first obtain assurances from the Business Associate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that it will appropriately safeguard the information Before sharing PHI with outside consultants or contractors who meet the definition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employees must contact the Privacy and Security Officer to verify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is in place.</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Business Associate</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or person who:</w:t>
      </w:r>
    </w:p>
    <w:p>
      <w:pPr>
        <w:keepNext w:val="0"/>
        <w:spacing w:before="120" w:after="0" w:line="260" w:lineRule="exact"/>
        <w:ind w:right="0"/>
        <w:jc w:val="both"/>
      </w:pPr>
      <w:r>
        <w:rPr>
          <w:rFonts w:ascii="Times New Roman" w:hAnsi="Times New Roman" w:eastAsia="Times New Roman" w:cs="Times New Roman"/>
          <w:b w:val="0"/>
          <w:sz w:val="24"/>
        </w:rPr>
        <w:t xml:space="preserve">performs or assists in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function or activity involving the use and disclosure of protected health information (including claims processing or administration; data analysis, underwriting, quality insurance, patient safety, billing, benefit or practice management, etc.); or</w:t>
      </w:r>
    </w:p>
    <w:p>
      <w:pPr>
        <w:keepNext w:val="0"/>
        <w:spacing w:before="120" w:after="0" w:line="260" w:lineRule="exact"/>
        <w:ind w:right="0"/>
        <w:jc w:val="both"/>
      </w:pPr>
      <w:r>
        <w:rPr>
          <w:rFonts w:ascii="Times New Roman" w:hAnsi="Times New Roman" w:eastAsia="Times New Roman" w:cs="Times New Roman"/>
          <w:b w:val="0"/>
          <w:sz w:val="24"/>
        </w:rPr>
        <w:t>provides legal, accounting, actuarial, consulting, data aggregation, management, administrative, accreditation, or financial services to the Plan, where the performance of such services involves giving the service provider access to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 xml:space="preserve">], Company has identified and is entering Business Associate Agreements with the following third-party administrators: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(prescription plan);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(dental plan);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(employee assistance plan); and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(flexible spending account plan).</w:t>
      </w:r>
    </w:p>
    <w:p>
      <w:pPr>
        <w:keepNext w:val="0"/>
        <w:spacing w:before="240" w:after="0" w:line="260" w:lineRule="exact"/>
        <w:ind w:left="0" w:right="0" w:firstLine="0"/>
        <w:jc w:val="left"/>
      </w:pPr>
      <w:r>
        <w:rPr>
          <w:rFonts w:ascii="Times New Roman" w:hAnsi="Times New Roman" w:eastAsia="Times New Roman" w:cs="Times New Roman"/>
          <w:b/>
          <w:sz w:val="24"/>
        </w:rPr>
        <w:t>XI. Disclosures of De-Identified Information and Limited Data Sets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may freely use and disclose de-identified information. De-identified information is health information that does not identify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 with respect to which there is no reasonable basis to believe that the information can be used to identify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There are two ways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can determine that information is de-identified: either by professional statistical analysis, or by removing 18 specific identifiers under HIPAA.</w:t>
      </w:r>
    </w:p>
    <w:p>
      <w:pPr>
        <w:keepNext w:val="0"/>
        <w:spacing w:before="240" w:after="0" w:line="260" w:lineRule="exact"/>
        <w:ind w:left="0" w:right="0" w:firstLine="0"/>
        <w:jc w:val="left"/>
      </w:pPr>
      <w:r>
        <w:rPr>
          <w:rFonts w:ascii="Times New Roman" w:hAnsi="Times New Roman" w:eastAsia="Times New Roman" w:cs="Times New Roman"/>
          <w:b/>
          <w:sz w:val="24"/>
        </w:rPr>
        <w:t>Policies on Individual Rights</w:t>
      </w:r>
    </w:p>
    <w:p>
      <w:pPr>
        <w:keepNext w:val="0"/>
        <w:spacing w:before="240" w:after="0" w:line="260" w:lineRule="exact"/>
        <w:ind w:left="0" w:right="0" w:firstLine="0"/>
        <w:jc w:val="left"/>
      </w:pPr>
      <w:r>
        <w:rPr>
          <w:rFonts w:ascii="Times New Roman" w:hAnsi="Times New Roman" w:eastAsia="Times New Roman" w:cs="Times New Roman"/>
          <w:b/>
          <w:sz w:val="24"/>
        </w:rPr>
        <w:t>I. Access to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HIPAA gives participants in the Plan the right to access and obtain copies of their PHI that the Plan (or its Business Associates) maintains in designated record sets. HIPAA also provides that participants may request to have their PHI amended (see below). The Plan will provide access to PHI and it will consider requests for amendment that are submitted in writing by participants as set forth in the Notice of Privacy Practices.</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“Designated Record Set”</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records maintained by or for the Company that includes: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the enrollment, payment, and claims adjudication record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maintained by or for the Plan; or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other protected health information used, in whole or in part, by or for the Plan to make coverage decisions about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w:t>
      </w:r>
    </w:p>
    <w:p>
      <w:pPr>
        <w:keepNext w:val="0"/>
        <w:spacing w:before="240" w:after="0" w:line="260" w:lineRule="exact"/>
        <w:ind w:left="0" w:right="0" w:firstLine="0"/>
        <w:jc w:val="left"/>
      </w:pPr>
      <w:r>
        <w:rPr>
          <w:rFonts w:ascii="Times New Roman" w:hAnsi="Times New Roman" w:eastAsia="Times New Roman" w:cs="Times New Roman"/>
          <w:b/>
          <w:sz w:val="24"/>
        </w:rPr>
        <w:t>II. Accounting</w:t>
      </w:r>
    </w:p>
    <w:p>
      <w:pPr>
        <w:keepNext w:val="0"/>
        <w:spacing w:before="200" w:after="0" w:line="260" w:lineRule="exact"/>
        <w:ind w:left="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has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certain disclosures of his or her own PHI. This right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extends to disclosures made in the last six years (but after </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w:t>
      </w:r>
      <w:r>
        <w:rPr>
          <w:rFonts w:ascii="Times New Roman" w:hAnsi="Times New Roman" w:eastAsia="Times New Roman" w:cs="Times New Roman"/>
          <w:b w:val="0"/>
          <w:sz w:val="24"/>
        </w:rPr>
        <w:t>), other than disclosures:</w:t>
      </w:r>
    </w:p>
    <w:p>
      <w:pPr>
        <w:keepNext w:val="0"/>
        <w:spacing w:before="120" w:after="0" w:line="260" w:lineRule="exact"/>
        <w:ind w:right="0"/>
        <w:jc w:val="both"/>
      </w:pPr>
      <w:r>
        <w:rPr>
          <w:rFonts w:ascii="Times New Roman" w:hAnsi="Times New Roman" w:eastAsia="Times New Roman" w:cs="Times New Roman"/>
          <w:b w:val="0"/>
          <w:sz w:val="24"/>
        </w:rPr>
        <w:t>to carry out treatment, payment or health care operations;</w:t>
      </w:r>
    </w:p>
    <w:p>
      <w:pPr>
        <w:keepNext w:val="0"/>
        <w:spacing w:before="120" w:after="0" w:line="260" w:lineRule="exact"/>
        <w:ind w:right="0"/>
        <w:jc w:val="both"/>
      </w:pPr>
      <w:r>
        <w:rPr>
          <w:rFonts w:ascii="Times New Roman" w:hAnsi="Times New Roman" w:eastAsia="Times New Roman" w:cs="Times New Roman"/>
          <w:b w:val="0"/>
          <w:sz w:val="24"/>
        </w:rPr>
        <w:t>to individuals about their own PHI;</w:t>
      </w:r>
    </w:p>
    <w:p>
      <w:pPr>
        <w:keepNext w:val="0"/>
        <w:spacing w:before="120" w:after="0" w:line="260" w:lineRule="exact"/>
        <w:ind w:right="0"/>
        <w:jc w:val="both"/>
      </w:pPr>
      <w:r>
        <w:rPr>
          <w:rFonts w:ascii="Times New Roman" w:hAnsi="Times New Roman" w:eastAsia="Times New Roman" w:cs="Times New Roman"/>
          <w:b w:val="0"/>
          <w:sz w:val="24"/>
        </w:rPr>
        <w:t xml:space="preserve">incident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otherwise permitted use or disclosure;</w:t>
      </w:r>
    </w:p>
    <w:p>
      <w:pPr>
        <w:keepNext w:val="0"/>
        <w:spacing w:before="120" w:after="0" w:line="260" w:lineRule="exact"/>
        <w:ind w:right="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w:t>
      </w:r>
    </w:p>
    <w:p>
      <w:pPr>
        <w:keepNext w:val="0"/>
        <w:spacing w:before="120" w:after="0" w:line="260" w:lineRule="exact"/>
        <w:ind w:right="0"/>
        <w:jc w:val="both"/>
      </w:pPr>
      <w:r>
        <w:rPr>
          <w:rFonts w:ascii="Times New Roman" w:hAnsi="Times New Roman" w:eastAsia="Times New Roman" w:cs="Times New Roman"/>
          <w:b w:val="0"/>
          <w:sz w:val="24"/>
        </w:rPr>
        <w:t xml:space="preserve">for purposes of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directory or to persons involved in the patient’s care or other notification purposes;</w:t>
      </w:r>
    </w:p>
    <w:p>
      <w:pPr>
        <w:keepNext w:val="0"/>
        <w:spacing w:before="120" w:after="0" w:line="260" w:lineRule="exact"/>
        <w:ind w:right="0"/>
        <w:jc w:val="both"/>
      </w:pPr>
      <w:r>
        <w:rPr>
          <w:rFonts w:ascii="Times New Roman" w:hAnsi="Times New Roman" w:eastAsia="Times New Roman" w:cs="Times New Roman"/>
          <w:b w:val="0"/>
          <w:sz w:val="24"/>
        </w:rPr>
        <w:t xml:space="preserve">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data set; or</w:t>
      </w:r>
    </w:p>
    <w:p>
      <w:pPr>
        <w:keepNext w:val="0"/>
        <w:spacing w:before="120" w:after="0" w:line="260" w:lineRule="exact"/>
        <w:ind w:right="0"/>
        <w:jc w:val="both"/>
      </w:pPr>
      <w:r>
        <w:rPr>
          <w:rFonts w:ascii="Times New Roman" w:hAnsi="Times New Roman" w:eastAsia="Times New Roman" w:cs="Times New Roman"/>
          <w:b w:val="0"/>
          <w:sz w:val="24"/>
        </w:rPr>
        <w:t>for national security or law enforcement purposes.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shall respond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request within 60 days. If the Plan is unable to provide the accounting within 60 days, it may extend the period by 30 days, provided that it gives the participant notice (including the reason for the delay and the date the information will be provided) within the original 60-day period.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accounting must include the date of the disclosure, the name of the receiving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information disclosed,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statement of the purpose of the disclosure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written request for disclosure, if any).</w:t>
      </w:r>
    </w:p>
    <w:p>
      <w:pPr>
        <w:keepNext w:val="0"/>
        <w:spacing w:before="200" w:after="0" w:line="260" w:lineRule="exact"/>
        <w:ind w:left="0" w:right="0" w:firstLine="0"/>
        <w:jc w:val="both"/>
      </w:pPr>
      <w:r>
        <w:rPr>
          <w:rFonts w:ascii="Times New Roman" w:hAnsi="Times New Roman" w:eastAsia="Times New Roman" w:cs="Times New Roman"/>
          <w:b w:val="0"/>
          <w:sz w:val="24"/>
        </w:rPr>
        <w:t>The first accounting in any 12-month period shall be provided free of charge. The Privacy and Security Officer may impose reasonable production and mailing costs for subsequent accountings.</w:t>
      </w:r>
    </w:p>
    <w:p>
      <w:pPr>
        <w:keepNext w:val="0"/>
        <w:spacing w:before="240" w:after="0" w:line="260" w:lineRule="exact"/>
        <w:ind w:left="0" w:right="0" w:firstLine="0"/>
        <w:jc w:val="left"/>
      </w:pPr>
      <w:r>
        <w:rPr>
          <w:rFonts w:ascii="Times New Roman" w:hAnsi="Times New Roman" w:eastAsia="Times New Roman" w:cs="Times New Roman"/>
          <w:b/>
          <w:sz w:val="24"/>
        </w:rPr>
        <w:t>III. Requests for Confidential Communications</w:t>
      </w:r>
    </w:p>
    <w:p>
      <w:pPr>
        <w:keepNext w:val="0"/>
        <w:spacing w:before="200" w:after="0" w:line="260" w:lineRule="exact"/>
        <w:ind w:left="0" w:right="0" w:firstLine="0"/>
        <w:jc w:val="both"/>
      </w:pPr>
      <w:r>
        <w:rPr>
          <w:rFonts w:ascii="Times New Roman" w:hAnsi="Times New Roman" w:eastAsia="Times New Roman" w:cs="Times New Roman"/>
          <w:b w:val="0"/>
          <w:sz w:val="24"/>
        </w:rPr>
        <w:t>Participants may request to receive communications regarding their PHI by alternative means or at alternative locations. For example, participants may ask to be called only at work rather than at home. Such requests shall be honored if, in the sole discretion of the Company, the requests are reasonable.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However, the Company shall accommodate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if the participant clearly provides information that the disclosure of all or part of that information could endanger the participant. The Privacy and Security Officer has responsibility for addressing requests for confidential communications.</w:t>
      </w:r>
    </w:p>
    <w:p>
      <w:pPr>
        <w:keepNext w:val="0"/>
        <w:spacing w:before="240" w:after="0" w:line="260" w:lineRule="exact"/>
        <w:ind w:left="0" w:right="0" w:firstLine="0"/>
        <w:jc w:val="left"/>
      </w:pPr>
      <w:r>
        <w:rPr>
          <w:rFonts w:ascii="Times New Roman" w:hAnsi="Times New Roman" w:eastAsia="Times New Roman" w:cs="Times New Roman"/>
          <w:b/>
          <w:sz w:val="24"/>
        </w:rPr>
        <w:t>IV. Requests for Restrictions on Uses and Disclosures of PHI</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request restrictions on the use and disclosure of the participant’s PHI. It is the Company’s policy to attempt to honor such requests if, in the sole discretion of the Company, the requests are reasonable. The Privacy and Security Officer is charged with responsibility for addressing requests for restrictions.</w:t>
      </w:r>
    </w:p>
    <w:p>
      <w:pPr>
        <w:keepNext w:val="0"/>
        <w:spacing w:before="240" w:after="0" w:line="260" w:lineRule="exact"/>
        <w:ind w:left="0" w:right="0" w:firstLine="0"/>
        <w:jc w:val="left"/>
      </w:pPr>
      <w:r>
        <w:rPr>
          <w:rFonts w:ascii="Times New Roman" w:hAnsi="Times New Roman" w:eastAsia="Times New Roman" w:cs="Times New Roman"/>
          <w:b/>
          <w:sz w:val="24"/>
        </w:rPr>
        <w:t>V. Requests for Amendment</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request amendments to the participant’s PHI. It is Company’s policy to attempt to honor such request if, in the sole discretion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the requests are reasonable. The Privacy and Security Officer is charged with responsibility for addressing requests for amendment.</w:t>
      </w:r>
    </w:p>
    <w:p>
      <w:pPr>
        <w:keepNext w:val="0"/>
        <w:spacing w:before="200" w:after="0" w:line="260" w:lineRule="exact"/>
        <w:ind w:left="0" w:right="0" w:firstLine="0"/>
        <w:jc w:val="both"/>
      </w:pPr>
      <w:r>
        <w:rPr>
          <w:rFonts w:ascii="Times New Roman" w:hAnsi="Times New Roman" w:eastAsia="Times New Roman" w:cs="Times New Roman"/>
          <w:b w:val="0"/>
          <w:sz w:val="24"/>
        </w:rPr>
        <w:t>To the extent this Policy establishes requirements and obligations above and beyond those required by HIPAA, the Policy shall be aspirational and shall not be binding upon Company. This Policy does not address requirements under other federal laws or under state laws.</w:t>
      </w:r>
    </w:p>
    <w:p>
      <w:pPr>
        <w:keepNext w:val="0"/>
        <w:spacing w:before="240" w:after="0" w:line="260" w:lineRule="exact"/>
        <w:ind w:left="0" w:right="0" w:firstLine="0"/>
        <w:jc w:val="left"/>
      </w:pPr>
      <w:r>
        <w:rPr>
          <w:rFonts w:ascii="Times New Roman" w:hAnsi="Times New Roman" w:eastAsia="Times New Roman" w:cs="Times New Roman"/>
          <w:b/>
          <w:sz w:val="24"/>
        </w:rPr>
        <w:t>Reservations:</w:t>
      </w:r>
    </w:p>
    <w:p>
      <w:pPr>
        <w:keepNext w:val="0"/>
        <w:spacing w:before="200" w:after="0" w:line="260" w:lineRule="exact"/>
        <w:ind w:left="0" w:right="0" w:firstLine="0"/>
        <w:jc w:val="both"/>
      </w:pPr>
      <w:r>
        <w:rPr>
          <w:rFonts w:ascii="Times New Roman" w:hAnsi="Times New Roman" w:eastAsia="Times New Roman" w:cs="Times New Roman"/>
          <w:b w:val="0"/>
          <w:sz w:val="24"/>
        </w:rPr>
        <w:t>(1) Company reserves the right to amend or change this Policy (and the Use and Disclosure Procedures) at any time.</w:t>
      </w:r>
    </w:p>
    <w:p>
      <w:pPr>
        <w:keepNext w:val="0"/>
        <w:spacing w:before="200" w:after="0" w:line="260" w:lineRule="exact"/>
        <w:ind w:left="0" w:right="0" w:firstLine="0"/>
        <w:jc w:val="both"/>
      </w:pPr>
      <w:r>
        <w:rPr>
          <w:rFonts w:ascii="Times New Roman" w:hAnsi="Times New Roman" w:eastAsia="Times New Roman" w:cs="Times New Roman"/>
          <w:b w:val="0"/>
          <w:sz w:val="24"/>
        </w:rPr>
        <w:t>(2) No third parties’ rights (including, but not limited to rights of Plan participants, beneficiaries, covered dependents, or Business Associates) are intended to be created by this Policy or the Use and Disclosure Procedures.</w:t>
      </w:r>
    </w:p>
    <w:p>
      <w:pPr>
        <w:keepNext w:val="0"/>
        <w:spacing w:before="200" w:after="0" w:line="260" w:lineRule="exact"/>
        <w:ind w:left="0" w:right="0" w:firstLine="0"/>
        <w:jc w:val="both"/>
      </w:pPr>
      <w:r>
        <w:rPr>
          <w:rFonts w:ascii="Times New Roman" w:hAnsi="Times New Roman" w:eastAsia="Times New Roman" w:cs="Times New Roman"/>
          <w:b w:val="0"/>
          <w:sz w:val="24"/>
        </w:rPr>
        <w:t>(3) To the extent this Policy or the Use and Disclosure Procedures establish requirements and obligations beyond those required by HIPAA, the Policy and the Use and Disclosure Procedures shall be aspirational and not binding upon Company. This Policy and the Use and Disclosure Procedures do not address requirements under other federal laws, or under state laws.</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Dunlap-Hanna Pennsylvania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