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Probationary Period Acknowledgment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my employment at the Company is subject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probationary period of [number] days during which time the Company will evaluate my performance and fit for the position of [job title]. My probationary period begins on [first day of employment] and will last for 60 calendar days until [date]. I understand that my probationary period may be extended at the Company's discretion for one additional 60-day period.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during the probationary period, I am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employee and I will not be able to utilize, nor earn, any fringe benefits including [list of benefits] until the satisfactory completion of my probationary period.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understand that my employment at the Company is at will. I understand that the probationary period does not alter my at-will status and that at any time during or after my probationary period, I am employed at will and my employment can be terminated by the Company or me at any time, with or without cause or notice.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