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Producer Employment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Agreement dated as of [Month] [Day], [Year] between [name of individual producer] ("Producer") and [name of motion picture studio] ("Studio").</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Producer agrees to perform all of the services hereinafter described and such other services as are customarily provided by producers in the Motion Picture industry in connection with the development and production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theatrical motion picture (the "Picture") based upon [describe source material, e.g., the unpublished screenplay entitled ("name of work") written by (name of author)] (the "Underlying Property"). The Underlying Property, together with all material written based upon the Underlying Property, including the final draft screenplay, are referred to herein as the "Literary Work."</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Acquisition of Underlying Property.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Options on Underlying Property.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Producer [has acquired /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to acquire] motion picture and allied rights in and to [name of Underlying Property]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agreement dated [Month] [Day], [Year] between Producer and [name of seller of the Underlying Property] (the "Option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Quitclaim from Producer to Production Company.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Producer is simultaneously herewith quitclaiming to Studio all Producer's rights in and to [the Literary Work and Option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Chain of Title.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Producer agrees to execute and deliver to Studio such further documents as Studio may [reasonably] require in order to perfect the chain of title with respect to the Literary Work, and/or which Studio deems necessary to effectuate the intent hereof. Studio's obligations hereunder are conditioned upon the approval by Studio of the chain of title affecting all the rights in and to the Literary Work (including all screenplay material which has heretofore been written based thereon) and the obtaining by Studio of all releases and assignments deemed necessary by Studio in connection with obtaining such rights in form and substance satisfactory to Studio. If Studio does not approve the chain of title and/or Studio does not so obtain such releases and assignments, this Agreement shall immediately terminate and Studio and Producer shall have no further obligations to each other hereunder; provided, however, that all material developed or contributed by Producer prior to the date of such termination shall remain the sole and exclusive property of Studio pursuant to Subclause </w:t>
      </w:r>
      <w:r>
        <w:rPr>
          <w:rFonts w:ascii="Times New Roman" w:hAnsi="Times New Roman" w:eastAsia="Times New Roman" w:cs="Times New Roman"/>
          <w:b w:val="0"/>
          <w:sz w:val="24"/>
        </w:rPr>
        <w:t>14.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hereof and Producer shall be entitled to receive all sums due and payable to Producer prior to the date of such termination, if any, pursuant to Clauses </w:t>
      </w:r>
      <w:r>
        <w:rPr>
          <w:rFonts w:ascii="Times New Roman" w:hAnsi="Times New Roman" w:eastAsia="Times New Roman" w:cs="Times New Roman"/>
          <w:b w:val="0"/>
          <w:sz w:val="24"/>
        </w:rPr>
        <w:t>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9.</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Development and Pre-Production Phase.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Supervision.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Producer, in conjunction with the individual designated to be the director of the Picture ("Director"), shall supervise the development and writing, as well as all the revisions and changes [,as reasonably required by Studio,] in connection with the screenplay, and all pre-production activities [required by Studio] including, without limitation, the selection of proposed casting and the preparation of the proposed budget to be based on the screenplay determined by Studio, Director, and Producer to be the final screenplay for the Picture. Producer's services shall be rendered to Studio pursuant to the terms and conditions of Clause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Non-Reimbursed Expenses.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During the period of development and pre-production, Studio shall have no obligation to reimburse Producer for or make any advances on account of Producer's overhead, accounting, legal, living or traveling expenses, or any other charges or expenses of Producer's personnel, except as specifically approved by Studio, in writing, prior to the incurring of such charge or expense, for reasonable and actual expenses incurred by Producer in connection with scouting trips, location surveys, and the like.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Development Fee.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Studio shall pay Producer for all of the aforementioned development and pre-production services to be performed by Producer the sum of [amount (e.g., $50,000)] which shall accrue and be payable weekly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[ten (10) weeks] at the rate of [amount (e.g., $5,000)] per week.</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Application of Development Fee.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Studio proceeds with production of the Picture, the payment specified in Clause </w:t>
      </w:r>
      <w:r>
        <w:rPr>
          <w:rFonts w:ascii="Times New Roman" w:hAnsi="Times New Roman" w:eastAsia="Times New Roman" w:cs="Times New Roman"/>
          <w:b w:val="0"/>
          <w:sz w:val="24"/>
        </w:rPr>
        <w:t>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above, [shall / shall not] be applied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reduction of the Production Fee set forth in Clause </w:t>
      </w:r>
      <w:r>
        <w:rPr>
          <w:rFonts w:ascii="Times New Roman" w:hAnsi="Times New Roman" w:eastAsia="Times New Roman" w:cs="Times New Roman"/>
          <w:b w:val="0"/>
          <w:sz w:val="24"/>
        </w:rPr>
        <w:t>9.</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below.</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to Proceed; Abandonment; Turnaround.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to Proceed.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Studio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[thirty (30) days] ("Election Period") to elect to proceed to production or to abandon the Picture after completion of all of the following: (i) delivery of the screenplay determined by Producer and Studio as the final draft screenplay; (ii) delivery of the proposed budget approved by Producer; (iii) delivery of chain of title; and (iv) designation and approval by Producer of the principal cast and Director. Notice of such election shall be given to Producer in writing. Failure to give any notice during the election period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not to proceed effective on the [thirtieth (30th) day] of the Election Period. During such Election Period, Producer shall assist with the preparation of the budget, final shooting script, production schedule, casting and other pre-production matters as required by Studio.</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Turnaround.</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 to Acquire.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during the Election Period Studio elects not to continue with development of the Picture and/or elects not to proceed to production of the Picture, Producer shall have the exclusive right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[eighteen (18) months] after written notice of such election ("Turnaround Period") to acquire all of the right, title and interest of Studio in and to the Literary Work, by [reimbursing Studio for all expenses and charges ("Buy-Out Price") incurred by Studio in connection with the Picture, including all monies paid to Producer ("Advances")], plus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Overhead Charge of [ten percent (10%)] of the Advances (collectively, "Investment"), plus interest on the Investment computed weekly from the week in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 of Investment was incurred until repaid to Studio as herein provided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percentage rate of [amount or method of computation]. If during the Turnaround Period, Producer shall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for the development or production of the Picture or Producer or any party with whom Producer is negotiating shall do or authorize any writing to be done in connection with the Picture or Producer or any party with whom Producer is negotiating shall commence or authorize the commencement of photography of the Picture, Producer will upon the occurrence of such event [pay Studio the Buy-Out Price and furnish to Studio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indemnity agreement,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satisfactory to Studio,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having financial responsibility satisfactory to Studio, covering all obligations and liabilities in connection with the Picture], whereupon Studio will quitclaim its right, title and interest in the Picture to Producer, and Studio will warrant only that Studio has not theretofore transferred, hypothecated or otherwise disposed of any of its right, title and interest in the Picture.</w:t>
      </w:r>
    </w:p>
    <w:p>
      <w:pPr>
        <w:keepNext w:val="0"/>
        <w:spacing w:before="120" w:after="0" w:line="260" w:lineRule="exact"/>
        <w:ind w:left="144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Further Rights.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Producer does not exercise such right within the Turnaround Period, Producer shall have no further rights hereunder and/or in the Literary Work and Studio shall have no obligation whatsoever to involve Producer in the Picture and Producer shall execute and deliver such instruments as Studio may reasonably require in order to effectuate the purposes and intents hereof.</w:t>
      </w:r>
    </w:p>
    <w:p>
      <w:pPr>
        <w:keepNext w:val="0"/>
        <w:spacing w:before="120" w:after="0" w:line="260" w:lineRule="exact"/>
        <w:ind w:left="144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Changed Elements and Terms.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prior to Producer paying Studio the Buy-Out Price within the Turnaround Period, Producer introduce(s) any new or alter(s) any existing elements ("Changed Elements") and/or introduce(s) any changed terms and conditions including the financial terms regarding Producer's involvement in connection with the Picture ("Changed Terms"), Producer shall submit to Studio in writing such Changed Elements and Changed Terms and Studio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[ten (10) business days] after receipt thereof to reject such submission or to elect to proceed with the development and/or production of the Picture predicated upon the use, presence or involvement of such Changed Elements and Changed Terms, it being agreed that the election of Studio to proceed shall not require the acceptance of any Changed Elements and Changed Terms which cannot be honored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basis nor the acceptance of financial terms more favorable to Producer than the financial terms established herein. If Studio rejects such submission, Producer may acquire the right, title and interest of Studio as herein provided; but the aforesaid first refusal procedure shall be repeated during the Turnaround Period each time Producer introduces Changed Elements and/or Changed Terms until Producer has paid [the Buy-Out Price].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Production Phase.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Studio elects to proceed to production of the Picture and approves the final shooting script, principal cast, Director, and budget, then: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 Furnished.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Producer shall act as individual producer and Producer shall proceed with production of the Picture, subject to Studio's approval rights, and complete the Picture in conformity with the shooting script approved by Studio and the budget and production schedule approved, in writing, by Producer and Studio.</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Producer's services shall be exclusive during the period commencing [eight (8) weeks] prior to the commencement, and continuing until completion, of principal photography. At all other times, until completion of the final corrected answer print of the Picture, the services of Producer shall be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but first priority basis.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Running Time.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Picture will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running time of not less than [ninety (90) minutes], nor more than [one-hundred and twenty (120) minutes].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Schedules.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Principal photography of the Picture shall commence at the place and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designated by Studio, which shall occur within [ninety (90) days] after Studio's election to proceed to production, subject to postponement because of delays covered by weather conditions, location unavailability, scheduling problems, force majeure, Director unavailability, and/or cast unavailability. Producer will cause delivery of the Picture to be completed within [nineteen (19) weeks] after completion of principal photography [pursuant to the post-production schedule set forth in Exhibit (letter or number of exhibit)].</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Rating.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Picture, as completed, shall have been submitted to the Code and Rating Administration of the Motion Picture Association of America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rating, and [unless Studio approves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rating)" rating,]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rating of "[rating]" shall be obtained before the Picture shall be deemed completed.</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Approvals.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Studio, after consultation with Producer, shall have final approval of the budget, production schedule, post-production schedule, release title, and all other artistic and production elements in connection with the production of the Picture, both "above-the-line" and "below-the-line" personnel and elements, and all commitments and contracts relative to any of the foregoing. [Notwithstanding the foregoing sentence, Producer shall have mutual approval with Studio and the Director of the key creative personnel (excluding the production manager and location auditor).] [The foregoing shall be subject to applicable guild and union requirements.] If, after Studio has elected to proceed to production of the Picture pursuant to Clause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Producer and Studio are unable to agree on any element regarding which Producer, Director and Studio have mutual approval within [eight (8) weeks] prior to the commencement of principal photography of the Picture (including substitutes for any elements previously mutually approved but thereafter unavailable), then, Studio, after consultation with Producer, shall have the right to designate such element, in its sole discretion. Regarding each decision on which Producer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consultation pursuant to this clause, if Producer is unavailable to exercise such right of consultation, at such times and locations as required by Studio, such right of consultation shall be deemed to have been waived by Producer. [Producer shall not be deemed unavailable for consultation if Producer is available by telephone.]</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Dailies.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Studio shall have the right to view the dailies during the production of the Picture.</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Credit Compliance.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Producer shall comply with all contractual and union and guild obligations and Studio requirements of which Producer is notified in writing with respect to the screen credits for the Picture.</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of Substitution.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Events Occasioning Right of Substitution.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Despite any contrary provisions of this Agreement, Studio may substitute any other person's services for those being provided by the Producer upon the occurrence of any of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Overbudget.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any time during the production of the Picture, the estimated final Negative Cost thereof exceeds the Budgeted Negative Cost for the Picture by [ten percent (10%)] or more; or</w:t>
      </w:r>
    </w:p>
    <w:p>
      <w:pPr>
        <w:keepNext w:val="0"/>
        <w:spacing w:before="120" w:after="0" w:line="260" w:lineRule="exact"/>
        <w:ind w:left="144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Over-Schedule.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any time during the production of the Picture the principal photography thereof is [ten (10) days] or more behind the shooting schedule upon which the budget is based; or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Non-Performance.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any time during the production of the Picture, Producer [materially] defaults in the performance of any obligations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Exercise.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the occurrence of any of the aforementioned events, Studio shall have the right of substitution upon written notice to Producer of its election to do so. Studio shall not exercise its substitution rights with respect to the contingencies set forth in subclauses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(ii)</w:t>
      </w:r>
      <w:r>
        <w:rPr>
          <w:rFonts w:ascii="Times New Roman" w:hAnsi="Times New Roman" w:eastAsia="Times New Roman" w:cs="Times New Roman"/>
          <w:b w:val="0"/>
          <w:sz w:val="24"/>
        </w:rPr>
        <w:t>, above, until after [ten percent (10%)] of the shooting schedule upon which the Budgeted Negative Cost is based has elapsed, but in no event earlier than after the expiration of the first [one (1) week] of principal photography.</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Events Upon Exercise.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Studio elects to exercise its substitution rights as hereinabove provided, then:</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Assignment of Contracts.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Producer shall assign to Studio all contracts relating to the Picture to which Producer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120" w:after="0" w:line="260" w:lineRule="exact"/>
        <w:ind w:left="144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Completion of Picture.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Studio shall have the right to proceed with the production and completion of the Picture in such manner as Studio may deem advisable without interference.</w:t>
      </w:r>
    </w:p>
    <w:p>
      <w:pPr>
        <w:keepNext w:val="0"/>
        <w:spacing w:before="120" w:after="0" w:line="260" w:lineRule="exact"/>
        <w:ind w:left="144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Expenditures.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expenditures made by Studio in connection with the production of the Picture shall be included in the Negative Cost of the Picture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Charge.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Proration of Compensation.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Studio elects to exercise its substitution rights for any reason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Producer default, and the services of Producer are no longer required by Studio (except for such services as are connected with Producer's transfer of the production of the Picture to Studio), Studio shall pay to Producer the Fixed Compensation as set forth in Subclause </w:t>
      </w:r>
      <w:r>
        <w:rPr>
          <w:rFonts w:ascii="Times New Roman" w:hAnsi="Times New Roman" w:eastAsia="Times New Roman" w:cs="Times New Roman"/>
          <w:b w:val="0"/>
          <w:sz w:val="24"/>
        </w:rPr>
        <w:t>9.</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below. If, however, Studio continues to utilize Producer's services after exercise of Studio's substitution rights, [or if Producer's services have been utilized through at least completion of pre-production,] Studio shall pay to Producer, in addition to the Fixed Compensation, the following percentage of the Contingent Compensation payable to Producer as set forth in Subclause </w:t>
      </w:r>
      <w:r>
        <w:rPr>
          <w:rFonts w:ascii="Times New Roman" w:hAnsi="Times New Roman" w:eastAsia="Times New Roman" w:cs="Times New Roman"/>
          <w:b w:val="0"/>
          <w:sz w:val="24"/>
        </w:rPr>
        <w:t>9.</w:t>
      </w:r>
      <w:r>
        <w:rPr>
          <w:rFonts w:ascii="Times New Roman" w:hAnsi="Times New Roman" w:eastAsia="Times New Roman" w:cs="Times New Roman"/>
          <w:b w:val="0"/>
          <w:sz w:val="24"/>
        </w:rPr>
        <w:t>(b)</w:t>
      </w:r>
      <w:r>
        <w:rPr>
          <w:rFonts w:ascii="Times New Roman" w:hAnsi="Times New Roman" w:eastAsia="Times New Roman" w:cs="Times New Roman"/>
          <w:b w:val="0"/>
          <w:sz w:val="24"/>
        </w:rPr>
        <w:t>, below, and in accordance with the following schedule: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[Twenty percent (20%)] thereof if Producer has completed pre-production of the Picture prior to Studio's exercise of substitution rights; plus,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[Sixty percent (60%)] thereof prorated in the ratio that the number of weeks of principal photography completed prior to Studio's exercise of substitution rights bears to the total number of weeks in the schedule period of principal photography; plus,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[Ten percent (10%)] thereof if scoring of the Picture has been completed prior to Studio's exercise of its substitution rights; plus,</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[Ten percent (10%)] if the final corrected answer print is completed prior to Studio's exercise of its substitution rights.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Substitution on Default.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Studio exercises its substitution rights based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Producer's default, no additional compensation, either Fixed, Deferred, or Contingent, shall be paid to Producer, and all Studio's obligations with respect thereto shall terminate.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on Contingent Compensation.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Producer's share of Contingent Compensation shall be subject to the right of Studio to deduct therefrom any and all expenses incurred due to the event which gave rise to Studio's exercise of its substitution rights, plus any and all expenses incurred in connection with the substitution.</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Rights or Remedies.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Nothing in this clause shall be construed to limit or impair any other rights or remedies Studio may have under this Agreement or at law or in equity by reason of any default by Producer in the performance of Producer's obligations hereunder.</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Expenses—Production and Post-Production Phases.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Non-Reimbursed Expenses.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During the production and post-production phases of the Picture, Studio shall have no obligation to reimburse Producer for or make any advances on account of Producer's personnel except as specifically approved by Studio, or as provided for below.</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 &amp; Secretary.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Studio agrees to furnish Producer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and one (1) secretary [for Producer's exclusive use] during the production and post-production phases of the Picture, provided Studio elects to proceed with production of the Picture pursuant to Subclause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Transportation and Expenses.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 Producer's services are required by Studio on location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overnight location outside of [name of city or county], Studio shall:</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Transportation.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Furnish Producer with [first class round trip transportation] to and from any said location (if used and if available) [and, one (1) time only, with three (3) additional first class round trip transportation(s) (if available and if used) for the use of Producer's spouse and children],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Expenses.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Reimburse Producer for Producer's living expenses of [amount (e.g., $3,000)] per week if the services are required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 urban area such as [New York or London] and [amount (e.g., $2,000)] per week if such services are required at any other location. For any period less than one (1) week, said reimbursement shall be upon the pro rata basis that one (1) day is equal to one-seventh (1/7) of one (1) week. Producer agrees to furnish Studio with itemized accountings for all such expenditures which shall comply with the Internal Revenue Service's regulations, including substantiating vouchers, invoices, and receipts relating to such expenses.</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Post-Production Phase.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Cutting 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Provided Producer is not in default and has performed all services required of him or her [and provided further that the Director has no approval rights in connection with the final cut of the Picture and the Director has no right to more than two (2) cuts and/or two (2) previews of the Picture], Producer shall be entitled to [one (1) cut and one (1) preview] of the Picture. [Such cut and preview shall immediately follow the Director's last cut and preview; provided, however, that if Producer's cut and preview would delay or otherwise hinder delivery of the Picture to Studio pursuant to the post-production schedule approved by Studio in conformity with Studio's release requirements (including requirements created by bidding exigencies), Producer's right to one (1) cut and one (1) preview shall be forfeited.] Following delivery of the [Director's last cut and] Producer's cut [(if Producer's right to such cut has not been forfeited pursuant to any terms hereof)], Studio shall have [complete and unconditional authority] to the final cut and the final edit of the Picture.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Post-Production Schedule.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Producer hereby agrees that the post-production period referred to in Subclause </w:t>
      </w:r>
      <w:r>
        <w:rPr>
          <w:rFonts w:ascii="Times New Roman" w:hAnsi="Times New Roman" w:eastAsia="Times New Roman" w:cs="Times New Roman"/>
          <w:b w:val="0"/>
          <w:sz w:val="24"/>
        </w:rPr>
        <w:t>5.</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above, shall be adhered to, otherwise Studio shall have the right to proceed with the post-production work on the Picture as it desires. [Such other provisions of Clause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as are applicable to the Post-Production Phase shall be deemed incorporated in this clause.]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of Consultation.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Provided Producer is not in material default hereunder and has performed all [material] services required by Producer hereunder, Producer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consultation [in conjunction with the Director] with respect to the advertising and sales campaigns and the distribution patterns used for the Theatrical Distribution of the Picture in the United States; provided, however, that Studio shall have the right to make the final decision, in its sole discretion, on all such matters. If Producer is unavailable to exercise Producer's right of consultation pursuant to this subclause at such times and locations as [reasonably] required by Studio, such right shall be deemed to have been waived by Producer. [Producer shall not be deemed to be unavailable for consultation if Producer is available by telephone.]</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Fixed Compensation.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Conditioned upon the performance of Producer's obligations and Studio proceeding with production of the Picture pursuant to Subclause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Studio shall pay Producer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Production Fee and for all rights granted hereunder [amount (e.g., $800,000)] [but less the Development Fee payable pursuant to Subclause </w:t>
      </w:r>
      <w:r>
        <w:rPr>
          <w:rFonts w:ascii="Times New Roman" w:hAnsi="Times New Roman" w:eastAsia="Times New Roman" w:cs="Times New Roman"/>
          <w:b w:val="0"/>
          <w:sz w:val="24"/>
        </w:rPr>
        <w:t>3.</w:t>
      </w:r>
      <w:r>
        <w:rPr>
          <w:rFonts w:ascii="Times New Roman" w:hAnsi="Times New Roman" w:eastAsia="Times New Roman" w:cs="Times New Roman"/>
          <w:b w:val="0"/>
          <w:sz w:val="24"/>
        </w:rPr>
        <w:t>(c)</w:t>
      </w:r>
      <w:r>
        <w:rPr>
          <w:rFonts w:ascii="Times New Roman" w:hAnsi="Times New Roman" w:eastAsia="Times New Roman" w:cs="Times New Roman"/>
          <w:b w:val="0"/>
          <w:sz w:val="24"/>
        </w:rPr>
        <w:t>, above]. The Production Fee shall be paid to Producer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[Twenty percent (20%)] in equal weekly installments over the [eight (8) week] pre-production period during which Producer's services are exclusive to Studio;</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[Sixty percent (60%)] in equal weekly installments continuing through the scheduled period of principal photography;</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[Ten percent (10%)] upon completion of scoring of the Picture; </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[Ten percent (10%)] upon completion and delivery of the final corrected answer print and all items required by Studio for complete delivery of the Picture.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Contingent Compensation.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addition to the Fixed Compensation, Producer shall be entitled, subject to the production and release of the Picture, and subject to the performance of all [material] obligations of Producer, to receive as Contingent Compensation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[fifteen percent (15%)] of 100% of [Gross Receipts after Breakeven].</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Copyright.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Studio shall own the Picture and the Literary Work. The Picture shall be registered for copyright in Studio's name both in the United States and elsewhere. [All music publishing rights and the proceeds of the original music in the Picture shall be owned and controlled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affiliated music publisher of Studio, all soundtrack album and commercial recording rights and the proceeds thereof shall be owned and controlled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affiliated recording company of Producer, and all merchandising and publishing rights in connection with the Picture and the proceeds thereof shall be owned and controlled by Studio.]</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Producer's Address.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notices from Studio to Producer in connection with this Agreement may be given in writing by addressing the same to Producer in care of [name and address of recipient of notice] and by depositing same, so addressed, postage prepaid, in the mail, or, at Studio's option, Studio may deliver such notice to Producer personally, either orally or in writing. If such notice shall be sent by mail, as provided above, the date of mailing shall be deemed to be the date of service of such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courtesy copy of any notice to Producer shall be sent to [name and address of attorney].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Writing Requirement.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notice given regarding any right of termination, suspension, or extension under this Agreement shall be confirmed in writing. If any notice is delivered to Producer personally,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notice shall be sent to Producer at the above address.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Studio's Address.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notices from Producer to Studio hereunder shall be given in writing, addressed to Studio as follows: [name and address of recipient of notice] and by depositing same, so addressed, postage prepaid, in the 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courtesy copy shall be sent to [name and address of attorney]. Unless otherwise expressly provided, the date of mailing shall be deemed to be the date of service of such notice.</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Credits.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Provided that Producer completes all [material] services required hereunder and the Picture is produced and released by Studio, then Producer shall be accorded credit as hereinafter set forth on screen and in paid advertising issued by Studio and under Studio's control, except for customary exclusions. For the purpose of this Agreement, customary exclusions shall consist of [exclusions, e.g., advertising of eight (8) column inches or less; group and list advertisements; teasers; publicity; special advertising; billboards of three (3) sheets or more; television trailers, film clips, or other advertising on the screen, radio, or television] ("Excluded Ads"). The credit to be accorded Producer and the conditions relating thereto shall be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Presentation Credit.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Producer shall be accorded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presentation credit in the form of: "[name] Production" as follows: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On Screen.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 screen such credit shall be displayed above or before the title of the Picture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card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size of type not less than [fifty percent (50%)] of the size of type used to display the title of the Picture [, but not less than the size of type used to accord the "Film by" credit to the Director].</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 Paid Advertising.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paid advertising such credit shall be displayed above or before the title of the Picture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size of type not less than [thirty-five percent (35%)] of the size of type used to display the title of the Picture [, but not less than the size of type used to accord the "Film by" credit to the Director]. [Such credit shall be displayed in any Excluded Ad in which the "Film By" credit accorded the Director also appears except special, congratulatory and nomination ads relating to awards, citations, congratulations, nominations or personal appearances of the Director.]</w:t>
      </w:r>
    </w:p>
    <w:p>
      <w:pPr>
        <w:keepNext w:val="0"/>
        <w:spacing w:before="120" w:after="0" w:line="260" w:lineRule="exact"/>
        <w:ind w:left="144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Producer Credit.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Producer shall be accorded producer credit in the form of: "Produced by [name],"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On Screen.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 screen such credit shall be displayed [immediately before the "directed by" credit]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card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size of type not less than [fifty percent (50%)] of the size of type used to display the title of the Picture [, but not less than the size of type used to accord the "Directed by" credit to the Director].</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 Paid Advertising.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paid advertising such credit shall be displayed [above or before the title of the Picture]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size of type not less than [thirty-five percent (35%)] of the size of type used to display the title of the Picture [, but not less than the size of type used to accord "Directed by" credit to the Director]. Such credit shall be provided in the billing block used for the Picture. [Such credit shall be accorded in any Excluded Ad in which the "Directed by" credit accorded the Director also appears, except special, congratulatory and nomination ads relating to awards, citations, congratulations, nominations or personal appearances of the Director.]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both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(or repeat) title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artwork title are used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advertisement, the position and percentage requirements in (ii), above, as they relate to the title of the Picture, shall relate to the regular (or repeat) title. If only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artwork title is used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advertisement, the percentage requirement in (ii), above, as it relates to the title, shall be not less than [thirty-five percent (35%)] of the average size of the letters used in the artwork title.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casual or inadvertent failure to comply with the provisions of this clause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by Studio. Producer agrees that,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or omission by Studio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Studio's obligations under this clause, the damages, if any, caused Producer by Studio are not irreparable or sufficient to entitle Producer to injunctive or other equitable relief. Consequently, Producer's rights and remedies hereunder shall be limited to the right, if any, to obtain damages at law and Producer shall have no right in such event to rescind this Agreement or any of the rights assigned to Studio hereunder or to enjoin or restrain the distribution or exhibition of the Picture.</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Remake and Sequel Rights.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Subject to the rights, if any, reserved by the original owner of the Underlying Property, the remake and sequel rights (including spinoff television series rights) with respect to the Picture shall be vested in Studio.</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Producer's services shall be rendered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Availability.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Producer shall render services to Studio to such extent as Studio may require in the production of the Picture. Producer shall render services to Studio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basis during the development [and pre-production phase] of the Picture. The availability of Producer's services to Studio in connection with the [pre-production,] production and post-production phases shall be governed by Clause </w:t>
      </w:r>
      <w:r>
        <w:rPr>
          <w:rFonts w:ascii="Times New Roman" w:hAnsi="Times New Roman" w:eastAsia="Times New Roman" w:cs="Times New Roman"/>
          <w:b w:val="0"/>
          <w:sz w:val="24"/>
        </w:rPr>
        <w:t>5.</w:t>
      </w:r>
      <w:r>
        <w:rPr>
          <w:rFonts w:ascii="Times New Roman" w:hAnsi="Times New Roman" w:eastAsia="Times New Roman" w:cs="Times New Roman"/>
          <w:b w:val="0"/>
          <w:sz w:val="24"/>
        </w:rPr>
        <w:t>(b)</w:t>
      </w:r>
      <w:r>
        <w:rPr>
          <w:rFonts w:ascii="Times New Roman" w:hAnsi="Times New Roman" w:eastAsia="Times New Roman" w:cs="Times New Roman"/>
          <w:b w:val="0"/>
          <w:sz w:val="24"/>
        </w:rPr>
        <w:t>, above.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Performance Standards.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Producer's services shall be rendered [either alone or in collaboration with another or other producers] in such manner as Studio may direct, under the instructions and in strict accordance with the controls and schedules established by [Studio or Studio's authorized representatives] and at the times, places and in the manner required by [Studio or Studio's authorized representatives], which manners, instructions, directions, and controls shall be exercised by Studio in accordance with standards of reasonableness and also with what is customary practice in the Motion Picture industry. Such services shall be rendered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artistic, conscientious, efficient and punctual manner to the best of Producer's ability and with full regard to the careful, efficient, economical and expeditious production of the Picture within the budget and shooting schedule established by Studio immediately prior to the commencement of principal photography, it being understood that such production involves matters of art and taste to be exercised by Studio, and Producer's services and the manner of rendition thereof are to be governed entirely by Studio.</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Unique Services.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It is hereby agreed and understood that Producer's services to be furnished hereunder are special, extraordinary, unique, and not replaceable, and that there is no adequate remedy at law for breach of this contract by Producer. Studio, in the event of such breach by Producer, shall be entitled to [seek] injunctive and other equitable relief to prevent default by Producer. In addition to such equitable relief, Studio shall be entitled to such other remedies as may be available at law, including damages.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Results and Proceeds.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Studio shall be entitled to and shall solely and exclusively own and Producer hereby transfers and assigns to Studio in addition to Producer's services, all the results, product and proceeds thereof (including but not limited to all rights of whatever kind and character, throughout the universe in perpetuity, in any and all languages, of copyright, trademark, patent, production, manufacture, recordation, reproduction, transcription, performance, broadcast and exhibition by any art, method or device now known or hereafter devised, including, without limitation, radio broadcasting, theatrical and non-theatrical exhibition and exhibition, by the medium of television or otherwise), whether such results, products and proceeds consist of literary, dramatic, musical, motion picture, mechanical or any other form or works, themes, ideas, compositions, creation or products. Studio's acquisition hereunder shall also include all the rights generally known in the field of literary and musical endeavor as the "moral rights of authors" or so-called "droit morale" in and/or to any musical and/or literary proceeds of Producer's services. Studio shall also have the right [but not the obligation] to add to, subtract from, change, arrange, revise, adapt, rearrange, make variations of said property, and to translate the same into any and all languages, change the sequence, change the characters and the descriptions thereof, change the title of the same, [record and photograph the same with or without sound (including spoken words, dialogue and music synchronously recorded),] use said title or any of its components in connection with works or motion pictures wholly or partially independent thereof, [to vend, copy and publish the same as Studio may desire,] and to use all or any part thereof in new versions, adaptations and sequels in any and all languages, and to obtain copyright therein throughout the world; and Producer does hereby assign and transfer to Studio all of the foregoing without reservation, condition or limitations and no right of any kind, nature or description is reserved by Producer. If Studio shall desire to secure separate assignments of or for any of the foregoing, Producer shall execute the same upon Studio's request therefor.</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part of the foregoing, Producer hereby irrevocably assigns, licenses, and grants to Studio, exclusively, throughout the universe, and in perpetuity, the rights, if any, of Producer to authorize, prohibit and/or control the renting, lending, fixation, reproduction and/or other exploitation of any motion picture produced based upon the Picture (or any rights therein) by any media and means now known or hereafter devised as may be conferred upon Producer under applicable laws, regulations, or directives, including, without limitation, any so-called "Rental Lending Rights" pursuant to any European Union ("EU") directives and/or enabling or implementing legislation, laws, or regulations enacted by the member nations of the EU.</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the rights granted or agreed to be granted hereunder shall vest in Studio immediately and shall remain vested whether this Agreement expires in normal course or is terminated for any cause or reason. All the rights granted herein, including, without limitation, all material created, composed, submitted, added or interpolated by Producer hereunder shall automatically become Studio's property, and Studio, for this purpose, shall be deemed author thereof with Producer acting entirely as Studio's employee. Producer does hereby assign and transfer to Studio all the rights herein granted without reservation, condition or limitation, and no right of any kind, nature or description is reserved by Producer. Notwithstanding the foregoing, if any of the rights herein granted are hereafter subject to termination under Section 203 of the Copyright Act, or any similar provisions of said act or subsequent revision thereof, then Producer agrees not to make any further grant without giving Studio the first opportunity to acquire such rights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customary right of first negotiation/first refusal.</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Producer and Studio agree wherever in this Agreement the terms "motion picture" or "motion picture production" or terms of similar tenor are used, such terms shall be conclusively deemed and construed to include the present and future developments of the motion picture, television, videotape, video-disc, computer, electronics, and telephone industries and Internet, including talking motion pictures, videotapes, television productions, and any and all kinds of electronic and other interactive and Internet uses of the Picture and the components thereof, including, but not limited to, CD-ROM, CD-I, interactive multi-media devices, computer discs, and any new variations thereon, and all forms of motion pictures, television, laserdisc, videotape, DVD, CD-ROM, CD-I, interactive multimedia devices and similar uses, whether now known or unknown and their accompanying devices which reproduce words, music and/or other sounds in synchronization with, accompaniment of, or supplementary to photography.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Vesting.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rights granted to Studio hereunder shall vest in Studio immediately and shall remain vested [whether / only if] this Agreement expires in normal course or is terminated for any [good] cause or reason.</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Name and Likeness.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Studio may use and display Producer's name and likeness for advertising, publicizing and exploiting the Picture. However, such advertising may not include the direct [or indirect] endorsement of any product [or service or commodity] (other than the Picture) without Producer's [written] consent. Exhibition, advertising, publicizing or exploiting the Picture by any media, even though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or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commercially sponsored program, shall not be deemed endorsement of any nature.</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Suspension.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by reason of fire, earthquake, labor dispute or strike, act of God or public enemy, any municipal ordinance, any state or federal law, governmental order or regulation, or other cause beyond Studio's control [which would excuse Studio's performance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law], Studio is prevented from or hampered in the production of the Picture, or if, by reason of the closing of substantially all the theaters in the United States for any of the aforesaid or other causes, [which would excuse Studio's performance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law,] Studio's production of the Picture is postponed or suspended, or if, by reason of any of the aforesaid contingencies or any other cause or occurrence not within Studio's control, including but not limited to the death, illness or incapacity of any principal member of the cast of the Picture [or the Director], the preparation, commencement, production or completion of the Picture is hampered, interrupted or interfered with [and/or if Studio's normal business operations are hampered or otherwise interfered with by virtue of any disruptive events which are beyond Studio's control] ("Studio Disability"), then Studio may postpone the commencement of or suspend the rendition of services by Producer and the running of time hereunder for as long as the Studio Disability shall continue; and no compensation shall accrue or become payable to Producer hereunder during the period of suspension. Such suspension shall end [conditions for suspension to end (e.g., upon the cessation of the cause thereof / not later than four (4) weeks following the cessation of the Studio Disability or upon the recommencement of principal photography after the cessation of the Studio Disability, whichever occurs first)].</w:t>
      </w:r>
    </w:p>
    <w:p>
      <w:pPr>
        <w:keepNext w:val="0"/>
        <w:spacing w:before="120" w:after="0" w:line="260" w:lineRule="exact"/>
        <w:ind w:left="144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Termination.</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Studio Termination Right.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Studio Disability continues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exceeding [eight (8) weeks], Studio may terminate this Agreement upon written notice thereof to Producer.</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Producer's Termination Right.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Studio Disability results in the suspension of the payment of compensation hereunder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exceeding [eight (8) weeks], Producer may terminate this Agreement upon written notice to Studio.</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Studio Re-Establishment Right.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Despite Producer's election to terminate this Agreement, within [five (5) days] after Studio's actual receipt of such written notice from Producer, Studio may elect to re-establish the operation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Producer's Incapacity.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Effect of Producer’s Incapacity.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by reason of mental or physical disability, Producer shall be incapacitated from performing or complying with any of the terms or conditions hereof ("Producer's Incapacity")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consecutive period exceeding [seven (7) days] or aggregate period exceeding [ten (10) days], when Producer's services hereunder are exclusive, 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consecutive period exceeding [ten (10) days] or aggregate period exceeding [fourteen (14) days] when Producer's services hereunder are nonexclusive, then Studio may terminate this Agreement upon written notice to Producer.</w:t>
      </w:r>
    </w:p>
    <w:p>
      <w:pPr>
        <w:keepNext w:val="0"/>
        <w:spacing w:before="120" w:after="0" w:line="260" w:lineRule="exact"/>
        <w:ind w:left="144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 of Examination.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claim of mental or physical disability is made by Producer or on Producer's behalf, Studio may have Producer examined by such physicians as Studio may designate. Producer's physician may be present at such examination but shall not interfere therewith. [Any tests performed on Producer shall be related to and customary for the treatment, diagnosis or examination to be performed in connection with Producer's claim.]</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Producer Default.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Producer fails or refuses to perform or comply with any of the [material] terms or conditions hereof other than by reason of Producer's Incapacity ("Producer Default"), then Studio may terminate this Agreement upon written notice thereof to Producer.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Producer Default shall not include any failure or refusal of Producer to perform or comply with the material terms of this Agreement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action by Studio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Producer) which makes the performance by Producer of Producer's services impossible.</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Termination of this Agreement, whether by lapse of time, mutual consent, operation of law, exercise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termination or otherwise, shall:</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Terminate Studio's obligation to pay Producer any further compensation. Nevertheless, if the termination is not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Producer Default, Studio shall pay Producer any compensation accrued and unpaid prior to the 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Studio shall not be deemed to have waived any other rights it may have; and</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Termination shall not alter Studio's rights or any of Producer's agreements or warranties in connection with the rendition of Producer's services prior to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Studio's Right to Suspend.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of Producer's Incapacity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Producer Default, Studio may postpone the commencement of or suspend the rendition of services by Producer and the running of time hereunder as long as any such Producer Incapacity or Producer Default shall continue; and no compensation shall accrue or become payable to Producer during such suspension.</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Producer's Right to Cure.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Producer's Incapacity or Producer Default shall be deemed to continue until Studio's receipt of written notice from Producer specifying that Producer is ready, willing and able to perform the services required hereunder; provided that any such notice from Producer to Studio shall not preclude Studio from exercising any rights or remedies Studio may have hereunder or at law or in equity by reason of Producer's Incapacity or Producer Default.</w:t>
      </w:r>
    </w:p>
    <w:p>
      <w:pPr>
        <w:keepNext w:val="0"/>
        <w:spacing w:before="120" w:after="0" w:line="260" w:lineRule="exact"/>
        <w:ind w:left="144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Alternative Services Restricted.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During any period of suspension, Producer shall not render services for any person, firm or corporation other than Studio.</w:t>
      </w:r>
    </w:p>
    <w:p>
      <w:pPr>
        <w:keepNext w:val="0"/>
        <w:spacing w:before="120" w:after="0" w:line="260" w:lineRule="exact"/>
        <w:ind w:left="144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Studio Right to Extend.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Studio elects to suspend the rendition of services by Producer as herein specified, then Studio may (at any time) extend the period of services required of Producer hereunder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equal to the period of such suspension.</w:t>
      </w:r>
    </w:p>
    <w:p>
      <w:pPr>
        <w:keepNext w:val="0"/>
        <w:spacing w:before="120" w:after="0" w:line="260" w:lineRule="exact"/>
        <w:ind w:left="144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Additional Services.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Studio shall have paid compensation to Producer during any period of Producer's Incapacity or Producer Default, then Studio may (at any time) require Producer's services hereunder without compensation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equal to the period for which Studio shall have paid compensation to Producer during such Producer's Incapacity or Producer Default.</w:t>
      </w:r>
    </w:p>
    <w:p>
      <w:pPr>
        <w:keepNext w:val="0"/>
        <w:spacing w:before="120" w:after="0" w:line="260" w:lineRule="exact"/>
        <w:ind w:left="108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Related to Compensation.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anything to the contrary contained herein:</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Performance.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compensation shall accrue or become payable to Producer during any Producer's Incapacity or Producer Default.</w:t>
      </w:r>
    </w:p>
    <w:p>
      <w:pPr>
        <w:keepNext w:val="0"/>
        <w:spacing w:before="120" w:after="0" w:line="260" w:lineRule="exact"/>
        <w:ind w:left="144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Flat Fee Basis.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is hereby mutually agreed that the Fixed Compensation as specified in Clause </w:t>
      </w:r>
      <w:r>
        <w:rPr>
          <w:rFonts w:ascii="Times New Roman" w:hAnsi="Times New Roman" w:eastAsia="Times New Roman" w:cs="Times New Roman"/>
          <w:b w:val="0"/>
          <w:sz w:val="24"/>
        </w:rPr>
        <w:t>9.</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"flat fee" and Producer shall not be entitled to any additional and/or so-called overage compensation for any services rendered by Producer during the development, pre-production, production or post-production phases or for any additional post-production services. [Without limiting the generality of the foregoing, no additional compensation shall be payable to Producer pursuant to this Agreement if either the actual pre-production and/or the actual principal photography period of the Picture shall exceed the scheduled pre-production and/or the scheduled period of principal photography, and/or the scheduled period of post-production.]</w:t>
      </w:r>
    </w:p>
    <w:p>
      <w:pPr>
        <w:keepNext w:val="0"/>
        <w:spacing w:before="120" w:after="0" w:line="260" w:lineRule="exact"/>
        <w:ind w:left="144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 or Play.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Studio shall not be obligated to use Producer's services in connection with the Picture, nor shall Studio be obligated to produce, release, distribute, advertise, exploit or otherwise make use of the Picture; provided, however, [conditions for "pay or play" provision (e.g., if Producer is not in material default and has performed all required services hereunder)] the full amount of the Fixed Compensation hereinabove specified shall be paid to Producer should Studio, [for any reason / without legal justification or excuse] (as provided elsewhere herein or by operation of law), elect not to utilize Producer's services after having elected to proceed with the production of the Picture pursuant to Subclause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 In such case, Studio shall have no further obligation to Producer hereunder.</w:t>
      </w:r>
    </w:p>
    <w:p>
      <w:pPr>
        <w:keepNext w:val="0"/>
        <w:spacing w:before="120" w:after="0" w:line="260" w:lineRule="exact"/>
        <w:ind w:left="108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Producer Warranties.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Producer hereby warrants that Producer is not under any obligation or disability, created by law or otherwise, which would in any manner or to any extent prevent or restrict Producer from entering into and fully performing this Agreement. Producer warrants that Producer has not entered into any agreement or commitment that would prevent Producer's fulfilling Producer's commitments with Studio hereunder and that Producer will not enter into any such agreement or commitment without Studio's specific approval; and Producer agrees that Producer shall devote Producer's entire time and attention and best talents and ability exclusively to Studio as specified herein, and observe and be governed by the rules of conduct established by Studio for the conduct of its employees.</w:t>
      </w:r>
    </w:p>
    <w:p>
      <w:pPr>
        <w:keepNext w:val="0"/>
        <w:spacing w:before="120" w:after="0" w:line="260" w:lineRule="exact"/>
        <w:ind w:left="1080" w:right="0" w:firstLine="0"/>
        <w:jc w:val="left"/>
      </w:pP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 Related to Created Material.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Producer hereby warrants and agrees that all material, works, writing, ideas, "gags" or dialogue written, composed, prepared, submitted or interpolated by Producer in connection with the Picture or its preparation or production, shall be wholly original with Producer and shall not be copied in whole or in part from any other work, except that submitted to Producer by Studio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for such material. Producer further warrants that [, to the best of Producer's knowledge,] neither the material nor any part thereof will violate the rights of privacy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libel or slander against any person, firm, or corporation, and that the material will not infringe upon the copyright, literary, dramatic or photoplay rights of any person. Producer further warrants and agrees to hold Studio and its successors, licensees, and assigns harmless against all claims, lability, damages, costs, expenses (including [outside] attorneys' fees) or loss which they or any of them may suffer by reason of the breach of any of the terms or warranties of this clause.</w:t>
      </w:r>
    </w:p>
    <w:p>
      <w:pPr>
        <w:keepNext w:val="0"/>
        <w:spacing w:before="120" w:after="0" w:line="260" w:lineRule="exact"/>
        <w:ind w:left="1080" w:right="0" w:firstLine="0"/>
        <w:jc w:val="left"/>
      </w:pP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Guild Membership.</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During the periods when Producer is required to render services hereunder, as Studio may lawfully require Producer so to do, Producer, at Producer's sole cost and expense (and at Studio's request) shall remain, or become and remain,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good standing of the then properly designated labor organization or organizations (as defined and determined under the then applicable law) representing persons performing services of the type and character required to be performed by Producer hereunder.</w:t>
      </w:r>
    </w:p>
    <w:p>
      <w:pPr>
        <w:keepNext w:val="0"/>
        <w:spacing w:before="120" w:after="0" w:line="260" w:lineRule="exact"/>
        <w:ind w:left="1080" w:right="0" w:firstLine="0"/>
        <w:jc w:val="left"/>
      </w:pP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Studio may secure life, health, accident, cast or other insurance covering Producer [, the cost of which shall be included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Charge of the Picture]. Such insurance shall be for Studio's sole benefit and Studio shall be the beneficiary thereof, and Producer shall have no interest in the proceeds thereof. Producer shall assist in procuring such insurance by submitting to required examinations and tests and by preparing, signing, and delivering such applications and other documents as may be reasonably required. Producer shall, to the best of Producer's ability, observe all terms and conditions of such insurance of which Studio notifies Producer as necessary for continuing such insurance in effect. If Studio is unable to obtain pre-production or cast insurance covering Producer at prevailing standard rates and without any exclusions, restrictions, conditions, or exceptions of any kind, or if Producer fails to observe all terms and conditions necessary to maintain such insurance in effect, Studio shall have the right to terminate this Agreement without any obligation to Producer by giving Producer written notice of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(q)</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of Personnel.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Producer agrees not to employ any person to serve in any capacity, nor to contract for the purchase or renting of any article or material, nor make any agreement committing Studio to pay any sum of money for any reason whatsoever in connection with the Picture or services to be rendered by Producer hereunder, or otherwise, without the prior written consent of Studio.</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Generally.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remedies accorded herein or otherwise available to either Studio or Producer shall be cumulative, and no one such remedy shall be exclusive of any other. Without waiving any rights or remedies under this Agreement or otherwise, Studio [or Producer] may from time to time recover, by action, any damages arising out of any breach of this Agreement by Producer [or Studio, as applicable,] and may institute and maintain subsequent actions for additional damages which may arise from the same or other breaches. The commencement or maintenance of any such action or actions by Studio [or Producer] shall not constitute or result in the termination of Producer's services hereunder unless Studio [or Producer] shall expressly so elect by written notice to Producer [or Studio]. The pursuit by [either] Studio [or Producer] of any remedy under this Agreement or otherwise shall not be deemed to waive any other or different remedy which may be available under this Agreement or otherwise, either at law or in equity.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Equitable Relief.</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subparagraph </w:t>
      </w:r>
      <w:r>
        <w:rPr>
          <w:rFonts w:ascii="Times New Roman" w:hAnsi="Times New Roman" w:eastAsia="Times New Roman" w:cs="Times New Roman"/>
          <w:b w:val="0"/>
          <w:sz w:val="24"/>
        </w:rPr>
        <w:t>15.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Producer expressly understands and agrees that if Studio breaches this Agreement, the damage, if any, caused Producer thereby will not be irreparable or otherwise sufficient to entitle Producer to injunctive or other equitable relief. Producer agrees that the rights and remedies available to Producer in any such event shall be strictly limited to the right, if any, to recover damages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at law, as specified hereinabove, and Producer shall not be entitled by reason of any such breach to terminate or rescind this Agreement, to restrain Studio's exercise of any of Studio's rights hereunder, to enjoin Studio's use of the results and proceeds of Producer's services hereunder, or to restrain the exhibition or exploitation of the Picture.</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Documents.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Producer agrees to execute and deliver to Studio upon written request from Studio such further documents as Studio may [reasonably] require in order to effectuate the purposes and intents of this Agreement, including without limitation, perfecting the chain of title of the Literary Work, the transfer of rights to Studio, and the creation and perfection of any security interests. If Producer fails or refuses to sign and return such additional documents to Studio within [five (5) days] after receipt of Studio's written request, Producer irrevocably grants Studio the power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to execute such instruments in Producer's name and as Producer's attorney-in-fact. [Studio shall provide Producer with copies of any documents executed by Studio under this Clause.]</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Garnishment.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Studio is required, because of the service of any garnishment, writ of execution, or lien, or by the terms of any contract or assignment executed by Producer, to pay all or any portion of the compensation due Producer hereunder to any other person, firm or corporation, or to withhold the same from Producer, Studio's compliance with any such garnishment, writ of execution, lien, contract or assignment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its obligations hereunder.</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Governmental Limitation.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the compensation provided by this Agreement shall exceed the amount permitted by any present or future law or governmental order or regulation, such stated compensation shall be reduced, while such limitation is in effect, to the amount which is so permitted, and the payment of such reduced compensation shall be deemed to constitute full performance by Studio of its obligations respecting the payment of compensation hereunder. [Notwithstanding anything to the contrary set forth above, if at such time as the limitation is no longer in effect, there is compensation remaining unpaid for Producer's services hereunder, Studio shall cooperate with Producer in connection with processing any applications relative to the payment of such unpaid compensation, and Studio shall pay such compensation to Producer at such time as Studio is legally permitted to do so.]</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Publicity Restrictions.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Producer shall not, by means of press agents or publicity or advertising agencies or others, employed or paid by Producer or otherwise, circulate, publish or otherwise disseminate any news stories or articles, books, or other publicity containing Producer's name relating [, directly or indirectly,] to Producer's employment by Studio, the subject matter of this contract, the Picture, or the services to be rendered by Producer or others in connection with the Picture unless the same are first approved by Studio. [This clause shall not be deemed to preclude Producer's incidental, non-derogatory mention of the Picture in interviews.] Producer shall not transfer or attempt to transfer any right, privilege, title or interest in or to any of the things above specified, nor shall Producer authorize or willingly permit any infringement upon the exclusive rights granted to Studio; and Producer authorizes Studio, [at Studio's expense,] in Producer's name or otherwise, to institute any proper legal proceedings to prevent any infringement.</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Lend to Others.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Studio shall have the right to lend Producer's services hereunder to (</w:t>
      </w:r>
      <w:r>
        <w:rPr>
          <w:rFonts w:ascii="Times New Roman" w:hAnsi="Times New Roman" w:eastAsia="Times New Roman" w:cs="Times New Roman"/>
          <w:b/>
          <w:sz w:val="24"/>
        </w:rPr>
        <w:t>a</w:t>
      </w:r>
      <w:r>
        <w:rPr>
          <w:rFonts w:ascii="Times New Roman" w:hAnsi="Times New Roman" w:eastAsia="Times New Roman" w:cs="Times New Roman"/>
          <w:b w:val="0"/>
          <w:sz w:val="24"/>
        </w:rPr>
        <w:t>) any of its subsidiary or affiliated companies, or (b) any other producer of motion pictures provided such producer shall have granted to Studio the right to distribute the Picture.</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at the election of Studio, shall inure to the benefit of Studio's administrators, successors, assigns, licensees, grantees, and associated, affiliated and subsidiary companies, and Producer agrees that Studio and any subsequent assignee may freely assign this Agreement and grant its rights hereunder, in whole or in part, to any person, firm or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replace and supersede all previous arrangements, understandings, representations, or agreements, either oral or written, regarding the subject matter hereof and, together with any exhibits attached hereto and incorporated herein, expresses the entire agreement between Studio and Producer with reference to the terms and conditions for the rendition of Producer's services for Studio in connection with the Picture.</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construed in accordance with the laws of the State of [name of state] applicable to agreements which are executed and fully performed within said State.</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captions used in connection with clauses and subclauses of this Agreement are inserted only for the purpose of reference. Such captions shall not be deemed to govern, limit, modify, or in any other manner affect the scope, meaning, or intent of the provisions of this Agreement or any part thereof; nor shall such captions otherwise be given any legal effect.</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of Process.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any action or proceeding commenced in any court in the State of [name of state] for the purpose of enforcing this Agreement or any right granted herein or arising herefrom, or any order or decree predicated thereon, any summons, order to show cause, writ, judgment, decree, or other process, issued by such court, may be delivered to Producer personally without the State of [name of state]; and when so delivered, Producer shall be subject to the jurisdiction of such court as though the same had been served within the State of [name of state], but outside the county in which such action or proceeding is pending.</w:t>
      </w:r>
    </w:p>
    <w:p>
      <w:pPr>
        <w:keepNext w:val="0"/>
        <w:spacing w:before="120" w:after="0" w:line="260" w:lineRule="exact"/>
        <w:ind w:left="72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Illegality.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Nothing contained herein shall require the commission of any act or the payment of any compensation which is contrary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 provision of law or the policy of express law. If there shall exist any conflict between any provision contained herein and any such law or policy, the latter shall prevail; and the provision or provisions herein affected shall be curtailed, limited or eliminated to the extent (but only to the extent) necessary to remove such conflict, and as so modified, this Agreement shall continue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If Producer is more than One Person.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this Agreement is entered into with more than one (1) Producer, the term "Producer" shall refer to each and all of them. Further, such Producers represent, warrant and agree that they, and each of them, prior to the date hereof, agreed to collaborate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team for the services to be rendered or the material to be delivered hereunder, and that they agreed that all compensation specified herein is the combined total for the team.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address for each Producer is provided herein, Studio shall be deemed to have met its obligations with respect to any payment hereunder by delivering to each Producer at each Producer's respective address,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amount of any such payment based upon the number of Producers in the team, unless written notice signed by all Producers is delivered to Studio setting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allocation. All such Producers shall be deemed to have jointly and severally made and entered into all of the representations, warranties, covenants and agreements contained herein and shall be jointly and severally obligated and bound thereby. All of Studio's rights hereunder relate to and are exercisable against and with respect to each and all the Producers. Each Producer's representations, warranties and obligations hereunder are made with respect to each and all of them. Upon any Producer's incapacity or default, Studio may, at its sole option, elect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treat such incapacity or default as the incapacity or default of all persons comprising Producer under this Agreement, in which case Studio may then exercise any and all remedies which Studio may have for default or incapacity of Producer as set forth herein; or Studio may (b) treat such incapacity or default as affecting only the person or persons actually so incapacitated or actually in default, and Studio may require any other persons comprising Producer to continue performance hereunder, in which case Studio shall continue to compensate the Producer or Producers continuing to render services hereunder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proportionate amount of the payments otherwise due Producer or Producers ([one-half (1/2) thereof if two Producers are employed hereunder]).</w:t>
      </w:r>
    </w:p>
    <w:p>
      <w:pPr>
        <w:keepNext w:val="0"/>
        <w:spacing w:before="120" w:after="0" w:line="260" w:lineRule="exact"/>
        <w:ind w:left="72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Eligibility.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of Studio's obligations herein are expressly conditioned upon Producer's completion, to Studio's satisfaction, of the I-9 form (Employee Eligibility Verification Form), and upon Producer's submission to Studio of original documents satisfactory to demonstrate to Studio Producer's employment eligibility.</w:t>
      </w:r>
    </w:p>
    <w:p>
      <w:pPr>
        <w:keepNext w:val="0"/>
        <w:spacing w:before="120" w:after="0" w:line="260" w:lineRule="exact"/>
        <w:ind w:left="72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 Counterparts; Facsimile or Electronic.</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by original, facsimile or electronic signatures and in counterparts, each of which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instrument. Any signed copy of this Agreement delivered electronically or by facsimile transmission will for all purposes be treated as if it had been delivered containing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 of the party whose signature appears in the electronic or facsimile version and will be binding upon that party in the same manner as though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signed copy had been delivered.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By signing in the spaces provided below Producer and Studio accept and agree to all the terms and conditions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[name of producer]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[name of signor]</w:t>
      </w:r>
    </w:p>
    <w:p>
      <w:pPr>
        <w:keepNext w:val="0"/>
        <w:spacing w:before="120" w:after="0" w:line="260" w:lineRule="exact"/>
        <w:ind w:left="360" w:right="0" w:firstLine="0"/>
        <w:jc w:val="left"/>
      </w:pPr>
      <w:r>
        <w:rPr>
          <w:rFonts w:ascii="Times New Roman" w:hAnsi="Times New Roman" w:eastAsia="Times New Roman" w:cs="Times New Roman"/>
          <w:b w:val="0"/>
          <w:sz w:val="24"/>
        </w:rPr>
        <w:t>Its: [title of signor]</w:t>
      </w:r>
    </w:p>
    <w:p>
      <w:pPr>
        <w:keepNext w:val="0"/>
        <w:spacing w:before="120" w:after="0" w:line="260" w:lineRule="exact"/>
        <w:ind w:left="360" w:right="0" w:firstLine="0"/>
        <w:jc w:val="left"/>
      </w:pPr>
      <w:r>
        <w:rPr>
          <w:rFonts w:ascii="Times New Roman" w:hAnsi="Times New Roman" w:eastAsia="Times New Roman" w:cs="Times New Roman"/>
          <w:b w:val="0"/>
          <w:sz w:val="24"/>
        </w:rPr>
        <w:t>[name of studio]</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[name of signor]</w:t>
      </w:r>
    </w:p>
    <w:p>
      <w:pPr>
        <w:keepNext w:val="0"/>
        <w:spacing w:before="120" w:after="0" w:line="260" w:lineRule="exact"/>
        <w:ind w:left="360" w:right="0" w:firstLine="0"/>
        <w:jc w:val="left"/>
      </w:pPr>
      <w:r>
        <w:rPr>
          <w:rFonts w:ascii="Times New Roman" w:hAnsi="Times New Roman" w:eastAsia="Times New Roman" w:cs="Times New Roman"/>
          <w:b w:val="0"/>
          <w:sz w:val="24"/>
        </w:rPr>
        <w:t>Its: [title of signor]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