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Producer’s Declaration</w:t>
      </w:r>
    </w:p>
    <w:p>
      <w:pPr/>
      <w:r>
        <w:rPr>
          <w:rFonts w:ascii="Times New Roman" w:hAnsi="Times New Roman" w:eastAsia="Times New Roman" w:cs="Times New Roman"/>
          <w:sz w:val="24"/>
        </w:rPr>
        <w:t>[Month Day, 20__</w:t>
      </w:r>
      <w:r>
        <w:rPr>
          <w:rFonts w:ascii="Times New Roman" w:hAnsi="Times New Roman" w:eastAsia="Times New Roman" w:cs="Times New Roman"/>
          <w:sz w:val="24"/>
        </w:rPr>
        <w:t>___</w:t>
      </w:r>
      <w:r>
        <w:rPr>
          <w:rFonts w:ascii="Times New Roman" w:hAnsi="Times New Roman" w:eastAsia="Times New Roman" w:cs="Times New Roman"/>
          <w:sz w:val="24"/>
        </w:rPr>
        <w:t>]</w:t>
      </w:r>
    </w:p>
    <w:p>
      <w:pPr/>
      <w:r>
        <w:rPr>
          <w:rFonts w:ascii="Times New Roman" w:hAnsi="Times New Roman" w:eastAsia="Times New Roman" w:cs="Times New Roman"/>
          <w:sz w:val="24"/>
        </w:rPr>
        <w:t>[Record Company Name and Address]</w:t>
      </w:r>
    </w:p>
    <w:p>
      <w:pPr/>
      <w:r>
        <w:rPr>
          <w:rFonts w:ascii="Times New Roman" w:hAnsi="Times New Roman" w:eastAsia="Times New Roman" w:cs="Times New Roman"/>
          <w:sz w:val="24"/>
        </w:rPr>
        <w:t>Gentlemen:</w:t>
      </w:r>
    </w:p>
    <w:p>
      <w:pPr/>
      <w:r>
        <w:rPr>
          <w:rFonts w:ascii="Times New Roman" w:hAnsi="Times New Roman" w:eastAsia="Times New Roman" w:cs="Times New Roman"/>
          <w:sz w:val="24"/>
        </w:rPr>
        <w:t>I, the undersigned, declare that I am familiar with and understand the agreement between [name of record company] (“Company”) and [name(s) of artist(s)], professionally known as “[professional name of artist(s)]” (“Artist”), in connection with the production of records (“Recording Agreement”).</w:t>
      </w:r>
    </w:p>
    <w:p>
      <w:pPr/>
      <w:r>
        <w:rPr>
          <w:rFonts w:ascii="Times New Roman" w:hAnsi="Times New Roman" w:eastAsia="Times New Roman" w:cs="Times New Roman"/>
          <w:sz w:val="24"/>
        </w:rPr>
        <w:t>For the express and direct benefit of Company, I hereby:</w:t>
      </w:r>
    </w:p>
    <w:p>
      <w:pPr/>
      <w:r>
        <w:rPr>
          <w:rFonts w:ascii="Times New Roman" w:hAnsi="Times New Roman" w:eastAsia="Times New Roman" w:cs="Times New Roman"/>
          <w:sz w:val="24"/>
        </w:rPr>
        <w:t>Warranties.</w:t>
      </w:r>
      <w:r>
        <w:rPr>
          <w:rFonts w:ascii="Times New Roman" w:hAnsi="Times New Roman" w:eastAsia="Times New Roman" w:cs="Times New Roman"/>
          <w:sz w:val="24"/>
        </w:rPr>
        <w:t xml:space="preserve"> Join in the representations and warranties made in the Recording Agreement as respects my employment contract with Artist. I agree to perform all the terms and provisions of my said employment contract and of the Recording Agreement which relate to my phonograph record endeavors and the use to be made of the results and proceeds of such endeavors.</w:t>
      </w:r>
    </w:p>
    <w:p>
      <w:pPr/>
      <w:r>
        <w:rPr>
          <w:rFonts w:ascii="Times New Roman" w:hAnsi="Times New Roman" w:eastAsia="Times New Roman" w:cs="Times New Roman"/>
          <w:sz w:val="24"/>
        </w:rPr>
        <w:t>Names &amp; Likenesses.</w:t>
      </w:r>
      <w:r>
        <w:rPr>
          <w:rFonts w:ascii="Times New Roman" w:hAnsi="Times New Roman" w:eastAsia="Times New Roman" w:cs="Times New Roman"/>
          <w:sz w:val="24"/>
        </w:rPr>
        <w:t xml:space="preserve"> I grant to Company the perpetual right to use and publish and to permit others to use and publish my name, signature, likeness, and biographical material concerning me for advertising and trade purposes in connection with the sale and exploitation of masters and records manufactured from masters recorded pursuant to the Recording Agreement, or to refrain therefrom. I agree that if the Recording Agreement is inconsistent with my employment contract, the obligations of the former shall supersede those of the latter.</w:t>
      </w:r>
    </w:p>
    <w:p>
      <w:pPr/>
      <w:r>
        <w:rPr>
          <w:rFonts w:ascii="Times New Roman" w:hAnsi="Times New Roman" w:eastAsia="Times New Roman" w:cs="Times New Roman"/>
          <w:sz w:val="24"/>
        </w:rPr>
        <w:t>Rights &amp; Remedies.</w:t>
      </w:r>
      <w:r>
        <w:rPr>
          <w:rFonts w:ascii="Times New Roman" w:hAnsi="Times New Roman" w:eastAsia="Times New Roman" w:cs="Times New Roman"/>
          <w:sz w:val="24"/>
        </w:rPr>
        <w:t xml:space="preserve"> I acknowledge that the rights, privileges, benefits and remedies granted to Artist in my employment contract with Artist shall, at Company’s election, be deemed to be granted to Company in the Recording Agreement, and I agree that if Company does so elect, they may be enforced against me directly by Company in Company’s own name and on its own behalf in any court of competent jurisdiction whether or not Company is a party to the litigation.</w:t>
      </w:r>
    </w:p>
    <w:p>
      <w:pPr/>
      <w:r>
        <w:rPr>
          <w:rFonts w:ascii="Times New Roman" w:hAnsi="Times New Roman" w:eastAsia="Times New Roman" w:cs="Times New Roman"/>
          <w:sz w:val="24"/>
        </w:rPr>
        <w:t>Payment &amp; Royalties.</w:t>
      </w:r>
      <w:r>
        <w:rPr>
          <w:rFonts w:ascii="Times New Roman" w:hAnsi="Times New Roman" w:eastAsia="Times New Roman" w:cs="Times New Roman"/>
          <w:sz w:val="24"/>
        </w:rPr>
        <w:t xml:space="preserve"> I agree to look solely to Artist for the payment of my fees and/or royalties, as the case may be, and will not assert any claim in this regard against Company or attempt to prevent the manufacture, sale or distribution of phonograph records manufactured from Artist masters produced under the terms and conditions of the Recording Agreement.</w:t>
      </w:r>
    </w:p>
    <w:p>
      <w:pPr/>
      <w:r>
        <w:rPr>
          <w:rFonts w:ascii="Times New Roman" w:hAnsi="Times New Roman" w:eastAsia="Times New Roman" w:cs="Times New Roman"/>
          <w:sz w:val="24"/>
        </w:rPr>
        <w:t>Copyright.</w:t>
      </w:r>
      <w:r>
        <w:rPr>
          <w:rFonts w:ascii="Times New Roman" w:hAnsi="Times New Roman" w:eastAsia="Times New Roman" w:cs="Times New Roman"/>
          <w:sz w:val="24"/>
        </w:rPr>
        <w:t xml:space="preserve"> I acknowledge and agree that each master recorded under the Recording Agreement embodying the results and proceeds of my services (i) is prepared within the scope of Artist’s engagement of my personal services and is a work made for hire, or (ii) is prepared as part of an LP-Master which constitutes a work specially ordered by Artist or Company for use as a contribution to a collective work and shall be considered a work made for hire. I further acknowledge that Company is the exclusive owner of copyright with </w:t>
      </w:r>
      <w:r>
        <w:rPr>
          <w:rFonts w:ascii="Times New Roman" w:hAnsi="Times New Roman" w:eastAsia="Times New Roman" w:cs="Times New Roman"/>
          <w:sz w:val="24"/>
        </w:rPr>
        <w:t>respect to each such master and any “sound recording” or “phonorecord” or “copy” manufactured therefrom (individually and collectively called the “Work”), and that Company has the right to exercise all rights of the copyright proprietor with respect thereto, including, but not limited to: all exclusive rights specified in 17 U.S.C. § 106 and the exclusive right to register copyright in the name of Company.</w:t>
      </w:r>
    </w:p>
    <w:p>
      <w:pPr/>
      <w:r>
        <w:rPr>
          <w:rFonts w:ascii="Times New Roman" w:hAnsi="Times New Roman" w:eastAsia="Times New Roman" w:cs="Times New Roman"/>
          <w:sz w:val="24"/>
        </w:rPr>
        <w:t>Rights Granted.</w:t>
      </w:r>
      <w:r>
        <w:rPr>
          <w:rFonts w:ascii="Times New Roman" w:hAnsi="Times New Roman" w:eastAsia="Times New Roman" w:cs="Times New Roman"/>
          <w:sz w:val="24"/>
        </w:rPr>
        <w:t xml:space="preserve"> Notwithstanding the provisions of Clause </w:t>
      </w:r>
      <w:r>
        <w:rPr>
          <w:rFonts w:ascii="Times New Roman" w:hAnsi="Times New Roman" w:eastAsia="Times New Roman" w:cs="Times New Roman"/>
          <w:sz w:val="24"/>
        </w:rPr>
        <w:t>5</w:t>
      </w:r>
      <w:r>
        <w:rPr>
          <w:rFonts w:ascii="Times New Roman" w:hAnsi="Times New Roman" w:eastAsia="Times New Roman" w:cs="Times New Roman"/>
          <w:sz w:val="24"/>
        </w:rPr>
        <w:t xml:space="preserve"> above, I agree that to the extent, if any, that I may be deemed an “author” of any Work, I hereby grant and assign to Company, exclusively, perpetually and throughout the universe, all exclusive right, title and interest in and to such Work, including, but not limited to, all exclusive rights of the copyright owner as specified in 17 U.S.C. § 106. I hereby grant to Company a power of attorney irrevocable and coupled with an interest to execute for me and in my name all documents and instruments necessary or appropriate to effectuate the intents and purposes of this Clause and to accomplish, evidence and perfect the rights granted to Company pursuant to this Paragraph including, but not limited to, documents to apply for and obtain all registration of copyrights in and to any such Work and documents to assign such copyrights to Company.</w:t>
      </w: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