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Producer’s Declaration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[Month Day, 20__]</w:t>
      </w:r>
    </w:p>
    <w:p>
      <w:pPr>
        <w:keepNext w:val="0"/>
        <w:spacing w:before="200" w:after="0" w:line="260" w:lineRule="exact"/>
        <w:ind w:left="360" w:right="0" w:firstLine="0"/>
        <w:jc w:val="both"/>
      </w:pPr>
      <w:r>
        <w:rPr>
          <w:rFonts w:ascii="Times New Roman" w:hAnsi="Times New Roman" w:eastAsia="Times New Roman" w:cs="Times New Roman"/>
          <w:b w:val="0"/>
          <w:sz w:val="24"/>
        </w:rPr>
        <w:t>[Record Company Name and Address]</w:t>
      </w:r>
    </w:p>
    <w:p>
      <w:pPr>
        <w:keepNext w:val="0"/>
        <w:spacing w:before="200" w:after="0" w:line="260" w:lineRule="exact"/>
        <w:ind w:left="360" w:right="0" w:firstLine="0"/>
        <w:jc w:val="both"/>
      </w:pPr>
      <w:r>
        <w:rPr>
          <w:rFonts w:ascii="Times New Roman" w:hAnsi="Times New Roman" w:eastAsia="Times New Roman" w:cs="Times New Roman"/>
          <w:b w:val="0"/>
          <w:sz w:val="24"/>
        </w:rPr>
        <w:t>Gentlemen:</w:t>
      </w:r>
    </w:p>
    <w:p>
      <w:pPr>
        <w:keepNext w:val="0"/>
        <w:spacing w:before="200" w:after="0" w:line="260" w:lineRule="exact"/>
        <w:ind w:left="720" w:right="0" w:firstLine="0"/>
        <w:jc w:val="both"/>
      </w:pPr>
      <w:r>
        <w:rPr>
          <w:rFonts w:ascii="Times New Roman" w:hAnsi="Times New Roman" w:eastAsia="Times New Roman" w:cs="Times New Roman"/>
          <w:b w:val="0"/>
          <w:sz w:val="24"/>
        </w:rPr>
        <w:t>I, the undersigned, declare that I am familiar with and understand the agreement between [name of record company] (“Company”) and [name(s) of artist(s)], professionally known as “[professional name of artist(s)]” (“Artist”), in connection with the production of records (“Recording Agreement”).</w:t>
      </w:r>
    </w:p>
    <w:p>
      <w:pPr>
        <w:keepNext w:val="0"/>
        <w:spacing w:before="200" w:after="0" w:line="260" w:lineRule="exact"/>
        <w:ind w:left="720" w:right="0" w:firstLine="0"/>
        <w:jc w:val="both"/>
      </w:pPr>
      <w:r>
        <w:rPr>
          <w:rFonts w:ascii="Times New Roman" w:hAnsi="Times New Roman" w:eastAsia="Times New Roman" w:cs="Times New Roman"/>
          <w:b w:val="0"/>
          <w:sz w:val="24"/>
        </w:rPr>
        <w:t>For the express and direct benefit of Company, I hereby:</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Warranties.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Join in the representations and warranties made in the Recording Agreement as respects my employment contract with Artist. I agree to perform all the terms and provisions of my said employment contract and of the Recording Agreement which relate to my phonograph record endeavors and the use to be made of the results and proceeds of such endeavors.</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Names &amp; Likenesses.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 grant to Company the perpetual right to use and publish and to permit others to use and publish my name, signature, likeness, and biographical material concerning me for advertising and trade purposes in connection with the sale and exploitation of masters and records manufactured from masters recorded pursuant to the Recording Agreement, or to refrain therefrom. I agree that if the Recording Agreement is inconsistent with my employment contract, the obligations of the former shall supersede those of the latter.</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Rights &amp; Remedies.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 acknowledge that the rights, privileges, benefits and remedies granted to Artist in my employment contract with Artist shall, at Company’s election, be deemed to be granted to Company in the Recording Agreement, and I agree that if Company does so elect, they may be enforced against me directly by Company in Company’s own name and on its own behalf in any court of competent jurisdiction whether or not Company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the litigation.</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 &amp; Royalties.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 agree to look solely to Artist for the payment of my fees and/or royalties, as the case may be, and will not assert any claim in this regard against Company or attempt to prevent the manufacture, sale or distribution of phonograph records manufactured from Artist masters produced under the terms and conditions of the Recording Agreement.</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Copyright.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 acknowledge and agree that each master recorded under the Recording Agreement embodying the results and proceeds of my services (i) is prepared within the scope of Artist’s engagement of my personal services and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work made for hire, or (ii) is prepared as part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LP-Master which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work specially ordered by Artist or Company for use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contribution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collective work and shall be considered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work made for hire. I further acknowledge that Company is the exclusive owner of copyright with respect to each such master and any “sound recording” or “phonorecord” or “copy” manufactured therefrom (individually and collectively called the “Work”), and that Company has the right to exercise all rights of the copyright proprietor with respect thereto, including, but not limited to: all exclusive rights specified in 17 U.S.C. § 106 and the exclusive right to register copyright in the name of Company.</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Rights Granted.</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Notwithstanding the provisions of Clause </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above, I agree that to the extent, if any, that I may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 of any Work, I hereby grant and assign to Company, exclusively, perpetually and throughout the universe, all exclusive right, title and interest in and to such Work, including, but not limited to, all exclusive rights of the copyright owner as specified in 17 U.S.C. § 106. I hereby grant to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power of attorney irrevocable and coupled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to execute for me and in my name all documents and instruments necessary or appropriate to effectuate the intents and purposes of this Clause and to accomplish, evidence and perfect the rights granted to Company pursuant to this Paragraph including, but not limited to, documents to apply for and obtain all registration of copyrights in and to any such Work and documents to assign such copyrights to Company.</w:t>
      </w:r>
    </w:p>
    <w:p>
      <w:pPr/>
    </w:p>
    <w:p>
      <w:pPr>
        <w:keepNext w:val="0"/>
        <w:spacing w:before="120" w:after="0" w:line="260" w:lineRule="exact"/>
        <w:ind w:left="360" w:right="0" w:firstLine="0"/>
        <w:jc w:val="left"/>
      </w:pPr>
      <w:r>
        <w:rPr>
          <w:rFonts w:ascii="Times New Roman" w:hAnsi="Times New Roman" w:eastAsia="Times New Roman" w:cs="Times New Roman"/>
          <w:b w:val="0"/>
          <w:sz w:val="24"/>
        </w:rPr>
        <w:t>Signed: 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producer]</w:t>
      </w:r>
    </w:p>
    <w:p>
      <w:pPr>
        <w:keepNext w:val="0"/>
        <w:spacing w:before="120" w:after="0" w:line="260" w:lineRule="exact"/>
        <w:ind w:left="360" w:right="0" w:firstLine="0"/>
        <w:jc w:val="left"/>
      </w:pPr>
      <w:r>
        <w:rPr>
          <w:rFonts w:ascii="Times New Roman" w:hAnsi="Times New Roman" w:eastAsia="Times New Roman" w:cs="Times New Roman"/>
          <w:b w:val="0"/>
          <w:sz w:val="24"/>
        </w:rPr>
        <w:t>[address of producer]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