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240"/>
        <w:jc w:val="center"/>
      </w:pPr>
      <w:r>
        <w:rPr>
          <w:rFonts w:ascii="Times New Roman" w:hAnsi="Times New Roman" w:eastAsia="Times New Roman" w:cs="Times New Roman"/>
          <w:b/>
          <w:sz w:val="24"/>
        </w:rPr>
        <w:t>PRODUCT DEVELOPMENT NON-DISCLOSURE AGREEMENT</w:t>
      </w:r>
    </w:p>
    <w:p>
      <w:pPr>
        <w:spacing w:before="240" w:after="240"/>
      </w:pPr>
    </w:p>
    <w:p>
      <w:pPr>
        <w:spacing w:before="240" w:after="240"/>
      </w:pPr>
      <w:r>
        <w:rPr>
          <w:rFonts w:ascii="Times New Roman" w:hAnsi="Times New Roman" w:eastAsia="Times New Roman" w:cs="Times New Roman"/>
          <w:sz w:val="24"/>
        </w:rPr>
        <w:t xml:space="preserve">This Product Development Non-Disclosure Agreement, known as the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by and between </w:t>
      </w:r>
      <w:r>
        <w:rPr>
          <w:rFonts w:ascii="Times New Roman" w:hAnsi="Times New Roman" w:eastAsia="Times New Roman" w:cs="Times New Roman"/>
          <w:sz w:val="24"/>
        </w:rPr>
        <w:t>[RELEASOR NAME]</w:t>
      </w:r>
      <w:r>
        <w:rPr>
          <w:rFonts w:ascii="Times New Roman" w:hAnsi="Times New Roman" w:eastAsia="Times New Roman" w:cs="Times New Roman"/>
          <w:sz w:val="24"/>
        </w:rPr>
        <w:t xml:space="preserve">, the “Releasor”, and </w:t>
      </w:r>
      <w:r>
        <w:rPr>
          <w:rFonts w:ascii="Times New Roman" w:hAnsi="Times New Roman" w:eastAsia="Times New Roman" w:cs="Times New Roman"/>
          <w:sz w:val="24"/>
        </w:rPr>
        <w:t>[RECIPIENT NAME]</w:t>
      </w:r>
      <w:r>
        <w:rPr>
          <w:rFonts w:ascii="Times New Roman" w:hAnsi="Times New Roman" w:eastAsia="Times New Roman" w:cs="Times New Roman"/>
          <w:sz w:val="24"/>
        </w:rPr>
        <w:t>, and “Recipient”, and collectively, “the Parties”.</w:t>
      </w:r>
    </w:p>
    <w:p>
      <w:pPr>
        <w:spacing w:before="240" w:after="240"/>
      </w:pPr>
      <w:r>
        <w:rPr>
          <w:rFonts w:ascii="Times New Roman" w:hAnsi="Times New Roman" w:eastAsia="Times New Roman" w:cs="Times New Roman"/>
          <w:sz w:val="24"/>
        </w:rPr>
        <w:t xml:space="preserve">WHEREAS, Releasor agrees to furnish certain confidential information relating to ideas, inventions or products for the purposes of assistance in product development, patenting, licensing, and any other details about a product or service that is unique in nature to the Releasor. </w:t>
      </w:r>
    </w:p>
    <w:p>
      <w:pPr>
        <w:spacing w:before="240" w:after="240"/>
      </w:pPr>
      <w:r>
        <w:rPr>
          <w:rFonts w:ascii="Times New Roman" w:hAnsi="Times New Roman" w:eastAsia="Times New Roman" w:cs="Times New Roman"/>
          <w:b/>
          <w:sz w:val="24"/>
        </w:rPr>
        <w:t>I. Confidential Information</w:t>
      </w:r>
      <w:r>
        <w:rPr>
          <w:rFonts w:ascii="Times New Roman" w:hAnsi="Times New Roman" w:eastAsia="Times New Roman" w:cs="Times New Roman"/>
          <w:sz w:val="24"/>
        </w:rPr>
        <w:t>. This Agreement shall govern the conditions of disclosure by Releasor to Recipient of certain Confidential Information. "Confidential Information", as used herein, means all engineering and business information (including prototypes, drawings, data, trade secrets and intellectual property) which:</w:t>
      </w:r>
    </w:p>
    <w:p>
      <w:pPr>
        <w:spacing w:before="240" w:after="240"/>
      </w:pPr>
      <w:r>
        <w:rPr>
          <w:rFonts w:ascii="Times New Roman" w:hAnsi="Times New Roman" w:eastAsia="Times New Roman" w:cs="Times New Roman"/>
          <w:sz w:val="24"/>
        </w:rPr>
        <w:t>i. if tangible, is identified in writing as confidential at the time of its disclosure to the recipient; or</w:t>
        <w:br/>
        <w:br/>
        <w:t>ii. if intangible, is identified at the time of disclosure to the recipient as confidential and is later promptly confirmed in writing within one (1) month from the date of disclosure as being confidential.</w:t>
      </w:r>
    </w:p>
    <w:p>
      <w:pPr>
        <w:spacing w:before="240" w:after="240"/>
      </w:pPr>
      <w:r>
        <w:rPr>
          <w:rFonts w:ascii="Times New Roman" w:hAnsi="Times New Roman" w:eastAsia="Times New Roman" w:cs="Times New Roman"/>
          <w:sz w:val="24"/>
        </w:rPr>
        <w:t xml:space="preserve">The term Confidential Information shall exclude information which: </w:t>
      </w:r>
    </w:p>
    <w:p>
      <w:pPr>
        <w:spacing w:before="240" w:after="240"/>
      </w:pPr>
      <w:r>
        <w:rPr>
          <w:rFonts w:ascii="Times New Roman" w:hAnsi="Times New Roman" w:eastAsia="Times New Roman" w:cs="Times New Roman"/>
          <w:sz w:val="24"/>
        </w:rPr>
        <w:t>i. is known or possessed by the Recipient at the time of its disclosure to the recipient;</w:t>
      </w:r>
    </w:p>
    <w:p>
      <w:pPr>
        <w:spacing w:before="240" w:after="240"/>
      </w:pPr>
      <w:r>
        <w:rPr>
          <w:rFonts w:ascii="Times New Roman" w:hAnsi="Times New Roman" w:eastAsia="Times New Roman" w:cs="Times New Roman"/>
          <w:sz w:val="24"/>
        </w:rPr>
        <w:t>ii. is publicly known at the time of disclosure to the recipient;</w:t>
        <w:br/>
        <w:br/>
        <w:t>iii. is subsequently received by the Recipient from a third party without restriction on disclosure;</w:t>
        <w:br/>
        <w:br/>
        <w:t>iv. subsequently becomes publicly known without violation of this agreement;</w:t>
        <w:br/>
        <w:br/>
        <w:t>v. is independently developed by the recipient without access to the Confidential Information; or</w:t>
        <w:br/>
        <w:br/>
        <w:t>vi. is disclosed by recipient pursuant to a requirement of a law, regulation or legal process with regard to the Confidential Information, Recipient hereby agrees:</w:t>
        <w:br/>
      </w:r>
    </w:p>
    <w:p>
      <w:pPr>
        <w:spacing w:before="240" w:after="240"/>
      </w:pPr>
      <w:r>
        <w:rPr>
          <w:rFonts w:ascii="Times New Roman" w:hAnsi="Times New Roman" w:eastAsia="Times New Roman" w:cs="Times New Roman"/>
          <w:sz w:val="24"/>
        </w:rPr>
        <w:t>a. to hold confidential or proprietary information or trade secrets ("confidential information") in trust and confidence and agrees that it shall be used only for the purpose of business product or idea development for Releasor and shall not be used for any other purpose, or disclosed to any third party;</w:t>
        <w:br/>
        <w:br/>
        <w:t>b. to safeguard and exercise reasonable precautions against disclosure of the confidential information to others;</w:t>
        <w:br/>
        <w:br/>
        <w:t>c. to not disclose confidential information to any employee, consultant or third party unless they agree to execute and be bound by the terms of this Agreement; and</w:t>
        <w:br/>
        <w:br/>
        <w:t xml:space="preserve">d. that the secrecy obligations of Recipient with respect to the information shall continue for a period ending </w:t>
      </w:r>
      <w:r>
        <w:rPr>
          <w:rFonts w:ascii="Times New Roman" w:hAnsi="Times New Roman" w:eastAsia="Times New Roman" w:cs="Times New Roman"/>
          <w:sz w:val="24"/>
        </w:rPr>
        <w:t>[TIME PERIOD]</w:t>
      </w:r>
      <w:r>
        <w:rPr>
          <w:rFonts w:ascii="Times New Roman" w:hAnsi="Times New Roman" w:eastAsia="Times New Roman" w:cs="Times New Roman"/>
          <w:sz w:val="24"/>
        </w:rPr>
        <w:t xml:space="preserve"> from the date hereof.</w:t>
      </w:r>
    </w:p>
    <w:p>
      <w:pPr>
        <w:spacing w:before="240" w:after="240"/>
      </w:pPr>
      <w:r>
        <w:rPr>
          <w:rFonts w:ascii="Times New Roman" w:hAnsi="Times New Roman" w:eastAsia="Times New Roman" w:cs="Times New Roman"/>
          <w:b/>
          <w:sz w:val="24"/>
        </w:rPr>
        <w:t>II. Governing Laws</w:t>
      </w:r>
      <w:r>
        <w:rPr>
          <w:rFonts w:ascii="Times New Roman" w:hAnsi="Times New Roman" w:eastAsia="Times New Roman" w:cs="Times New Roman"/>
          <w:sz w:val="24"/>
        </w:rPr>
        <w:t xml:space="preserve">. The laws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shall govern this Agreement and its validity.</w:t>
        <w:br/>
        <w:br/>
      </w:r>
    </w:p>
    <w:p>
      <w:pPr/>
      <w:r>
        <w:rPr>
          <w:rFonts w:ascii="Times New Roman" w:hAnsi="Times New Roman" w:eastAsia="Times New Roman" w:cs="Times New Roman"/>
          <w:b/>
          <w:sz w:val="24"/>
        </w:rPr>
        <w:t>Releasor’s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 xml:space="preserve">Print Name ______________________________ </w:t>
      </w:r>
    </w:p>
    <w:p>
      <w:pPr/>
    </w:p>
    <w:p>
      <w:pPr/>
    </w:p>
    <w:p>
      <w:pPr/>
      <w:r>
        <w:rPr>
          <w:rFonts w:ascii="Times New Roman" w:hAnsi="Times New Roman" w:eastAsia="Times New Roman" w:cs="Times New Roman"/>
          <w:b/>
          <w:sz w:val="24"/>
        </w:rPr>
        <w:t>Recipient’s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 xml:space="preserve">Print Name ______________________________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