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Professional Services Agreement</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Professional Services Agreement ("Agreement") is made and entered into on [date] (the "Effective Date") by and between [name of client] ("Company") with offices located at [address] and [name of professional consultant] ("Consultant") with offices located at [address]. Company and Consultant are sometimes collectively referred to herein as the "Parties" and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Consultant agrees to provide consulting and professional services as may be agreed upon by the Parties from time to time (the "Services"). The Services shall be performed by Consultant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and materials basis. Services shall be set forth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Work ("SOW"), as may be agreed upon by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 obligation to either provide or pay for any Services shall be incurred by either Party until such time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SOW or other written authorization has been executed by both Parties in accordance with the terms of this Agreement. The existence of this Agreement shall not be construed as imposing any obligation upon Company to submit or agree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SOW or otherwise request Services from the Consultant, nor impose any duty upon the Consultant to agree to or provide any Services, unless such Services have been agreed upon by the Parties and set forth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SOW or other written authorization.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for Delivery of Services.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SOWs.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Prior to the performance of any Services,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SOW will be prepared which will set forth, among other provisions,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description of the Services to be performed;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delivery or performance schedule for the Services, and any deliverables to be provided to the Company; (iii) the respective roles and responsibilities of the Parties; and (iv) the fees to be paid Consultant for the Services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estimate of the costs and expenses that will be incurred with respect to the Services. Upon execution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SOW by the Parties, each SOW shall be incorporated into and made part of this Agreement. To the extent there are any conflicts or inconsistencies between this Agreement and any SOW, the terms of this Agreement shall govern and control to the extent of such conflict or inconsistency.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Budgets for SOWs.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SOW provides for fees in excess of [amount, e.g., $25,000], then Consultant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budget for the Services along with the SOW. In such cases, the budget and SOW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timetable for achievement of the designated milestones with respect to the Services, and the budget shall be structured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reasonably allows the Parties to monitor the progress and costs of the Services. The budget and costs shall be updated every [time period, e.g., two (2) months)], unless otherwise agreed to in writing. Although the budget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estimate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guarantee of the fees that will be incurred in performing the Services, Consultant shall provide Company with written notice before it is authorized to incur costs or charge fees in excess of any phase on the SOW or budget, to allow the Parties to agree upon on additional costs in excess of the budgeted amounts</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 of Services; Change Orders.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the term of the Agreement either Party can request proposed changes to the Services. Any changes or modifications to the Services must be made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order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SOW that has been signed by [authorized representatives of] both Parties. Neither Party shall have any obligation with respect to any changes to the Services until such time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change order or amendment to the applicable SOW has been executed and delivered by both Parties.</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Compliance with Company Rules.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Company agrees to provide Consultant commercially reasonable access to its [as appropriate, e.g., premises, equipment, computer systems, books and records, etc.] as necessary for Consultant to perform the Services. All persons performing the Services on behalf of Consultant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facility will comply with all the Company's reasonable working rules, security provisions and policies in effect for such facility.</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Invoices and Payment.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As full and complete compensation for the Services, Company shall pay Consultant at (i) Consultant's hourly rate of $[amount] per hour, which rate [shall (or) shall not] include any overtime, or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 fee or different rate as may be agreed upon by the Parties and set forth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SOW as provided for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above (the "Fees"). The Fees for the Services do not include any excise, sales, use, value added or other taxes, tariffs or duties that may be applicable to the Services.</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Company shall pay for reasonable and preauthorized out of pocket and pass through expenses incurred in connection with the performance of the Services. Such expenses must either be expressly set forth in the applicable SOW or approved in advance and in writing by Company.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SOW provides for or Company approves of any travel with respect to the Services, Consultant's reimbursable travel expenses shall be subject to the terms and limitations set forth in Company's [Travel Expense Policy] attached hereto as Exhibit "Y"].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Invoices and Payment.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For all Services, Fees, expenses and other reimbursable amounts, unless otherwise provided for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SOW, Consultant shall prepare and submit invoices to Company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[frequency, e.g., monthly] basis. Payment from the Company shall be due [number, e.g., thirty (30)] days after receipt of the Consultant's invoice. Unless otherwise directed by Company, Consultant shall submit invoices to Company at: [address, contact person/department, etc.].</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Warranty.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Consultant represents and warrants that (</w:t>
      </w:r>
      <w:r>
        <w:rPr>
          <w:rFonts w:ascii="Times New Roman" w:hAnsi="Times New Roman" w:eastAsia="Times New Roman" w:cs="Times New Roman"/>
          <w:b/>
          <w:sz w:val="24"/>
        </w:rPr>
        <w:t>a</w:t>
      </w:r>
      <w:r>
        <w:rPr>
          <w:rFonts w:ascii="Times New Roman" w:hAnsi="Times New Roman" w:eastAsia="Times New Roman" w:cs="Times New Roman"/>
          <w:b w:val="0"/>
          <w:sz w:val="24"/>
        </w:rPr>
        <w:t>) the performance of the Services will not violate any proprietary rights of any third parties including, without limitation, patents, copyrights, trade secrets or any other intellectual property right, (b) its providing the Services to Customer will not violate any applicable law, rule, regulation or judicial order, or violate any contractual obligation or confidential relationship which it may have to or with any third party, and (c) any information Consultant may supply Company or utilize in performing the Services will have been obtained lawfully.</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Parties acknowledge that by reason of their relationship hereunder, each Party may disclose or provide access to the other certain Confidential Information. "Confidential Information" shall mean (i) information concerning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products, business and operations including, but not limited to, information relating to business plans, financial records, customers, suppliers, vendors, products, product samples, costs, sources, strategies, inventions, procedures, sales aids or literature, technical advice or knowledge, contractual agreements, pricing, product specifications, trade secrets, procedures, distribution methods, inventories, marketing strategies and interests, algorithms, data, designs, drawings, work sheets, blueprints, concepts, samples, inventions, manufacturing processes, computer programs and systems and know-how or other intellectual property,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its affiliates that may be at any time furnished, communicated or delivered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whether in oral, tangible, electronic or other form; (ii) the terms of any agreement, including this Agreement, and the discussions, negotiations and proposals related to any agreement; (iii) information acquired during any tours of or while present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facilities; and (iv) all other non-public information provided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hereunder. All Confidential Information shall remain the exclusive property of the disclosing Party.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Use of Confidential Information; Standard of Care.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receiving Party shall maintain the disclosing Party's Confidential Information in strict confidence and disclose the Confidential Information only to its employees, subcontractors and representatives who (i)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such Confidential Information in order to fulfill the business affairs and transactions between the Parties contemplated by this Agreement; (ii) have been informed of the confidential nature of the Confidential information furnished by the disclosing Party and the receiving Party's obligations with respect thereto; and (iii) are under confidentiality obligations no less restrictive as this Agreement. The receiving Party shall at all times remain responsible for breaches of this Agreement arising from the acts of its employees, subcontractors and representatives. Receiving Party shall use the same degree of care as it uses with respect to its own similar information, but no less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degree of care, to protect the Confidential Information from any unauthorized use, disclosure, dissemination, or publication. Each Party shall only use the Confidential Information in furtherance of its performance of its obligations under this Agreement, and agrees not to use the other Party's Confidential Information for any other purpose or for the benefit of any third party.</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Exceptions; Required Disclosures.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Confidential Information does not include information that: (i) was lawfully in the receiving Party's possession before receipt from the disclosing Party, as established by competent evidence; (ii) at or after the time of disclosure, becomes generally available to the public other than through any act or omission of the receiving Party; (iii) is received by the receiving Party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free to make such disclosure without, to the best of the receiving Party's knowledge, breach of any legal or contractual obligation; (iv) is independently developed by the receiving Party without use of the Confidential Information, as demonstrated by competent evidence; or (v) is disclosed by receiving Party with the disclosing Party's prior written approval. If the receiving Party is confronted with legal action to disclose Confidential Information received under this Agreement, it shall, unless prohibited by applicable law, provide prompt written notice to the disclosing Party to allow the disclosing Party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seek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protective order or other relief it deems appropriate, and the receiving Party shall reasonably assist the disclosing Party in such efforts. If disclosure is nonetheless required, the receiving Party shall limit its disclosure to only that portion of the Confidential Information which it is advised by its legal counsel must be disclosed.</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Unauthorized Use or Disclosure of Confidential Information; Equitable Relief.</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the event the receiving Party discovers that any Confidential Information has been used, disseminated or accessed in violation of this Agreement, it will immediately notify the disclosing Party; take all commercially reasonable actions available to minimize the impact of the use, dissemination or publication; and take any and all necessary steps to prevent any further breach of this Agreement. The receiving Party agrees and acknowledges that any breach or threatened breach regarding the treatment of the Confidential Information may result in irreparable harm to the disclosing Party for which there may be no adequate remedy at law. In such event the disclosing Party shall be entitled to seek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without the necessity of posting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to prevent any further breach of this Agreement, in addition to all other remedies available in law or at equity.</w:t>
      </w:r>
    </w:p>
    <w:p>
      <w:pPr>
        <w:keepNext w:val="0"/>
        <w:spacing w:before="120" w:after="0" w:line="260" w:lineRule="exact"/>
        <w:ind w:left="108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Confidential Information; Survival.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receiving Party shall promptly return or, at the disclosing Party's option, certify destruction of all copies of Confidential Information at any time upon request or within thirty (30) days following the expiration or earlier termination of this Agreement. Notwithstanding any expiration or termination of this Agreement, the receiving Party's obligations to protect the Confidential Information pursuant to this Section will survive for [number, e.g., two (2)] years after the expiration or earlier termination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Consultant hereby covenants and agrees that all improvements, inventions, modifications, ideas, discoveries, computer programs, deliverables and other work product of Consultant hereunder, whether patentable or not, which during the term of this Agreement Consultant shall conceive or first actually reduce to practice, whether alone or in conjunction with others, while engaged in performing the Services or any work for Company (the "Intellectual Property"), shall be, as between Company and Consultant, the sole and exclusive property of Company. Consultant agrees that with respect to Intellectual Property and any work performed for Company hereunder which results in Consultant's preparation of written reports, studies, analysis, research data, strategies, or other similar work product, as between Consultant and Company, Company shall retain exclusive right and title in and to such Intellectual Property and work product. Consultant may not use or disclose such Intellectual Property or work product to third parties without Company's prior written approval.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Consultant is not granted and shall not retain or reserve any license, permit or other right to use any such Intellectual property or work product for any purpose.]</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party (the "Indemnifying Party") will indemnify, defend, and hold the other party, its officers, directors, employees, and/or shareholders, harmless from and against any and all damages (whether ordinary, direct, indirect, incidental, special, consequential, or exemplary), judgments, liabilities, fines, penalties, losses, claims, actions, demands, lawsuits, costs, and expenses including, without limitation, reasonable attorney's fees, which arise out of or relate to any material breach of this Agreement by the Indemnifying Party or its employees or agents, or from any acts or omissions of negligence, willful misconduct, or fraud of the Indemnifying Party or its employees or agents, including, but not limited to, third party claims and claims for property damage or personal injury to the other Party's Personnel ("Personnel" defined as such Party's employees, servants and agents, independent contractors and subcontractors). The Indemnifying Party's liability under this Section shall be reduced proportionally to the extent that any act or omission of the other Party or its employees or agents contributed to such liability. The Indemnifying Party's obligations hereunder are subject to being provided with prompt written notice of the event giving rise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indemnity obligation, providing reasonable cooperation and assistance in the defense or settlement of any claim, and granting the Indemnifying Party control over the defense and settlement of the same.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Consultant agrees to procure and maintain throughout the term of this Agreement, at its sole cost and expense,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Worker's Compensation insurance in the minimum amount required by statute, and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policy of general liability insurance in the minimum amount of $[amount] to cover any negligent acts or errors and omissions committed by Consultant or Consultant's employees or agents during the performance of any duties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will commence as of the Effective Date and shall continue in full force and effect for [number, e.g., one (1)] year, or until completion of the Services, unless earlier terminated in accordance with the provisions of this Agreement. This Agreement may be extended for additional [number, e.g., six (6)] month terms upon the written mutual agreement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Breach.</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Either Party may terminate this Agreement at any time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the other Party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covenant, commitment or obligation under this Agreement that remains uncured for [number, e.g., thirty (30)] days following written notice thereof. Such termination shall be effective immediately and automatically upon the expiration of the applicable notice period, without further notice or action by either Party. Termination shall be in addition to any other remedies that may be available to the non-breaching Party.</w:t>
      </w:r>
    </w:p>
    <w:p>
      <w:pPr>
        <w:keepNext w:val="0"/>
        <w:spacing w:before="120" w:after="0" w:line="260" w:lineRule="exact"/>
        <w:ind w:left="108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Bankruptcy, Insolvency or Financial Insecurity.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Either Party may terminate this Agreement immediately at its option upon written notice if the other Party: (i) becomes or is declared insolvent or bankrupt; (ii) is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or involuntary bankruptcy or other proceeding related to its liquidation or solvency, which proceeding is not dismissed within [number, e.g., ninety (90)] calendar days after its filing; (iii) ceases to do business in the normal course; or (iv) makes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This Agreement shall terminate immediately and automatically upon any determination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that either Party is excused or prohibited from performing in full all obligations hereunder, including, without limitation, rejection of this Agreement pursuant to 11 U.S.C. §365).</w:t>
      </w:r>
    </w:p>
    <w:p>
      <w:pPr>
        <w:keepNext w:val="0"/>
        <w:spacing w:before="120" w:after="0" w:line="260" w:lineRule="exact"/>
        <w:ind w:left="108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for Convenience.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Either Party may terminate this Agreement, and the Company may also terminate any SOW, at any time with or without cause by giving [number, e.g., thirty (30)] days prior written notice.</w:t>
      </w:r>
    </w:p>
    <w:p>
      <w:pPr>
        <w:keepNext w:val="0"/>
        <w:spacing w:before="120" w:after="0" w:line="260" w:lineRule="exact"/>
        <w:ind w:left="108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upon Termination.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Termination of this Agreement for any reason shall not discharge either Party's liability for obligations incurred hereunder and amounts unpaid at the time of such termination. Upon termination, each Party shall return the other Party's Confidential Information and any other materials or property of the other Party that is in its possession at the time of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Contractor Status.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With respect to any Services provided under this Agreement, Consultant and its employees, personnel, and permitted contractors are independent contractors and not employees of the Company. Any persons provided by Consultant to perform the Services shall receive compensation and all benefits to which they may be entitled from Consultant, and are not eligible during such assignment for any benefits provided to employees of Company. The Parties recognize and agree that any person performing Services under this Agreement, whether at Company's location or elsewhere, shall not be considered Company employees for any purpose whatsoever. Consultant will be responsible for any applicable payment of any salary, benefits, incentives, and will make all appropriate tax, social security, Medicare and other withholdings deductions and payments, and all appropriate unemployment tax payments, in connection with all persons that provide Services hereunder. Consultant agrees to indemnify, defend and hold Company harmless for, from and against any and all claims, actions, demands, losses, causes of action, liabilities, damages, fees, costs expenses (including reasonable attorney's fees) arising from Consultant's failure to comply with the provisions in this Section.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Neither Party shall have any right or authority to make any contract, sale or other agreement in the name of or for the account of the other Party, or to make any representation, or to assume, create or incur any obligation or liability of any kind, express or implied, on behalf of the other Party. Nothing in this Agreement, and no course of dealing between the Parties, shall be construed to create or imply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or agency relationship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or joint venture relationship between the Parties or between one Party and the other Party's employees or agents.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Neither Party shall be liable hereunder for any failure or delay in the performance of its obligations under this Agreement if such failure or delay is on account of causes beyond its reasonable control, including civil commotion, war, fires, floods, accident, earthquakes, inclement weather, telecommunications line failures, electrical outages, network failures, governmental regulations or controls, casualty, strikes or labor disputes, terrorism, pandemics, epidemics, local disease outbreaks, public health emergencies, communicable diseases, quarantines, acts of God, in addition to any and all events, regardless of their dissimilarity to the foregoing, beyond the reasonable control of the Party deemed to render performance of the Agreement impracticable or impossible, for so long as such force majeure event is in effect. Each Party shall use reasonable efforts to notify the other Party of the occurrence of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within [number, e.g., five (5)] business days of its occurrence.</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and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will be governed by and interpreted in accordance with the laws of the State of [state], without giving effect to the principles of conflicts of law of such state. The Parties hereby agree that any action arising out of this Agreement will be brought solely in any state or federal court located in [state, (specify county)]. Both Parties hereby submit to the exclusive jurisdiction and venue of any such court.</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any provision or portion of this Agreement shall be rendered by applicable law or held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to be illegal, invalid, or unenforceable, the remaining provisions or portions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term and provision of this Agreement that should by its sense and context survive any termination or expiration of this Agreement, shall so survive regardless of the cause and even if resulting from the material breach of either Party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Rights Cumulative.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rights and remedies of the Parties herein provided shall be cumulative and not exclusive of any rights or remedies provided by law or equity.</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All notices or other communications required under this Agreement shall be in writing and shall be deemed effective when received and made in writing by either (i) hand delivery, (ii) registered mail, (iii) certified mail, return receipt requested, or (iv) overnight mail, addressed to the Party to be notified at the following address or to such other address as such Party shall specify by like notice hereunder:</w:t>
      </w:r>
    </w:p>
    <w:p>
      <w:pPr>
        <w:keepNext w:val="0"/>
        <w:spacing w:before="200" w:after="0" w:line="260" w:lineRule="exact"/>
        <w:ind w:left="1080" w:right="0" w:firstLine="0"/>
        <w:jc w:val="both"/>
      </w:pPr>
      <w:r>
        <w:rPr>
          <w:rFonts w:ascii="Times New Roman" w:hAnsi="Times New Roman" w:eastAsia="Times New Roman" w:cs="Times New Roman"/>
          <w:b w:val="0"/>
          <w:sz w:val="24"/>
        </w:rPr>
        <w:t>Company:</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[name/department]</w:t>
      </w:r>
    </w:p>
    <w:p>
      <w:pPr>
        <w:keepNext w:val="0"/>
        <w:spacing w:before="200" w:after="0" w:line="260" w:lineRule="exact"/>
        <w:ind w:left="1080" w:right="0" w:firstLine="0"/>
        <w:jc w:val="both"/>
      </w:pPr>
      <w:r>
        <w:rPr>
          <w:rFonts w:ascii="Times New Roman" w:hAnsi="Times New Roman" w:eastAsia="Times New Roman" w:cs="Times New Roman"/>
          <w:b w:val="0"/>
          <w:sz w:val="24"/>
        </w:rPr>
        <w:t>[telephone #]</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w:t>
      </w:r>
    </w:p>
    <w:p>
      <w:pPr>
        <w:keepNext w:val="0"/>
        <w:spacing w:before="200" w:after="0" w:line="260" w:lineRule="exact"/>
        <w:ind w:left="1080" w:right="0" w:firstLine="0"/>
        <w:jc w:val="both"/>
      </w:pPr>
      <w:r>
        <w:rPr>
          <w:rFonts w:ascii="Times New Roman" w:hAnsi="Times New Roman" w:eastAsia="Times New Roman" w:cs="Times New Roman"/>
          <w:b w:val="0"/>
          <w:sz w:val="24"/>
        </w:rPr>
        <w:t>Consultant:</w:t>
      </w:r>
    </w:p>
    <w:p>
      <w:pPr>
        <w:keepNext w:val="0"/>
        <w:spacing w:before="200" w:after="0" w:line="260" w:lineRule="exact"/>
        <w:ind w:left="1080" w:right="0" w:firstLine="0"/>
        <w:jc w:val="both"/>
      </w:pPr>
      <w:r>
        <w:rPr>
          <w:rFonts w:ascii="Times New Roman" w:hAnsi="Times New Roman" w:eastAsia="Times New Roman" w:cs="Times New Roman"/>
          <w:b w:val="0"/>
          <w:sz w:val="24"/>
        </w:rPr>
        <w:t>[address]</w:t>
      </w:r>
    </w:p>
    <w:p>
      <w:pPr>
        <w:keepNext w:val="0"/>
        <w:spacing w:before="200" w:after="0" w:line="260" w:lineRule="exact"/>
        <w:ind w:left="1080" w:right="0" w:firstLine="0"/>
        <w:jc w:val="both"/>
      </w:pPr>
      <w:r>
        <w:rPr>
          <w:rFonts w:ascii="Times New Roman" w:hAnsi="Times New Roman" w:eastAsia="Times New Roman" w:cs="Times New Roman"/>
          <w:b w:val="0"/>
          <w:sz w:val="24"/>
        </w:rPr>
        <w:t>Attention: [name/department]</w:t>
      </w:r>
    </w:p>
    <w:p>
      <w:pPr>
        <w:keepNext w:val="0"/>
        <w:spacing w:before="200" w:after="0" w:line="260" w:lineRule="exact"/>
        <w:ind w:left="1080" w:right="0" w:firstLine="0"/>
        <w:jc w:val="both"/>
      </w:pPr>
      <w:r>
        <w:rPr>
          <w:rFonts w:ascii="Times New Roman" w:hAnsi="Times New Roman" w:eastAsia="Times New Roman" w:cs="Times New Roman"/>
          <w:b w:val="0"/>
          <w:sz w:val="24"/>
        </w:rPr>
        <w:t>[telephone #]</w:t>
      </w:r>
    </w:p>
    <w:p>
      <w:pPr>
        <w:keepNext w:val="0"/>
        <w:spacing w:before="200" w:after="0" w:line="260" w:lineRule="exact"/>
        <w:ind w:left="1080" w:right="0" w:firstLine="0"/>
        <w:jc w:val="both"/>
      </w:pPr>
      <w:r>
        <w:rPr>
          <w:rFonts w:ascii="Times New Roman" w:hAnsi="Times New Roman" w:eastAsia="Times New Roman" w:cs="Times New Roman"/>
          <w:b w:val="0"/>
          <w:sz w:val="24"/>
        </w:rPr>
        <w:t>[e-mail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Third Party Beneficiaries.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Neither Party may assign or transfer any right or obligation under this Agreement without the prior written consent of the other Party, which consent shall be unreasonably withheld or delayed. Notwithstanding the foregoing, consent will not be required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made to any affiliated entity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if the assignment is carried out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restructuring or reorganization, or sale or transfer of all or substantially all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assets. There are no third party beneficiaries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 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and any exhibits attached hereto, is the entire agreement between the Parties with respect to the subject matter hereof and supersedes any prior agreement or communications between the Parties, whether written, oral, electronic or otherwise. No change, modification, amendment, or addition of or to this Agreement or any part thereof shall be valid unless in writing and signed by authorized representatives of the Parties.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Professional Services Agreement on the date set forth below.</w:t>
      </w:r>
    </w:p>
    <w:p>
      <w:pPr>
        <w:keepNext w:val="0"/>
        <w:spacing w:before="120" w:after="0" w:line="260" w:lineRule="exact"/>
        <w:ind w:left="360" w:right="0" w:firstLine="0"/>
        <w:jc w:val="left"/>
      </w:pPr>
      <w:r>
        <w:rPr>
          <w:rFonts w:ascii="Times New Roman" w:hAnsi="Times New Roman" w:eastAsia="Times New Roman" w:cs="Times New Roman"/>
          <w:b/>
          <w:sz w:val="24"/>
        </w:rPr>
        <w:t>COMPANY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CONSULTANT</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[Signer's Name]</w:t>
      </w:r>
    </w:p>
    <w:p>
      <w:pPr>
        <w:keepNext w:val="0"/>
        <w:spacing w:before="120" w:after="0" w:line="260" w:lineRule="exact"/>
        <w:ind w:left="360" w:right="0" w:firstLine="0"/>
        <w:jc w:val="left"/>
      </w:pPr>
      <w:r>
        <w:rPr>
          <w:rFonts w:ascii="Times New Roman" w:hAnsi="Times New Roman" w:eastAsia="Times New Roman" w:cs="Times New Roman"/>
          <w:b w:val="0"/>
          <w:sz w:val="24"/>
        </w:rPr>
        <w:t>Title: [Signer's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