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DOCUMENTARY STAMP TAXES IN THE AMOUNT OF $ [amount of documentary stamp tax] AND INTANGIBLE TAXES IN THE AMOUNT OF $ [amount of intangible tax] ARE BEING PAID IN CONNECTION WITH THIS NOTE AS REQUIRED BY FLORIDA LAW, AND EVIDENCE OF SUCH PAYMENT SHALL BE AFFIXED TO THE MORTGAGE (AS DEFINED HEREIN).</w:t>
      </w:r>
    </w:p>
    <w:p>
      <w:pPr>
        <w:keepNext w:val="0"/>
        <w:spacing w:before="200" w:after="0" w:line="260" w:lineRule="exact"/>
        <w:ind w:left="360" w:right="0" w:firstLine="0"/>
        <w:jc w:val="center"/>
      </w:pPr>
      <w:r>
        <w:rPr>
          <w:rFonts w:ascii="Times New Roman" w:hAnsi="Times New Roman" w:eastAsia="Times New Roman" w:cs="Times New Roman"/>
          <w:b/>
          <w:sz w:val="24"/>
        </w:rPr>
        <w:t>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 where loan is made]</w:t>
      </w:r>
    </w:p>
    <w:p>
      <w:pPr>
        <w:keepNext w:val="0"/>
        <w:spacing w:before="200" w:after="0" w:line="260" w:lineRule="exact"/>
        <w:ind w:left="360" w:right="0" w:firstLine="0"/>
        <w:jc w:val="both"/>
      </w:pPr>
      <w:r>
        <w:rPr>
          <w:rFonts w:ascii="Times New Roman" w:hAnsi="Times New Roman" w:eastAsia="Times New Roman" w:cs="Times New Roman"/>
          <w:b w:val="0"/>
          <w:sz w:val="24"/>
        </w:rPr>
        <w:t>$[principal amount of the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As of [effective date of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promises to pay to the order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w:t>
      </w:r>
      <w:r>
        <w:rPr>
          <w:rFonts w:ascii="Times New Roman" w:hAnsi="Times New Roman" w:eastAsia="Times New Roman" w:cs="Times New Roman"/>
          <w:b/>
          <w:sz w:val="24"/>
        </w:rPr>
        <w:t>Lender</w:t>
      </w:r>
      <w:r>
        <w:rPr>
          <w:rFonts w:ascii="Times New Roman" w:hAnsi="Times New Roman" w:eastAsia="Times New Roman" w:cs="Times New Roman"/>
          <w:b w:val="0"/>
          <w:sz w:val="24"/>
        </w:rPr>
        <w:t>"), without offset, in immediately available funds in lawful money of the United States of America, without counterclaim or setoff and free and clear of, and without any deduction or withholding for, any taxes or other payments), at [address of lender's principal place of business], the principal sum of [dollar amount in words] AND [cents in numbers]/100 DOLLARS ($[maximum principal amount of the promissory note in numbers]) (or the unpaid balance of all principal advanced against this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if that amount is less (the aggregate unpaid principal balance of this Note is referred to herein, from time to time, as the "</w:t>
      </w:r>
      <w:r>
        <w:rPr>
          <w:rFonts w:ascii="Times New Roman" w:hAnsi="Times New Roman" w:eastAsia="Times New Roman" w:cs="Times New Roman"/>
          <w:b/>
          <w:sz w:val="24"/>
        </w:rPr>
        <w:t>Principal Debt</w:t>
      </w:r>
      <w:r>
        <w:rPr>
          <w:rFonts w:ascii="Times New Roman" w:hAnsi="Times New Roman" w:eastAsia="Times New Roman" w:cs="Times New Roman"/>
          <w:b w:val="0"/>
          <w:sz w:val="24"/>
        </w:rPr>
        <w:t>")), together with interest on the Principal Debt, from day to day outstanding as hereinafter provided (collectively with any and all indebtedness to Lender evidenced, governed, or secured by or arising under this Note or any other Loan Document (as defined in that certain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between Lender, as lender, and Borrower, as borrower)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The loan evidenced by this Note is referred to herein as the "</w:t>
      </w:r>
      <w:r>
        <w:rPr>
          <w:rFonts w:ascii="Times New Roman" w:hAnsi="Times New Roman" w:eastAsia="Times New Roman" w:cs="Times New Roman"/>
          <w:b/>
          <w:sz w:val="24"/>
        </w:rPr>
        <w:t>Loan</w:t>
      </w:r>
      <w:r>
        <w:rPr>
          <w:rFonts w:ascii="Times New Roman" w:hAnsi="Times New Roman" w:eastAsia="Times New Roman" w:cs="Times New Roman"/>
          <w:b w:val="0"/>
          <w:sz w:val="24"/>
        </w:rPr>
        <w:t>." Unless otherwise defined herein, capitalized terms used in this Note shall have the meanings given such terms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Prior to the Maturity Date (as hereinafter defined), accrued and unpaid interest on the outstanding Indebtedness evidenced by this Note shall be due and payable in arrears on the [day of month in words] ([day of month in numbers]) day of each month commencing on [first payment date]. The entire principal balance of this Note then unpaid, together with all accrued and unpaid interest and all other amounts payable hereunder and under the other Loan Documents, shall be due and payable in full on [date] (the "</w:t>
      </w:r>
      <w:r>
        <w:rPr>
          <w:rFonts w:ascii="Times New Roman" w:hAnsi="Times New Roman" w:eastAsia="Times New Roman" w:cs="Times New Roman"/>
          <w:b/>
          <w:sz w:val="24"/>
        </w:rPr>
        <w:t>Initial Maturity Date</w:t>
      </w:r>
      <w:r>
        <w:rPr>
          <w:rFonts w:ascii="Times New Roman" w:hAnsi="Times New Roman" w:eastAsia="Times New Roman" w:cs="Times New Roman"/>
          <w:b w:val="0"/>
          <w:sz w:val="24"/>
        </w:rPr>
        <w:t>"), or, if the Initial Maturity Date is extended pursuant to the terms of this Note, the Maturity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shall have the option to extend the Initial Maturity Date to the date that is [month] [day], [year] after the Initial Maturity Date (the "</w:t>
      </w:r>
      <w:r>
        <w:rPr>
          <w:rFonts w:ascii="Times New Roman" w:hAnsi="Times New Roman" w:eastAsia="Times New Roman" w:cs="Times New Roman"/>
          <w:b/>
          <w:sz w:val="24"/>
        </w:rPr>
        <w:t>Extended Maturity Date</w:t>
      </w:r>
      <w:r>
        <w:rPr>
          <w:rFonts w:ascii="Times New Roman" w:hAnsi="Times New Roman" w:eastAsia="Times New Roman" w:cs="Times New Roman"/>
          <w:b w:val="0"/>
          <w:sz w:val="24"/>
        </w:rPr>
        <w:t>"; the Initial Maturity Date, as the same may be so extended,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xml:space="preserve">"), upon and subject to the following terms and conditions, unless otherwise agreed to or waived by Lender in writing: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request that Lender extend the Maturity Date to the Extended Maturity Date by written notice ([the "</w:t>
      </w:r>
      <w:r>
        <w:rPr>
          <w:rFonts w:ascii="Times New Roman" w:hAnsi="Times New Roman" w:eastAsia="Times New Roman" w:cs="Times New Roman"/>
          <w:b/>
          <w:sz w:val="24"/>
        </w:rPr>
        <w:t>Extension Notice</w:t>
      </w:r>
      <w:r>
        <w:rPr>
          <w:rFonts w:ascii="Times New Roman" w:hAnsi="Times New Roman" w:eastAsia="Times New Roman" w:cs="Times New Roman"/>
          <w:b w:val="0"/>
          <w:sz w:val="24"/>
        </w:rPr>
        <w:t>") to Lender to be received by Lender not more than [number of days in words] ([number of days in numbers]) days, and not less than [number of days in words] ([number of days in numbers]) days, prior to the Initial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Lender receives the Extension Notice and at the Initial Maturity Date,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out-of-pocket costs and expenses incurred by Lender in connection with the proposed extension, including, without limitation, appraisal fees, environmental audit, and attorneys' fees and expenses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 later than the Initial Maturity Date, Borrower, Guarantor (if any), Lender, and all other parties reasonably deemed necessary by Lender (such as any permitted subordinate lienholders, tenants of the Property and permanent Lenders (if any)) shall enter into such documentation as may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required by Lender to evidence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required by Lender, in each case, satisfactory to Lender.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time of such extension, the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loan-to-value ratio ("</w:t>
      </w:r>
      <w:r>
        <w:rPr>
          <w:rFonts w:ascii="Times New Roman" w:hAnsi="Times New Roman" w:eastAsia="Times New Roman" w:cs="Times New Roman"/>
          <w:b/>
          <w:sz w:val="24"/>
        </w:rPr>
        <w:t>Loan-to-Value Ratio</w:t>
      </w:r>
      <w:r>
        <w:rPr>
          <w:rFonts w:ascii="Times New Roman" w:hAnsi="Times New Roman" w:eastAsia="Times New Roman" w:cs="Times New Roman"/>
          <w:b w:val="0"/>
          <w:sz w:val="24"/>
        </w:rPr>
        <w:t>") of not greater than [percentage in words] percent ([percentage in numbers]%), which Loan-to-Value Ratio shall be calculated as the ratio of the Commitment Amount (as hereinafter defined) to the Stabilized Value (as hereinafter defined). As used herein, (i) the "</w:t>
      </w:r>
      <w:r>
        <w:rPr>
          <w:rFonts w:ascii="Times New Roman" w:hAnsi="Times New Roman" w:eastAsia="Times New Roman" w:cs="Times New Roman"/>
          <w:b/>
          <w:sz w:val="24"/>
        </w:rPr>
        <w:t>Commitment Amount</w:t>
      </w:r>
      <w:r>
        <w:rPr>
          <w:rFonts w:ascii="Times New Roman" w:hAnsi="Times New Roman" w:eastAsia="Times New Roman" w:cs="Times New Roman"/>
          <w:b w:val="0"/>
          <w:sz w:val="24"/>
        </w:rPr>
        <w:t>" means, as of the date of determination thereof,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the outstanding principal amount of the Loan, and (B) the undisbursed Loan proceeds (unless the final disbursement of the Loan shall have occurred pursuant to the Loan Agreement, in which event undisbursed Loan proceeds shall not be added), and (ii) the "</w:t>
      </w:r>
      <w:r>
        <w:rPr>
          <w:rFonts w:ascii="Times New Roman" w:hAnsi="Times New Roman" w:eastAsia="Times New Roman" w:cs="Times New Roman"/>
          <w:b/>
          <w:sz w:val="24"/>
        </w:rPr>
        <w:t>Stabilized Value</w:t>
      </w:r>
      <w:r>
        <w:rPr>
          <w:rFonts w:ascii="Times New Roman" w:hAnsi="Times New Roman" w:eastAsia="Times New Roman" w:cs="Times New Roman"/>
          <w:b w:val="0"/>
          <w:sz w:val="24"/>
        </w:rPr>
        <w:t xml:space="preserve">" means the discounted value of the Property at stabilized occupancy,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meeting all applicable regulatory requirements, taking into account current market conditions, including vacancy factors, estimated date of stabilization, discount rates, and rental rates and concessions, as determined by Lender. Lender may determine the Stabilized Value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appraisal or the original appraisal obtained in connection with the origination of the Loan, as Lender may elect. Any appraisal used to determine the Stabilized Value shall meet all applicable regulatory requirements,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satisfactory to Lender in all respects, and be obtained at the sole reasonable cost and expense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all terms and conditions of the Loan Documents shall continue to apply to such extended term except to the extent agreed upon in writing by Borrower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or (b) the Adjusted LIBOR Rate (as hereinafter defined) plus [percentage in words] percent ([percentage in numbers]%).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Note, the following terms shall have the meanings indicated, unless the context otherwise requires: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Authority</w:t>
      </w:r>
      <w:r>
        <w:rPr>
          <w:rFonts w:ascii="Times New Roman" w:hAnsi="Times New Roman" w:eastAsia="Times New Roman" w:cs="Times New Roman"/>
          <w:b w:val="0"/>
          <w:sz w:val="24"/>
        </w:rPr>
        <w:t xml:space="preserve">" means the F.R.S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F.R.S Board or the Federal Reserve Bank of New York, or any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Available Tenor</w:t>
      </w:r>
      <w:r>
        <w:rPr>
          <w:rFonts w:ascii="Times New Roman" w:hAnsi="Times New Roman" w:eastAsia="Times New Roman" w:cs="Times New Roman"/>
          <w:b w:val="0"/>
          <w:sz w:val="24"/>
        </w:rPr>
        <w:t xml:space="preserve">" means,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Note as of such date and not including, for the avoidance of doubt, any tenor for such Benchmark that is then-removed from the definition of "Interest Period"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w:t>
      </w:r>
      <w:r>
        <w:rPr>
          <w:rFonts w:ascii="Times New Roman" w:hAnsi="Times New Roman" w:eastAsia="Times New Roman" w:cs="Times New Roman"/>
          <w:b w:val="0"/>
          <w:sz w:val="24"/>
        </w:rPr>
        <w:t xml:space="preserve">" means, initially, the London Interbank Offer Rate;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the London Interbank Offer Rate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w:t>
      </w:r>
      <w:r>
        <w:rPr>
          <w:rFonts w:ascii="Times New Roman" w:hAnsi="Times New Roman" w:eastAsia="Times New Roman" w:cs="Times New Roman"/>
          <w:b w:val="0"/>
          <w:sz w:val="24"/>
        </w:rPr>
        <w:t xml:space="preserve">" means for any applicable Interest Period for any Benchmark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Benchmark.</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Benchmark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w:t>
      </w:r>
      <w:r>
        <w:rPr>
          <w:rFonts w:ascii="Times New Roman" w:hAnsi="Times New Roman" w:eastAsia="Times New Roman" w:cs="Times New Roman"/>
          <w:b w:val="0"/>
          <w:sz w:val="24"/>
        </w:rPr>
        <w:t>" means, for any Available Tenor, the first alternative set forth in the order below that can be determined by Lender for the applicable Benchmark Replacement Date: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Term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Compounded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the alternate benchmark rate that has been selected by Lender and Borrower as the replacement for the then-current Benchmark for the applicable Corresponding Tenor giving due consideration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Applicable Authority, or (B)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Dollar-denominated syndicated credit facilities at such time, and (y) the related Benchmark Replacement Adjustment;</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Lender in its reasonable discretion. If the Benchmark Replacement as determined pursuant to clause (i), (ii), or (iii) above would be less than the Floor, the Benchmark Replacement will be deemed to be the Floor for the purposes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Adjustment</w:t>
      </w:r>
      <w:r>
        <w:rPr>
          <w:rFonts w:ascii="Times New Roman" w:hAnsi="Times New Roman" w:eastAsia="Times New Roman" w:cs="Times New Roman"/>
          <w:b w:val="0"/>
          <w:sz w:val="24"/>
        </w:rPr>
        <w:t xml:space="preserve">" means, with respect to any replacement of the then 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clauses (i) and (ii) of the definition of "Benchmark Replacement," the first alternative set forth in the order below that can be determined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(x)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Applicable Authority for the replacement of such Benchmark with the applicable Unadjusted Benchmark Replacement for the applicable Corresponding Tenor;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 (iii)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Lender and Borrower for the applicable Corresponding Tenor giving due consideration to (x)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Applicable Authority on the applicable Benchmark Replacement Date, or (y)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 denominated syndicated credit facilities;</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breakage provisions, and other technical, administrative or operational matters) that Lender decides may be appropriate to reflect the adoption and implementation of such Benchmark Replacement and to permit the administration thereof by Lender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Lender decides that adoption of any portion of such market practice is not administratively feasible or if Lender determines that no market practice for the administration of such Benchmark Replacement exists, in such other manner of administration as Lender decides is reasonably necessary in connection with the administration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Date</w:t>
      </w:r>
      <w:r>
        <w:rPr>
          <w:rFonts w:ascii="Times New Roman" w:hAnsi="Times New Roman" w:eastAsia="Times New Roman" w:cs="Times New Roman"/>
          <w:b w:val="0"/>
          <w:sz w:val="24"/>
        </w:rPr>
        <w:t xml:space="preserve">" means the earliest to occur of the following events with respect to the then-current Benchmark: (i) in the case of clause (i) or (ii) of the definition of "Benchmark Transition Event," the later of (x) the date of the public statement or publication of information referenced therein, and (y) the date on which the administrator of such Benchmark (or the published component used in the calculation thereof) permanently or indefinitely ceases to provide all Available Tenors of such Benchmark (or such component thereof); (ii) in the case of clause (iii) of the definition of "Benchmark Transition Event," the date of the public statement or publication of information referenced therein; or (iii)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Borrower.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if the event giving rise to the Benchmark Replacement Date occurs on the same day as, but earlier than, the Reference Time in respect of any determination, the Benchmark Replacement Date will be deemed to have occurred prior to the Reference Time for such determination, and (B) the "Benchmark Replacement Date" will be deemed to have occurred in the case of clause (i) or (ii)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Transition Event</w:t>
      </w:r>
      <w:r>
        <w:rPr>
          <w:rFonts w:ascii="Times New Roman" w:hAnsi="Times New Roman" w:eastAsia="Times New Roman" w:cs="Times New Roman"/>
          <w:b w:val="0"/>
          <w:sz w:val="24"/>
        </w:rPr>
        <w:t xml:space="preserve">" means the occurrence of one or more of the following events with respect to the then-current Benchmark: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any Applicable Authority,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 (iii)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Unavailability Period</w:t>
      </w:r>
      <w:r>
        <w:rPr>
          <w:rFonts w:ascii="Times New Roman" w:hAnsi="Times New Roman" w:eastAsia="Times New Roman" w:cs="Times New Roman"/>
          <w:b w:val="0"/>
          <w:sz w:val="24"/>
        </w:rPr>
        <w:t xml:space="preserve">" means the period (if any) (i)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(i) or (ii) of the definition of "Benchmark Replacement Date" has occurred if, at such time, no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(ii)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Compounded SOFR</w:t>
      </w:r>
      <w:r>
        <w:rPr>
          <w:rFonts w:ascii="Times New Roman" w:hAnsi="Times New Roman" w:eastAsia="Times New Roman" w:cs="Times New Roman"/>
          <w:b w:val="0"/>
          <w:sz w:val="24"/>
        </w:rPr>
        <w:t xml:space="preserve">" means the compounded average of SOFRs for the applicable Corresponding Tenor, with the rate, or methodology for this rate, and conventions for this rate (which may include compounding in arrears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and/or suspension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mechanism to determine the interest amount payable prior to the end of each Interest Period) being established by Lender in accordance with the rate, or methodology for this rate, and conventions for this rate selected or recommended by the Applicable Authority for determining compounded SOFR;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and to the extent that, Lender determines that Compounded SOFR cannot be determined in accordance with the foregoing, then the rate, or methodology for this rate, and conventions for this rate that Lender determines are substantially consistent with at least five (5) currently outstanding Dollar-denominated syndicated credit facilities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that are publicly available for review;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if Lender decides that any such rate, methodology or convention determined in accordance with the foregoing is not administratively feasible for Lender, then Compounded SOFR will be deemed unable to be determined for purposes of the definition of "Benchmark Replacement."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Corresponding Tenor</w:t>
      </w:r>
      <w:r>
        <w:rPr>
          <w:rFonts w:ascii="Times New Roman" w:hAnsi="Times New Roman" w:eastAsia="Times New Roman" w:cs="Times New Roman"/>
          <w:b w:val="0"/>
          <w:sz w:val="24"/>
        </w:rPr>
        <w:t xml:space="preserve">" with respect to any Available Tenor means,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Early Opt-In Election</w:t>
      </w:r>
      <w:r>
        <w:rPr>
          <w:rFonts w:ascii="Times New Roman" w:hAnsi="Times New Roman" w:eastAsia="Times New Roman" w:cs="Times New Roman"/>
          <w:b w:val="0"/>
          <w:sz w:val="24"/>
        </w:rPr>
        <w:t xml:space="preserve">" means, if the then-current Benchmark is the Eurodollar Base Rate, the occurrence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Lender to (or the request by Borrower to Lender to notify) each of the other parties hereto that at least five currently outstanding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 (ii) the joint election by Lender and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the Eurodollar Base Rate and the provision by Lender of written notice of such election to the Lenders.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Floor</w:t>
      </w:r>
      <w:r>
        <w:rPr>
          <w:rFonts w:ascii="Times New Roman" w:hAnsi="Times New Roman" w:eastAsia="Times New Roman" w:cs="Times New Roman"/>
          <w:b w:val="0"/>
          <w:sz w:val="24"/>
        </w:rPr>
        <w:t>" means the benchmark rate floor, if any, provided in this Note initially (as of the execution of this Note, the modification, amendment, or renewal of this Note or otherwise) with respect to the LIBOR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ISDA Definitions</w:t>
      </w:r>
      <w:r>
        <w:rPr>
          <w:rFonts w:ascii="Times New Roman" w:hAnsi="Times New Roman" w:eastAsia="Times New Roman" w:cs="Times New Roman"/>
          <w:b w:val="0"/>
          <w:sz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London Interbank Offered Rate or the Floor, whichever is higher.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("B</w:t>
      </w:r>
      <w:r>
        <w:rPr>
          <w:rFonts w:ascii="Times New Roman" w:hAnsi="Times New Roman" w:eastAsia="Times New Roman" w:cs="Times New Roman"/>
          <w:b/>
          <w:sz w:val="24"/>
        </w:rPr>
        <w:t>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Reference Time</w:t>
      </w:r>
      <w:r>
        <w:rPr>
          <w:rFonts w:ascii="Times New Roman" w:hAnsi="Times New Roman" w:eastAsia="Times New Roman" w:cs="Times New Roman"/>
          <w:b w:val="0"/>
          <w:sz w:val="24"/>
        </w:rPr>
        <w:t xml:space="preserve">" with respect to any setting of the then-current Benchmark means (i) if such Benchmark is the London Interbank Offer Rate,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(2) London banking days preceding the date of such setting, and (ii) if such Benchmark is not the London Interbank Offer Rate, the time determined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w:t>
      </w:r>
      <w:r>
        <w:rPr>
          <w:rFonts w:ascii="Times New Roman" w:hAnsi="Times New Roman" w:eastAsia="Times New Roman" w:cs="Times New Roman"/>
          <w:b w:val="0"/>
          <w:sz w:val="24"/>
        </w:rPr>
        <w:t xml:space="preserve">" means,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w:t>
      </w:r>
      <w:r>
        <w:rPr>
          <w:rFonts w:ascii="Times New Roman" w:hAnsi="Times New Roman" w:eastAsia="Times New Roman" w:cs="Times New Roman"/>
          <w:b w:val="0"/>
          <w:sz w:val="24"/>
        </w:rPr>
        <w:t xml:space="preserve">" means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Administrator's Website</w:t>
      </w:r>
      <w:r>
        <w:rPr>
          <w:rFonts w:ascii="Times New Roman" w:hAnsi="Times New Roman" w:eastAsia="Times New Roman" w:cs="Times New Roman"/>
          <w:b w:val="0"/>
          <w:sz w:val="24"/>
        </w:rPr>
        <w:t>" means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 SOFR</w:t>
      </w:r>
      <w:r>
        <w:rPr>
          <w:rFonts w:ascii="Times New Roman" w:hAnsi="Times New Roman" w:eastAsia="Times New Roman" w:cs="Times New Roman"/>
          <w:b w:val="0"/>
          <w:sz w:val="24"/>
        </w:rPr>
        <w:t>" means, for the applicable Corresponding Tenor as of the applicable Reference Time, the forward-looking term rate based on SOFR that has been selected or recommended by the Applicable Authority.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Unadjusted Benchmark Replacement</w:t>
      </w:r>
      <w:r>
        <w:rPr>
          <w:rFonts w:ascii="Times New Roman" w:hAnsi="Times New Roman" w:eastAsia="Times New Roman" w:cs="Times New Roman"/>
          <w:b w:val="0"/>
          <w:sz w:val="24"/>
        </w:rPr>
        <w:t>" means the applicable Benchmark Replacement excluding the related Benchmark Replacement Adjustment.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may prepay the Principal Debt, in full at any time or in part from time to time, provided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actually received from Borrower prior irrevocable written notice (the "</w:t>
      </w:r>
      <w:r>
        <w:rPr>
          <w:rFonts w:ascii="Times New Roman" w:hAnsi="Times New Roman" w:eastAsia="Times New Roman" w:cs="Times New Roman"/>
          <w:b/>
          <w:sz w:val="24"/>
        </w:rPr>
        <w:t>Prepayment Notice</w:t>
      </w:r>
      <w:r>
        <w:rPr>
          <w:rFonts w:ascii="Times New Roman" w:hAnsi="Times New Roman" w:eastAsia="Times New Roman" w:cs="Times New Roman"/>
          <w:b w:val="0"/>
          <w:sz w:val="24"/>
        </w:rPr>
        <w:t>")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Borrower's intent to prepay, (B) the amount of principal that will be prepaid (the "</w:t>
      </w:r>
      <w:r>
        <w:rPr>
          <w:rFonts w:ascii="Times New Roman" w:hAnsi="Times New Roman" w:eastAsia="Times New Roman" w:cs="Times New Roman"/>
          <w:b/>
          <w:sz w:val="24"/>
        </w:rPr>
        <w:t>Prepaid Principal</w:t>
      </w:r>
      <w:r>
        <w:rPr>
          <w:rFonts w:ascii="Times New Roman" w:hAnsi="Times New Roman" w:eastAsia="Times New Roman" w:cs="Times New Roman"/>
          <w:b w:val="0"/>
          <w:sz w:val="24"/>
        </w:rPr>
        <w:t>"), and (C) the date on which the prepayment will be made, such Prepayment Notice to be received by Lender, in each case, on or prior to the date that is  [number of business days in words] ([number of business days in numbers]) Business Days prior to the date of such proposed prepayment;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Prepaid Principal shall be in the amount of $1,000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integral multiple of $1,000 (unless the prepayment retires the outstanding balance of this Note in full);</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prepayment shall be in the amount of one hundred percent (100%) of the Prepaid Principal, plus accrued unpaid interest thereon to the date of prepayment (or the end of the month in which the prepayment is made), plus any other sums that have become due to Lender under the Loan Documents on or before the date of prepayment but have not been paid;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Note is prepaid in full, any commitment of Lender for further advances shall automatically terminate. No Prepaid Principal may be reborrowed.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payments made under this Note shall be applied, to the extent thereof, to late charges, to accrued but unpaid interest ,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 of Default</w:t>
      </w:r>
      <w:r>
        <w:rPr>
          <w:rFonts w:ascii="Times New Roman" w:hAnsi="Times New Roman" w:eastAsia="Times New Roman" w:cs="Times New Roman"/>
          <w:b w:val="0"/>
          <w:sz w:val="24"/>
        </w:rPr>
        <w:t>" under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any of the Loan Documents other than this Note.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of the rights and remedies of Lender under this Note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agrees to pay to Lender on demand all costs and expenses incurred by Lender in seeking to collect this Note or to enforce any of Lender's rights and remedies under the Loan Documents, including court costs and reasonable attorneys' fees and expenses, whether or not suit is filed hereon, or whether in connection with bankruptcy, insolvency, or appeal.</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irrevocably designates and appoints [agent] of [city], [state], as Borrower's authorized agent to accept and acknowledge on Borrower's behalf service of any and all process that may be served in any suit, action, or proceeding instituted in connection with this Note in any state or federal court sitting in the State of [state]. If such agent shall cease so to act, Borrower shall irrevocably designate and appoint without delay another such agent in the State of [state] satisfactory to Lender and shall promptly deliver to Lender evidence in writing of such agent's acceptance of such appointment and its agreement that such appointment shall be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consents to process being served in any suit, action, or proceeding instituted in connection with this Note by (i)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certified mail, postage prepaid, return receipt requested, to Borrower; and (ii)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upon the agent, if any, hereinabove designated and appointed by Borrower as Borrower's agent for service of process. Borrower irrevocably agrees that such service shall be deemed to be service of process upon Borrower in any such suit, action, or proceeding. Nothing in this Note shall affect the right of Lender to serve process in any manner otherwise permitted by law and nothing in this Note will limit the right of Lender otherwise to bring proceedings against Borrower in the courts of any jurisdiction or jurisdictions, subject to any provision or agreement for arbitration or dispute resolution set forth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 (b) agree to any substitution, subordination, exchange, or release of any such security or the release of any party primarily or secondarily liable hereon; (c) agree that Lender shall not be required first to institute suit or exhaust its remedies hereon against Borrower or others liable or to become liable hereon or to perfect or enforce its rights against them or any security herefor; (d) consent to any extensions or postponements of time of payment on this Note for any period or periods of time and to any partial payments, before or after maturity, and to any other indulgences with respect hereto, without notice thereof to any of them; (e) submit (and waive all rights to object) to nonexclusive personal jurisdiction of any state or federal court sitting in the State of [state] and the state and county in which payment on this Note is to be made for the enforcement of any and all obligations under this Note and the other Loan Documents; (f) waive the benefit of all homestead and similar exemptions as to this Note; (g) agree that their liability under this Note shall not be affected or impaired by any determination that any title, security interest, or lien taken by Lender to secure this Note is invalid or unperfected; and (h) subordinate to the Loan and the Loan Documents any and all rights against Borrower and any security for the payment on this Note, whether by subrogation, agreement, or otherwise, until this Note is paid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Any notice, request, or demand to or upon Borrower or Lender shall be deemed to have been properly given or made when delivered in accordance with the terms of the Loan Agreement regarding notices. </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expressly stipulated and agreed to be the intent of Borrower and Lender at all times to comply with applicable state law or applicable United States federal law (to the extent that it permits Lender to contract for, charge, take, reserve,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of interest than under state law) and that this Section shall control every other covenant and agreement in this Note and the other Loan Documents. If applicable state or federal law should at any time be judicially interpreted so as to render usurious any amount called for under this Note or under any of the other Loan Documents, or contracted for, charged, taken, reserved, or received with respect to the Loan, or if Lender's exercise of the option to accelerate the Maturity Date, or if any prepayment by Borrower results in Borrower having paid any interest in excess of that permitted by applicable law, then it is Lender's express intent that all excess amounts theretofore collected by Lender shall be credited on the principal balance of this Note and all other indebtedness secured by the Mortgage and the other Loan Documents, and the provisions of this Note and the other Loan Documents shall immediately be deemed reformed and the amounts thereafter collectible hereunder and thereunder reduced, without the necessity of the execution of any new documents, so as to comply with the applicable law, but so as to permit the recovery of the fullest amount otherwise called for hereunder or thereunder. All sums paid or agreed to be paid to Lender for the use or forbearance of the Loan shall, to the extent permitted by applicable law, be amortized, prorated, allocated, and spread throughout the full stated term of the Loan.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this Note or any other security document which is not of public record, and, in the case of any such loss, theft, destruction, or mutilation, upon cancellation of this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Lender may at any time pledge or assign all or any portion of its rights under the Loan Documents, which evidence and/or secure the Loan, including any portion of this Note,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common control of Lender, and their respective successors and/or assigns, or in transit to any of them. At any time, without demand or notice (any such notice being expressly waived by Borrower), Lender may setoff the same or any part thereof and apply the same to any liability or obligation of Borrower even though unmatured and regardless of the adequacy of any other collateral security for the Loan which is evidenced by this Note.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THIS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Note and its validity, enforcement, and interpretation shall be governed by the laws of the State of Florida (without regard to any principles of conflicts of laws) and applicable United States federal law.</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AGREES THAT ANY SUIT FOR THE ENFORCEMENT OF THIS NOTE OR ANY OF THE OTHER LOAN DOCUMENTS MAY BE BROUGHT IN THE COURTS OF THE STATE OF FLORIDA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Borrower is comprised of more than one Person, the obligations of such Persons under this Note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