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Promissory Note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 of note]</w:t>
      </w:r>
    </w:p>
    <w:p>
      <w:pPr>
        <w:keepNext w:val="0"/>
        <w:spacing w:before="200" w:after="0" w:line="260" w:lineRule="exact"/>
        <w:ind w:left="360" w:right="0" w:firstLine="0"/>
        <w:jc w:val="both"/>
      </w:pPr>
      <w:r>
        <w:rPr>
          <w:rFonts w:ascii="Times New Roman" w:hAnsi="Times New Roman" w:eastAsia="Times New Roman" w:cs="Times New Roman"/>
          <w:b w:val="0"/>
          <w:sz w:val="24"/>
        </w:rPr>
        <w:t>[name of maker]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VALUE RECEIVED, I, the undersigned, promise to pay to the order of [name of payee] the sum of [amount of note Dollars ($____)] together with interest thereon at the rate of [applicable interest rate] % per annum payable as follows: Payments of interest only shall be due and payable in the amount of $[amount of installment interest payments] on the [day of month on which interest payments are due, e.g., the first] day of each month commencing on the [date of the first interest payment],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payment of interest and principal in the amount of $[amount of final balloon payment] shall be due on [date of final payment]. This Note may be prepaid in whole or in part at any time without premium or penalty. All prepayments shall be applied first to interest, then to principal payments in the order of their maturity. On default in payment of any installment when due, the whole of the sum then remaining unpaid and all accrued interest will, at the option of the holder, become immediately due and payable, without demand or notice. The undersigned agrees to pay all costs and expenses, including all reasonable attorneys' fees, for the collection of this Note upon default. All payments shall be made at [address where payments are to be made], or at such other place as the holder hereof may from time to time designate in writing. Each maker, surety, guarantor and endorser of this Note waives presentment, notice and protest, all surety-ship defenses and agrees to all extensions, renewals, or releases, discharge or exchange of any other party or collateral without notice.</w:t>
      </w:r>
    </w:p>
    <w:p>
      <w:pPr>
        <w:keepNext w:val="0"/>
        <w:spacing w:before="200" w:after="0" w:line="260" w:lineRule="exact"/>
        <w:ind w:left="360" w:right="0" w:firstLine="0"/>
        <w:jc w:val="both"/>
      </w:pPr>
      <w:r>
        <w:rPr>
          <w:rFonts w:ascii="Times New Roman" w:hAnsi="Times New Roman" w:eastAsia="Times New Roman" w:cs="Times New Roman"/>
          <w:b w:val="0"/>
          <w:sz w:val="24"/>
        </w:rPr>
        <w:t>All payments of principal and interest shall be payable in lawful money of the United States of America. All payments hereunder shall be made unconditionally, indefeasibly and in full without deduction, setoff, recoupment, counterclaim, or other defense, all of which are hereby waived to the maximum extent permitted by applicable law. This note shall be construed in accordance with and be governed by the law of the State of [name of state]. The federal and state courts of the State of [name of state] shall have sole and exclusive jurisdiction over any dispute arising from this note. The remedies of the [name of payee] as provided herein, or any one or more of them, or in law or in equity, shall be cumulative and concurrent, and may be pursued singularly, successively or together at [name of payee]'s sole discretion and may be exercised as often as occasion therefor shall occur.</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[signature of the maker]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