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Proof of Service: Affidavit of Service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&amp; ID #]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[Firm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[Telephone]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[Fax]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Attorney for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State of New Jersey)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County of [County name])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[name], being of full age, on [his or her] oath, deposes and says: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On the date set forth below, I caused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[list the title(s) of all document(s)] to be served on the parties via eCourts: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attorney]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law firm]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 of law firm]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Attorney for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[Plaintiff/Defendant], [plaintiff’s name/defendant’s 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attorney]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law firm]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 of law firm]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Attorney for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[Plaintiff/Defendant], [plaintiff’s name/defendant’s name]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On the date set forth below, I additionally sent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courtesy copy to the above referenced Court via regular mail to: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Superior Court of New Jersey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county] Vicinage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 of court]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hereby attest that the foregoing statements made by me are true. I am aware that if any of the foregoing statements made by me are willfully false, I am subject to punishment.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person serving documents]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Subscribed and sworn to before me, </w:t>
      </w:r>
    </w:p>
    <w:p>
      <w:pPr>
        <w:keepNext w:val="0"/>
        <w:spacing w:before="6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[day number] day of [month] [year].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[Notary Seal:]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__________________________________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Notary]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 ________________, 20____.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