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Proof of Service of Furnishing Notice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PROOF OF SERVICE OF NOTICE OF FURNISHING</w:t>
      </w:r>
    </w:p>
    <w:p>
      <w:pPr>
        <w:keepNext w:val="0"/>
        <w:spacing w:before="200" w:after="0" w:line="260" w:lineRule="exact"/>
        <w:ind w:left="720" w:right="0" w:firstLine="0"/>
        <w:jc w:val="both"/>
      </w:pPr>
      <w:r>
        <w:rPr>
          <w:rFonts w:ascii="Times New Roman" w:hAnsi="Times New Roman" w:eastAsia="Times New Roman" w:cs="Times New Roman"/>
          <w:b w:val="0"/>
          <w:sz w:val="24"/>
        </w:rPr>
        <w:t>STATE OF MICHIGAN</w:t>
      </w:r>
    </w:p>
    <w:p>
      <w:pPr>
        <w:keepNext w:val="0"/>
        <w:spacing w:before="200" w:after="0" w:line="260" w:lineRule="exact"/>
        <w:ind w:left="720" w:right="0" w:firstLine="0"/>
        <w:jc w:val="both"/>
      </w:pPr>
      <w:r>
        <w:rPr>
          <w:rFonts w:ascii="Times New Roman" w:hAnsi="Times New Roman" w:eastAsia="Times New Roman" w:cs="Times New Roman"/>
          <w:b w:val="0"/>
          <w:sz w:val="24"/>
        </w:rPr>
        <w:t>COUNTY OF ___________</w:t>
      </w:r>
    </w:p>
    <w:p>
      <w:pPr>
        <w:keepNext w:val="0"/>
        <w:spacing w:before="200" w:after="0" w:line="260" w:lineRule="exact"/>
        <w:ind w:left="720" w:right="0" w:firstLine="0"/>
        <w:jc w:val="both"/>
      </w:pPr>
      <w:r>
        <w:rPr>
          <w:rFonts w:ascii="Times New Roman" w:hAnsi="Times New Roman" w:eastAsia="Times New Roman" w:cs="Times New Roman"/>
          <w:b w:val="0"/>
          <w:sz w:val="24"/>
        </w:rPr>
        <w:t>ss.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suitable age and discretion, as the duly authorized agent of ___________, being first duly sworn, in accordance with the law, deposes and says:</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That on the ___________ day of ___________, ___________, he/she mailed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Furnishing,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exact copy of which is attached hereto, by U.S. certified mail, return receipt requested, and with postage fully prepaid thereon, to the following person(s) with the certified number as indicated:</w:t>
      </w:r>
    </w:p>
    <w:p>
      <w:pPr>
        <w:keepNext w:val="0"/>
        <w:spacing w:before="200" w:after="0" w:line="260" w:lineRule="exact"/>
        <w:ind w:left="1080" w:right="0" w:firstLine="0"/>
        <w:jc w:val="both"/>
      </w:pPr>
      <w:r>
        <w:rPr>
          <w:rFonts w:ascii="Times New Roman" w:hAnsi="Times New Roman" w:eastAsia="Times New Roman" w:cs="Times New Roman"/>
          <w:b w:val="0"/>
          <w:sz w:val="24"/>
        </w:rPr>
        <w:t>Addressee and Address</w:t>
      </w:r>
    </w:p>
    <w:p>
      <w:pPr>
        <w:keepNext w:val="0"/>
        <w:spacing w:before="60" w:after="0" w:line="260" w:lineRule="exact"/>
        <w:ind w:left="1080" w:right="0" w:firstLine="0"/>
        <w:jc w:val="both"/>
      </w:pPr>
      <w:r>
        <w:rPr>
          <w:rFonts w:ascii="Times New Roman" w:hAnsi="Times New Roman" w:eastAsia="Times New Roman" w:cs="Times New Roman"/>
          <w:b w:val="0"/>
          <w:sz w:val="24"/>
        </w:rPr>
        <w:t>Certified Mail No.</w:t>
      </w:r>
    </w:p>
    <w:p>
      <w:pPr>
        <w:keepNext w:val="0"/>
        <w:spacing w:before="60" w:after="0" w:line="260" w:lineRule="exact"/>
        <w:ind w:left="1080" w:right="0" w:firstLine="0"/>
        <w:jc w:val="both"/>
      </w:pPr>
      <w:r>
        <w:rPr>
          <w:rFonts w:ascii="Times New Roman" w:hAnsi="Times New Roman" w:eastAsia="Times New Roman" w:cs="Times New Roman"/>
          <w:b w:val="0"/>
          <w:sz w:val="24"/>
        </w:rPr>
        <w:t>[Indicate Whether Designee or Contractor]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By: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Its: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Subscribed and sworn to before me this ___________ day of ___________, 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 ___________ County, MI</w:t>
      </w:r>
    </w:p>
    <w:p>
      <w:pPr>
        <w:keepNext w:val="0"/>
        <w:spacing w:before="120" w:after="0" w:line="260" w:lineRule="exact"/>
        <w:ind w:left="360" w:right="0" w:firstLine="0"/>
        <w:jc w:val="left"/>
      </w:pPr>
      <w:r>
        <w:rPr>
          <w:rFonts w:ascii="Times New Roman" w:hAnsi="Times New Roman" w:eastAsia="Times New Roman" w:cs="Times New Roman"/>
          <w:b w:val="0"/>
          <w:sz w:val="24"/>
        </w:rPr>
        <w:t>My Commission Expires: 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