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Proposed Order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NO. [case file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PROPOSED ORDER [DESCRIBE ORDER, E.G., GRANTING DEFENDANT (DEFENDANT NAME)'S MOTION TO DISMISS]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motion of [moving party designation, e.g., defendant] [moving party name] for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order [specify order sought] was heard by the court on [hearing date]. Plaintiff appeared by counsel [plaintiff's attorney name]. Defendant appeared by counsel [defendant's attorney name].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On proof made to the satisfaction of the court that the motion should be [granted / denied],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ORDERED that the motion be, and hereby is, granted and that [set forth terms of order, including any conditions or limitations].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 (judge signature)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[judge's typed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[District or County] Court Judge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