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Proposed Sealing Order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b/>
          <w:sz w:val="24"/>
        </w:rPr>
        <w:t>[PROPOSED] ORDER GRANTING MOTION TO SEAL</w:t>
      </w:r>
    </w:p>
    <w:p>
      <w:pPr>
        <w:keepNext w:val="0"/>
        <w:spacing w:before="200" w:after="0" w:line="260" w:lineRule="exact"/>
        <w:ind w:left="720" w:right="0" w:firstLine="0"/>
        <w:jc w:val="both"/>
      </w:pPr>
      <w:r>
        <w:rPr>
          <w:rFonts w:ascii="Times New Roman" w:hAnsi="Times New Roman" w:eastAsia="Times New Roman" w:cs="Times New Roman"/>
          <w:b w:val="0"/>
          <w:sz w:val="24"/>
        </w:rPr>
        <w:t>This matter coming to be heard on [Plaintiff/Defendant]'s Motion to Seal, the parties being present or represented by counsel, the Court having jurisdiction over the parties and the subject matter, due notice having been given and the Court being fully advised in the premises:</w:t>
      </w:r>
    </w:p>
    <w:p>
      <w:pPr>
        <w:keepNext w:val="0"/>
        <w:spacing w:before="200" w:after="0" w:line="260" w:lineRule="exact"/>
        <w:ind w:left="720" w:right="0" w:firstLine="0"/>
        <w:jc w:val="both"/>
      </w:pPr>
      <w:r>
        <w:rPr>
          <w:rFonts w:ascii="Times New Roman" w:hAnsi="Times New Roman" w:eastAsia="Times New Roman" w:cs="Times New Roman"/>
          <w:b/>
          <w:sz w:val="24"/>
        </w:rPr>
        <w:t>THE COURT HEREBY FINDS THAT: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Sealing is warranted because the harm to the movant's privacy outweighs the public interest to view the filing requested to be sealed.</w:t>
      </w:r>
    </w:p>
    <w:p>
      <w:pPr>
        <w:keepNext w:val="0"/>
        <w:spacing w:before="200" w:after="0" w:line="260" w:lineRule="exact"/>
        <w:ind w:left="720" w:right="0" w:firstLine="0"/>
        <w:jc w:val="both"/>
      </w:pPr>
      <w:r>
        <w:rPr>
          <w:rFonts w:ascii="Times New Roman" w:hAnsi="Times New Roman" w:eastAsia="Times New Roman" w:cs="Times New Roman"/>
          <w:b/>
          <w:sz w:val="24"/>
        </w:rPr>
        <w:t>THEREFORE, IT IS HEREBY ORDERED THAT: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motion is </w:t>
      </w:r>
      <w:r>
        <w:rPr>
          <w:rFonts w:ascii="Times New Roman" w:hAnsi="Times New Roman" w:eastAsia="Times New Roman" w:cs="Times New Roman"/>
          <w:b/>
          <w:sz w:val="24"/>
        </w:rPr>
        <w:t>GRANTED</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[Plaintiff/Defendant] shall file the following documents under seal [list documents]: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following persons shall be entitled to access the sealed materials: [list individuals].</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shall refrain from referring in open court to any private or sensitive data contained in the sealed materials.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sz w:val="24"/>
        </w:rPr>
        <w:t>ENTERED:</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