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Protected Health Information Disclosure Authorization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AUTHORIZATION FOR USE AND DISCLOSURE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 PROTECTED HEALTH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[name], residing at [address], authorize in accordance with New York State Law and the privacy requirements of the federal Health Insurance Portability and Accountability Act of 1996 ("HIPAA") all health care providers, including physicians, nurses, and all other persons and entities who may have provided, or be providing, me with any type of health care, to disclose all of my protected health care information and medical records regarding past, present or future medical or mental health conditions to:</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designated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durable power of attorney signed by me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designated by me in writing to make health care decisions on my behalf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trustee, or designated successor trustee, of any trust of which 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grantor, beneficiary or trustee when asked to do so for the purpose of determining my capacity as defined in the trust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law firm of [law firm name], for the purpose of determining my capacity for any purpose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guardian ad litem, if one is appointed for 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for the purpose of determining whether, and to what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guardianship or other protective arrangement for me is necessary or desirable.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This authorization is intended to provide my health care providers with the authorization necessary to allow each of them to disclose protected health information regarding me to the persons and entities described above.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This authorization shall supersede any prior agreement I may have made with my health care providers to restrict access to or disclosure of my individually identifiable health information. This authorization has no expiration date and shall not require re-authorization by me at any particular time interval. This authorization may be revoked, in whole or in part, by me or my personal representative.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For purposes of this release, the term "personal representative" includes but shall not be limited to my agent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proxy and my executor.</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[Month Day, 20__]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[name] signed the foregoing Authorization for Use and Disclosure of Protected Information in my presence.</w:t>
      </w:r>
    </w:p>
    <w:p>
      <w:pPr>
        <w:keepNext w:val="0"/>
        <w:spacing w:before="120" w:after="0" w:line="260" w:lineRule="exact"/>
        <w:ind w:left="720" w:right="0" w:firstLine="0"/>
        <w:jc w:val="left"/>
      </w:pPr>
      <w:r>
        <w:rPr>
          <w:rFonts w:ascii="Times New Roman" w:hAnsi="Times New Roman" w:eastAsia="Times New Roman" w:cs="Times New Roman"/>
          <w:b/>
          <w:sz w:val="24"/>
        </w:rPr>
        <w:t>Witness 1:</w:t>
      </w:r>
    </w:p>
    <w:p>
      <w:pPr>
        <w:keepNext w:val="0"/>
        <w:spacing w:before="120" w:after="0" w:line="260" w:lineRule="exact"/>
        <w:ind w:left="720" w:right="0" w:firstLine="0"/>
        <w:jc w:val="left"/>
      </w:pPr>
      <w:r>
        <w:rPr>
          <w:rFonts w:ascii="Times New Roman" w:hAnsi="Times New Roman" w:eastAsia="Times New Roman" w:cs="Times New Roman"/>
          <w:b w:val="0"/>
          <w:sz w:val="24"/>
        </w:rPr>
        <w:t>Sign:______________________________ residing at 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_________________________ 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Witness 2:</w:t>
      </w:r>
    </w:p>
    <w:p>
      <w:pPr>
        <w:keepNext w:val="0"/>
        <w:spacing w:before="120" w:after="0" w:line="260" w:lineRule="exact"/>
        <w:ind w:left="720" w:right="0" w:firstLine="0"/>
        <w:jc w:val="left"/>
      </w:pPr>
      <w:r>
        <w:rPr>
          <w:rFonts w:ascii="Times New Roman" w:hAnsi="Times New Roman" w:eastAsia="Times New Roman" w:cs="Times New Roman"/>
          <w:b w:val="0"/>
          <w:sz w:val="24"/>
        </w:rPr>
        <w:t>Sign:______________________________ residing at 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_________________________ ______________________________</w:t>
      </w:r>
    </w:p>
    <w:p>
      <w:pPr/>
    </w:p>
    <w:p>
      <w:pPr>
        <w:keepNext w:val="0"/>
        <w:spacing w:before="200" w:after="0" w:line="260" w:lineRule="exact"/>
        <w:ind w:left="720" w:right="0" w:firstLine="0"/>
        <w:jc w:val="both"/>
      </w:pPr>
      <w:r>
        <w:rPr>
          <w:rFonts w:ascii="Times New Roman" w:hAnsi="Times New Roman" w:eastAsia="Times New Roman" w:cs="Times New Roman"/>
          <w:b w:val="0"/>
          <w:sz w:val="24"/>
        </w:rPr>
        <w:t>On [Month Day, 20__] before me, the undersigned, personally appeared [name] personally known to me or proved to me on the basis of satisfactory evidence to be the individual whose name is subscribed to the within instrument and acknowledged to me that [he or she] executed the same in [his or her] capacity, and that by [his or her] signature on the instrument, the individual, or the person upon behalf of which the individual acted, executed the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