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Provisional Rights Notice Letter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[Name of Person]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[Date]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Re: Notice of Publication of Patent Application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Dear [Name]: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We represent [APPLICANT] in intellectual property matters. We write to bring your attention to the following patent application filed by [APPLICANT], which was published on [DATE]: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[PUBLICATION] 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AND [SERIAL NUMBER], entitled [TITLE OF PATENT APPLICATION]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This letter is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Notice pursuant to the provisional rights statute, 35 U.S.C. § 154(d), of the above published patent application,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which is enclosed for your reference.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If you have any questions regarding this Notice, please do not hesitate to contact us.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Very truly yours,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