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Proxy for Shareholders' Vote or Consent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undersigned, being the holder of [number] shares of [corporation name] Corporation (the "Corporation"), hereby designates and appoints [name], of the City of [city name], State of [state name], my true and lawful attorney and proxy to vote for me and in my stead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of shareholders to be held on the [day] day of [month and year], at the office of the Corporation, or at any continuation or adjournment thereof, or to express my consent or dissent upon any matter pertaining to the business of the Corporation without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meeting, giving my said attorney full power of substitution and revocation and revoking any proxy heretofore given by me.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[day] day of [month and year].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state] [date] Witness 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