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Public Notice of Sale of Common Shares at Auction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Notice is hereby given that [number (e.g., 100)] common shares of the par value of $[amount of par value (e.g., 10)] each of [name of corporation], will be sold at public auction by the treasurer of the Corporation at the office of the Corporation, [address]., New York, on [day] day of [month and year], at [time].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This sale will be made pursuant to the statutes of the state of New York and the bylaws of the Corporation, because of the nonpayment by [name], subscriber to the shares referred to above,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call for the payment of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installment on the same for 30 days after such installment was payable, due notice thereof having been given.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 [day] day of [month and year].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corporation]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 ____________________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